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радиационной безопасности населения" и Федеральный закон "О безопасном обращении с пестицидами и агрохимикатами"</w:t>
      </w:r>
    </w:p>
    <w:p>
      <w:r>
        <w:rPr>
          <w:b/>
        </w:rPr>
        <w:t>Статья 1</w:t>
      </w:r>
    </w:p>
    <w:p>
      <w:r>
        <w:t>Статью 16 Федерального закона от 9 января 1996 года № 3-ФЗ "О радиационной безопасности населения" (Собрание законодательства Российской Федерации, 1996, № 3, ст. 141) изложить в следующей редакции: "Статья 16. Обеспечение радиационной безопасности сельскохозяйственной продукции, продовольственного (пищевого) сырья, пищевой продукции и питьевой воды Сельскохозяйственная продукция, продовольственное (пищевое) сырье, пищевая продукция, питьевая вода и контактирующие с ними в процессе производства (изготовления), хранения, перевозки (транспортирования) и реализации материалы и изделия должны отвечать обязательным требованиям к обеспечению радиационной безопасности, установленным правом Евразийского экономического союза, а при их отсутствии - законодательством Российской Федерации, и подлежат производственному контролю за обеспечением радиационной безопасности.".</w:t>
      </w:r>
    </w:p>
    <w:p>
      <w:r>
        <w:rPr>
          <w:b/>
        </w:rPr>
        <w:t>Статья 2</w:t>
      </w:r>
    </w:p>
    <w:p>
      <w:r>
        <w:t>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3510; 2009, № 1, ст. 17; 2021, № 1, ст. 61; № 27, ст. 5049) следующие изменения</w:t>
      </w:r>
    </w:p>
    <w:p>
      <w:r>
        <w:t>статью 7 изложить в следующей редакции: "Статья 7. Государственное управление в области безопасного обращения с пестицидами и агрохимикатами Государственное управление в области безопасного обращения с пестицидами и агрохимикатами осуществляется уполномоченными Правительством Российской Федерации федеральными органами исполнительной власти, а в случаях, предусмотренных законодательством Российской Федерации, федеральными государственными бюджетными учреждениями, подведомственными указанным федеральным органам исполнительной власти."</w:t>
      </w:r>
    </w:p>
    <w:p>
      <w:r>
        <w:t>в статье 8: а) часть четвертую изложить в следующей редакции: "Срок действия государственной регистрации минерального удобрения не ограничен."; б) части пятую - седьмую, десятую - тринадцатую признать утратившими силу</w:t>
      </w:r>
    </w:p>
    <w:p>
      <w:r>
        <w:t>статью 81 признать утратившей силу</w:t>
      </w:r>
    </w:p>
    <w:p>
      <w:r>
        <w:t>дополнить статьями 82 и 83 следующего содержания: "Статья 82. Свидетельство о государственной регистрации пестицида и (или) агрохимиката По результатам экспертизы пестицида или агрохимиката, а также при реорганизации и (или) изменении наименования изготовителя или разработчика пестицида или агрохимиката федеральным органом исполнительной власти, осуществляющим функции по выработке государственной политики и нормативно-правовому регулированию, оказанию государственных услуг в сфере агропромышленного комплекса, изготовителю или разработчику пестицида или агрохимиката выдается свидетельство о государственной регистрации пестицида и (или) агрохимиката. Форма свидетельства о государственной регистрации пестицида и (или) агрохимиката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регулированию, оказанию государственных услуг в сфере агропромышленного комплекса. Свидетельство о государственной регистрации пестицида и (или) агрохимиката прекращает свое действие в случае, если пестицид или агрохимикат исключен из Государственного каталога пестицидов и агрохимикатов, разрешенных к применению на территории Российской Федерации. В случае изменения сферы применения и (или) регламентов применения пестицида или агрохимиката вносится дополнение к свидетельству о государственной регистрации пестицида и (или) агрохимиката. Дополнение к свидетельству о государственной регистрации пестицида и (или) агрохимиката оформляется при наличии соответствующих заключений уполномоченных федеральных органов исполнительной власти в области безопасного обращения с пестицидами и агрохимикатами. Форма дополнения к свидетельству о государственной регистрации пестицида и (или) агрохимиката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регулированию, оказанию государственных услуг в сфере агропромышленного комплекса. Дополнение к свидетельству о государственной регистрации пестицида и (или) агрохимиката прекращает свое действие в случае, если пестицид или агрохимикат исключен из Государственного каталога пестицидов и агрохимикатов, разрешенных к применению на территории Российской Федерации</w:t>
      </w:r>
    </w:p>
    <w:p>
      <w:r>
        <w:rPr>
          <w:b/>
        </w:rPr>
        <w:t>Статья 83. Порядок представления в федеральные органы исполнительной власти, осуществляющие функции по контролю (надзору) в области безопасного обращения с пестицидами и агрохимикатами, образцов пестицидов и агрохимикатов, а также аналитических стандартов действующих веществ пестицидов, входящих в их состав, и методик их определения</w:t>
      </w:r>
    </w:p>
    <w:p>
      <w:r>
        <w:t>В целях обеспечения безопасного обращения с пестицидами и агрохимикатами изготовитель или разработчик пестицида или агрохимиката не позднее 30 дней со дня регистрации пестицида или агрохимиката представляет в федеральные органы исполнительной власти, осуществляющие функции по контролю (надзору) в области безопасного обращения с пестицидами и агрохимикатами, образцы пестицидов или агрохимикатов (не более 1 килограмма (литра), а также аналитические стандарты действующих веществ пестицидов (не более 50 граммов (миллилитров), входящих в их состав, и методики их определения. Образцы пестицидов или агрохимикатов, а также аналитические стандарты действующих веществ пестицидов, входящих в их состав, и методики их определения представляются однократно в течение срока действия государственной регистрации пестицида и (или) агрохимиката. В случае непредставления в срок, предусмотренный частью первой настоящей статьи, образцов пестицидов или агрохимикатов, а также аналитических стандартов действующих веществ пестицидов, входящих в их состав, и методик их определения или представления образцов пестицидов или агрохимикатов, не соответствующих образцам пестицидов или агрохимикатов, зарегистрированным в соответствии со статьей 8 настоящего Федерального закона, федеральные органы исполнительной власти, осуществляющие функции по контролю (надзору) в области безопасного обращения с пестицидами и агрохимикатами, уведомляют изготовителя или разработчика пестицида или агрохимиката о необходимости представления образцов пестицидов или агрохимикатов, а также аналитических стандартов действующих веществ пестицидов, входящих в их состав, и методик их определения в тридцатидневный срок. В случае непредставления образцов пестицидов или агрохимикатов, а также аналитических стандартов действующих веществ пестицидов, входящих в их состав, и методик их определения или представления образцов пестицидов или агрохимикатов, не соответствующих зарегистрированным пестицидам или агрохимикатам, в срок, указанный в части третьей настоящей статьи, свидетельство о государственной регистрации пестицида и (или) агрохимиката прекращает свое действие, пестицид или агрохимикат исключается из Государственного каталога пестицидов и агрохимикатов, разрешенных к применению на территории Российской Федерации, в соответствии со статьей 91 настоящего Федерального закона.";</w:t>
      </w:r>
    </w:p>
    <w:p>
      <w:r>
        <w:t>часть четвертую статьи 9 изложить в следующей редакции: "Изменение регламентов применения пестицида или агрохимиката и (или) срока их государственной регистрации до истечения срока действия их государственной регистрации осуществляется по решению Межведомственной комиссии по вопросам безопасного обращения с пестицидами и агрохимикатами в порядке, установленном Правительством Российской Федерации, на основании заключения санитарно-эпидемиологической экспертизы пестицида или агрохимиката, выданного федеральным органом исполнительной власти, осуществляющим функции по организации и осуществлению федерального государственного санитарно-эпидемиологического контроля (надзора), и (или) заключения государственной экологической экспертизы проекта технической документации на пестицид или агрохимикат, выданного федеральным органом исполнительной власти в области экологической экспертизы."</w:t>
      </w:r>
    </w:p>
    <w:p>
      <w:r>
        <w:t>дополнить статьей 91 следующего содержания: "Статья 91. Государственный каталог пестицидов и агрохимикатов, разрешенных к применению на территории Российской Федерации Пестицид или агрохимикат, зарегистрированные в соответствии со статьей 8 настоящего Федерального закона, вносится в Государственный каталог пестицидов и агрохимикатов, разрешенных к применению на территории Российской Федерации. Ведение Государственного каталога пестицидов и агрохимикатов, разрешенных к применению на территории Российской Федерации,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регулированию, оказанию государственных услуг в сфере агропромышленного комплекса. Исключение пестицида или агрохимиката из Государственного каталога пестицидов и агрохимикатов, разрешенных к применению на территории Российской Федерации, осуществляется по решению Межведомственной комиссии по вопросам безопасного обращения с пестицидами и агрохимикатами в порядке, установленном Правительством Российской Федерации. Основанием для исключения пестицида или агрохимиката из Государственного каталога пестицидов и агрохимикатов, разрешенных к применению на территории Российской Федерации, является: заключение санитарно-эпидемиологической экспертизы пестицида или агрохимиката, выданное федеральным органом исполнительной власти, осуществляющим функции по организации и осуществлению федерального государственного санитарно-эпидемиологического контроля (надзора); заключение государственной экологической экспертизы проекта технической документации на пестицид или агрохимикат, выданное федеральным органом исполнительной власти в области экологической экспертизы; непредставление в федеральный орган исполнительной власти, осуществляющий функции по контролю (надзору) в области безопасного обращения с пестицидами и агрохимикатами, образцов пестицидов и агрохимикатов, а также аналитических стандартов действующих веществ пестицидов, входящих в их состав, и методик их определения в соответствии с частью третьей статьи 83 настоящего Федерального закона; представление в соответствии с частью третьей статьи 83 настоящего Федерального закона в федеральный орган исполнительной власти, осуществляющий функции по контролю (надзору) в области безопасного обращения с пестицидами и агрохимикатами, образцов пестицидов и агрохимикатов, не соответствующих образцам пестицидов и агрохимикатов, прошедших государственную регистрацию в соответствии со статьей 8 настоящего Федерального закона."</w:t>
      </w:r>
    </w:p>
    <w:p>
      <w:r>
        <w:t>статью 12 признать утратившей силу</w:t>
      </w:r>
    </w:p>
    <w:p>
      <w:r>
        <w:t>часть девятую статьи 152 изложить в следующей редакции: "Заказчиком Федеральной государственной информационной системы прослеживаемости пестицидов и агрохимикатов является федеральный орган исполнительной власти, осуществляющий функции по контролю (надзору) в области безопасного обращения с пестицидами и агрохимикатами. Оператором Федеральной государственной информационной системы прослеживаемости пестицидов и агрохимикатов является государственное бюджетное учреждение, подведомственное федеральному органу исполнительной власти, осуществляющему функции по контролю (надзору) в области безопасного обращения с пестицидами и агрохимикатами."</w:t>
      </w:r>
    </w:p>
    <w:p>
      <w:r>
        <w:rPr>
          <w:b/>
        </w:rPr>
        <w:t>Статья 3</w:t>
      </w:r>
    </w:p>
    <w:p>
      <w:r>
        <w:t>Пункт 6 статьи 2 Федерального закона от 28 июня 2021 года № 221-ФЗ "О внесении изменений в отдельные законодательные акты Российской Федерации" (Собрание законодательства Российской Федерации, 2021, № 27, ст. 5049)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