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безопасном обращении с пестицидами и агрохимикатами" и статью 2 Федерального закона "О государственном контроле (надзоре) и муниципальном контроле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19 июля 1997 года № 109-ФЗ "О безопасном обращении с пестицидами и агрохимикатами" (Собрание законодательства Российской Федерации, 1997, № 29, ст. 3510; 2021, № 1, ст. 61; № 27, ст. 5049) следующие изменения</w:t>
      </w:r>
    </w:p>
    <w:p>
      <w:r>
        <w:t>часть пятую статьи 15 после слов "Государственную границу Российской Федерации" дополнить словами "и на складах временного хранения, перечень которых определяется уполномоченным органом исполнительной власти, осуществляющим федеральный государственный контроль (надзор) в области безопасного обращения с пестицидами и агрохимикатами, по согласованию с федеральным органом исполнительной власти, осуществляющим функции по контролю и надзору в области таможенного дела (далее - склад временного хранения),"</w:t>
      </w:r>
    </w:p>
    <w:p>
      <w:r>
        <w:t>абзац второй части третьей статьи 151 дополнить словами "и на складах временного хранения"</w:t>
      </w:r>
    </w:p>
    <w:p>
      <w:r>
        <w:t>в статье 211: а) наименование дополнить словами "и на складах временного хранения при ввозе пестицидов и агрохимикатов на территорию Российской Федерации"; б) часть первую после слов "агрохимикатами осуществляется" дополнить словами "при ввозе пестицидов и агрохимикатов на территорию Российской Федерации", дополнить словами ", и на складах временного хранения в порядке, установленном Правительством Российской Федерации"; в) часть вторую признать утратившей силу; г) часть четвертую изложить в следующей редакции: "Правительство Российской Федерации вправе устанавливать компетенцию федеральных органов исполнительной власти по осуществлению федерального государственного контроля (надзора) в области безопасного обращения с пестицидами и агрохимикатами в специализированных пунктах пропуска через Государственную границу Российской Федерации и на складах временного хранения при ввозе пестицидов и агрохимикатов на территорию Российской Федерации."; д) часть пятую после слова "пропуска" дополнить словами "через Государственную границу Российской Федерации и на складах временного хранения"; е) дополнить частью седьмой следующего содержания: "Федеральный государственный контроль (надзор) в области безопасного обращения с пестицидами и агрохимикатами на складах временного хранения осуществляется в течение 72 часов с момента поступления пестицидов и агрохимикатов на склад временного хранения."</w:t>
      </w:r>
    </w:p>
    <w:p>
      <w:r>
        <w:rPr>
          <w:b/>
        </w:rPr>
        <w:t>Статья 2</w:t>
      </w:r>
    </w:p>
    <w:p>
      <w:r>
        <w:t>Пункт 1 части 4 статьи 2 Федерального закона от 31 июля 2020 года № 248-ФЗ "О государственном контроле (надзоре) и муниципальном контроле в Российской Федерации" (Собрание законодательства Российской Федерации, 2020, № 31, ст. 5007; 2021, № 24, ст. 4188; № 27, ст. 5187; № 50, ст. 8415; 2022, № 50, ст. 8792) после слов "Государственную границу Российской Федерации" дополнить словами "и на складах временного хранения".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