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"Об исчислении времени"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