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пункте 1 статьи 14 Федерального закона от 24 июля 1998 года № 124-ФЗ "Об основных гарантиях прав ребенка в Российской Федерации" (Собрание законодательства Российской Федерации, 1998, № 31, ст. 3802; 2008, № 30, ст. 3616; 2009, № 23, ст. 2773; 2011, № 30, ст. 4600; 2013, № 26, ст. 3208; 2020, № 31, ст. 5062; 2021, № 24, ст. 4188; 2022, № 50, ст. 8772) слова "или никотинсодержащей продукции" заменить словами ", никотинсодержащей продукции или устройств для потребления никотинсодержащей продукции".</w:t>
      </w:r>
    </w:p>
    <w:p>
      <w:r>
        <w:rPr>
          <w:b/>
        </w:rPr>
        <w:t>Статья 2</w:t>
      </w:r>
    </w:p>
    <w:p>
      <w:r>
        <w:t>Пункт 3 части 5 статьи 5 Федерального закона от 13 марта 2006 года № 38-ФЗ "О рекламе" (Собрание законодательства Российской Федерации, 2006, № 12, ст. 1232; № 52, ст. 5497; 2007, № 16, ст. 1828; 2011, № 30, ст. 4566, 4600; 2013, № 27, ст. 3477; № 30, ст. 4033; № 48, ст. 6165; № 52, ст. 6981; 2016, № 27, ст. 4214; 2018, № 15, ст. 2032; 2019, № 18, ст. 2217; 2020, № 31, ст. 5062; № 50, ст. 8060; 2021, № 27, ст. 5175; 2022, № 50, ст. 8772) после слов "никотинсодержащей продукции" дополнить словами ", в том числе с использованием устройств для потребления никотинсодержащей продукции,".</w:t>
      </w:r>
    </w:p>
    <w:p>
      <w:r>
        <w:rPr>
          <w:b/>
        </w:rPr>
        <w:t>Статья 3</w:t>
      </w:r>
    </w:p>
    <w:p>
      <w:r>
        <w:t>В пункте 2 статьи 9 Федерального закона от 29 декабря 2010 года № 436-ФЗ "О защите детей от информации, причиняющей вред их здоровью и развитию" (Собрание законодательства Российской Федерации, 2011, № 1, ст. 48; 2015, № 27, ст. 3970; 2020, № 31, ст. 5062) слова "или никотинсодержащей продукции" заменить словами ", никотинсодержащей продукции или устройств для потребления никотинсодержащей продукции".</w:t>
      </w:r>
    </w:p>
    <w:p>
      <w:r>
        <w:rPr>
          <w:b/>
        </w:rPr>
        <w:t>Статья 4</w:t>
      </w:r>
    </w:p>
    <w:p>
      <w:r>
        <w:t>Внести в Федеральный закон от 23 февраля 2013 года № 15-ФЗ "Об охране здоровья граждан от воздействия окружающего табачного дыма, последствий потребления табака или потребления никотинсодержащей продукции" (Собрание законодательства Российской Федерации, 2013, № 8, ст. 721; 2016, № 1, ст. 76; № 18, ст. 2491; 2018, № 31, ст. 4861; 2020, № 31, ст. 5062; 2021, № 1, ст. 43) следующие изменения</w:t>
      </w:r>
    </w:p>
    <w:p>
      <w:r>
        <w:t>в части 1 статьи 2: а) пункт 3 после слов "никотинсодержащая жидкость," дополнить словами "безникотиновая жидкость,"; б) в пункте 4 слова ", а также жидкость без содержания никотина или с его минимальным содержанием менее 0,1 мг/мл" исключить; в) дополнить пунктом 41 следующего содержания: "41) безникотиновая жидкость - любая жидкость без содержания никотина или с его минимальным содержанием менее 0,1 мг/мл, предназначенная для использования в устройствах для потребления никотинсодержащей продукции, в том числе в электронных системах доставки никотина;"; г) пункт 12 изложить в следующей редакции: "12) устройства для потребления никотинсодержащей продукции - электронные или иные приборы, которые используются для получения никотинсодержащего или безникотинового аэрозоля, пара, вдыхаемых потребителем, в том числе электронные системы доставки никотина и устройства для нагревания табака, а также их составные части и элементы (за исключением медицинских изделий и лекарственных средств, зарегистрированных в соответствии с законодательством Российской Федерации)."</w:t>
      </w:r>
    </w:p>
    <w:p>
      <w:r>
        <w:t>статью 13 дополнить частью 7 следующего содержания: "7. Никотинсодержащая продукция не может продаваться ниже минимальной цены на никотинсодержащую продукцию. Минимальная цена на никотинсодержащую продукцию определяется в порядке, установленном Правительством Российской Федерации."</w:t>
      </w:r>
    </w:p>
    <w:p>
      <w:r>
        <w:t>статью 14 дополнить частью 3 следующего содержания: "3. В отношении никотинсодержащей жидкости, безникотиновой жидкости и растворов никотина (в том числе жидкостей для электронных средств доставки никотина) Правительство Российской Федерации вправе определить перечень веществ, направленных на повышение привлекательности такой продукции, и (или) добавок, усиливающих никотиновую зависимость, при добавлении которых не допускается выпуск в обращение соответствующей продукции."</w:t>
      </w:r>
    </w:p>
    <w:p>
      <w:r>
        <w:t>подпункт "б" пункта 1 части 1 статьи 16 после слов "никотинсодержащей продукции" дополнить словами ", устройств для потребления никотинсодержащей продукции"</w:t>
      </w:r>
    </w:p>
    <w:p>
      <w:r>
        <w:t>в статье 19: а) часть 1 после слова "кальянами" дополнить словами "и устройствами для потребления никотинсодержащей продукции"; б) часть 2 после слова "кальянами" дополнить словами "и устройствами для потребления никотинсодержащей продукции"; в) часть 3 после слова "кальянами" дополнить словами "и устройствами для потребления никотинсодержащей продукции"; г) часть 4 после слов "никотинсодержащей продукцией" дополнить словами ", кальянами и устройствами для потребления никотинсодержащей продукции", после слов "никотинсодержащей продукции" дополнить словами ", кальянов и устройств для потребления никотинсодержащей продукции"; д) часть 5 после слова "кальянах" дополнить словами "и устройствах для потребления никотинсодержащей продукции", после слова "кальянов" дополнить словами "и устройств для потребления никотинсодержащей продукции"</w:t>
      </w:r>
    </w:p>
    <w:p>
      <w:r>
        <w:t>статью 21 после слов "никотинсодержащей продукции" дополнить словами ", за соблюдением установленных настоящим Федеральным законом запретов и ограничений торговли табачной продукцией, табачными изделиями или никотинсодержащей продукцией, кальянами и устройствами для потребления никотинсодержащей продукции"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5 статьи 4 настоящего Федерального закона вступает в силу с 1 июня 2023 года</w:t>
      </w:r>
    </w:p>
    <w:p>
      <w:r>
        <w:rPr>
          <w:b/>
        </w:rPr>
        <w:t xml:space="preserve">3. </w:t>
      </w:r>
      <w:r>
        <w:t>Пункты 2 и 3 статьи 4 настоящего Федерального закона вступают в силу с 1 сентября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