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19-3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часть 1 статьи 193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2021, № 24, ст. 4188) изменение, дополнив ее после цифр "19," цифрами "30,".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</w:t>
      </w:r>
    </w:p>
    <w:p>
      <w:r>
        <w:rPr>
          <w:b/>
        </w:rPr>
        <w:t xml:space="preserve">2. </w:t>
      </w:r>
      <w:r>
        <w:t>Лицензиаты, которым лицензии на осуществление видов деятельности, предусмотренных пунктом 30 части 1 статьи 12 Федерального закона от 4 мая 2011 года № 99-ФЗ "О лицензировании отдельных видов деятельности", были предоставлены до 1 сентября 2024 года, должны пройти процедуру первичного подтверждения соответствия лицензионным требованиям по истечении трех лет с даты предоставления лицензии или даты проведения последнего планового контрольного (надзорного) мероприятия в части соблюдения лицензионных требований в зависимости от того, какое событие произошло позднее, но не ранее 1 марта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