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 и 62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29.05.2023 № 184-ФЗ)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