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лицензировании отдельных видов деятельности" и статью 44 Федерального закона "О санитарно-эпидемиологическом благополучии населения"</w:t>
      </w:r>
    </w:p>
    <w:p>
      <w:r>
        <w:rPr>
          <w:b/>
        </w:rPr>
        <w:t>Статья 1</w:t>
      </w:r>
    </w:p>
    <w:p>
      <w:r>
        <w:t>Внести в Федеральный закон от 4 мая 2011 года № 99-ФЗ "О лицензировании отдельных видов деятельности" (Собрание законодательства Российской Федерации, 2011, № 19, ст. 2716; 2012, № 26, ст. 3446; № 31, ст. 4322; 2013, № 9, ст. 874; № 27, ст. 3477; 2014, № 30, ст. 4256; № 42, ст. 5615; 2015, № 1, ст. 11; № 29, ст. 4342; № 44, ст. 6047; 2016, № 1, ст. 51; 2018, № 31, ст. 4838; № 32, ст. 5116; № 45, ст. 6841; № 53, ст. 8424; 2019, № 16, ст. 1817; № 25, ст. 3168; № 31, ст. 4441, 4457; № 52, ст. 7796; 2020, № 8, ст. 915; № 31, ст. 5029; 2021, № 18, ст. 3072; № 22, ст. 3691; № 24, ст. 4188; № 27, ст. 5177; № 50, ст. 8410; 2022, № 1, ст. 59; № 29, ст. 5235; № 45, ст. 7672; 2023, № 1, ст. 54; № 18, ст. 3247) следующие изменения</w:t>
      </w:r>
    </w:p>
    <w:p>
      <w:r>
        <w:t>часть 1 статьи 12 дополнить пунктом 59 следующего содержания: "59) деятельность по оказанию услуг по дезинфекции, дезинсекции и дератизации в целях обеспечения санитарно-эпидемиологического благополучия населения."</w:t>
      </w:r>
    </w:p>
    <w:p>
      <w:r>
        <w:t>в статье 192: а) в части 4 слова "и 58" заменить словами ", 58 и 59"; б) часть 5 дополнить пунктом 22 следующего содержания: "22) федеральный государственный лицензионный контроль (надзор) за деятельностью по оказанию услуг по дезинфекции, дезинсекции и дератизации в целях обеспечения санитарно-эпидемиологического благополучия населения."</w:t>
      </w:r>
    </w:p>
    <w:p>
      <w:r>
        <w:t>в части 1 статьи 193 слова "и 48" заменить словами ", 48 и 59"</w:t>
      </w:r>
    </w:p>
    <w:p>
      <w:r>
        <w:rPr>
          <w:b/>
        </w:rPr>
        <w:t>Статья 2</w:t>
      </w:r>
    </w:p>
    <w:p>
      <w:r>
        <w:t>Абзац первый пункта 2 статьи 44 Федерального закона от 30 марта 1999 года № 52-ФЗ "О санитарно-эпидемиологическом благополучии населения" (Собрание законодательства Российской Федерации, 1999, № 14, ст. 1650; 2021, № 24, ст. 4188) после слов "контроля (надзора)" дополнить словами ", за исключением обязательных требований, оценка соблюдения которых осуществляется в рамках федерального государственного лицензионного контроля (надзора) за деятельностью по оказанию услуг по дезинфекции, дезинсекции и дератизации в целях обеспечения санитарно-эпидемиологического благополучия населения,".</w:t>
      </w:r>
    </w:p>
    <w:p>
      <w:r>
        <w:rPr>
          <w:b/>
        </w:rPr>
        <w:t>Статья 3</w:t>
      </w:r>
    </w:p>
    <w:p>
      <w:r>
        <w:rPr>
          <w:b/>
        </w:rPr>
        <w:t xml:space="preserve">1. </w:t>
      </w:r>
      <w:r>
        <w:t>Настоящий Федеральный закон вступает в силу с 1 сентября 2024 года, за исключением статьи 2 настоящего Федерального закона. (В редакции Федерального закона от 26.02.2024 № 22-ФЗ)</w:t>
      </w:r>
    </w:p>
    <w:p>
      <w:r>
        <w:rPr>
          <w:b/>
        </w:rPr>
        <w:t xml:space="preserve">2. </w:t>
      </w:r>
      <w:r>
        <w:t>Статья 2 настоящего Федерального закона вступает в силу с 1 марта 2025 года. (В редакции Федерального закона от 26.02.2024 № 22-ФЗ)</w:t>
      </w:r>
    </w:p>
    <w:p>
      <w:r>
        <w:rPr>
          <w:b/>
        </w:rPr>
        <w:t xml:space="preserve">3. </w:t>
      </w:r>
      <w:r>
        <w:t>Юридические лица и индивидуальные предприниматели, осуществляющие деятельность по оказанию услуг по дезинфекции, дезинсекции и дератизации в целях обеспечения санитарно-эпидемиологического благополучия населения, обязаны получить лицензию на осуществление указанной деятельности не позднее 1 марта 2025 года. (В редакции Федерального закона от 26.02.2024 № 22-ФЗ)</w:t>
      </w:r>
    </w:p>
    <w:p>
      <w:r>
        <w:rPr>
          <w:b/>
        </w:rPr>
        <w:t xml:space="preserve">4. </w:t>
      </w:r>
      <w:r>
        <w:t>С 1 марта 2025 года осуществление деятельности по оказанию услуг по дезинфекции, дезинсекции и дератизации в целях обеспечения санитарно-эпидемиологического благополучия населения без лицензии не допускается. (В редакции Федерального закона от 26.02.2024 № 22-ФЗ)</w:t>
      </w:r>
    </w:p>
    <w:p>
      <w:r>
        <w:rPr>
          <w:b/>
        </w:rPr>
        <w:t xml:space="preserve">5. </w:t>
      </w:r>
      <w:r>
        <w:t>По заявлению о предоставлении лицензии на осуществление деятельности по оказанию услуг по дезинфекции, дезинсекции и дератизации в целях обеспечения санитарно-эпидемиологического благополучия населения, поданному в лицензирующий орган с 1 сентября 2024 года до 1 января 2025 года, в отношении соискателя лицензии выездная оценка соответствия лицензионным требованиям не проводится в случае принятия лицензирующим органом решения о проведении такой оценки в сроки, установленные частью 6 настоящей статьи. (В редакции Федерального закона от 26.02.2024 № 22-ФЗ)</w:t>
      </w:r>
    </w:p>
    <w:p>
      <w:r>
        <w:rPr>
          <w:b/>
        </w:rPr>
        <w:t xml:space="preserve">6. </w:t>
      </w:r>
      <w:r>
        <w:t>В отношении лицензиата, который получил лицензию в соответствии с частью 5 настоящей статьи и в отношении которого при рассмотрении заявления о предоставлении лицензии выездная оценка соответствия лицензионным требованиям не проводилась, лицензирующий орган проводит такую оценку в течение ста пятидесяти дней со дня принятия решения о предоставлении лицензии на осуществление деятельности по оказанию услуг по дезинфекции, дезинсекции и дератизации в целях обеспечения санитарно-эпидемиологического благополучия населения, но не позднее 1 февраля 2025 года по правилам, предусмотренным частями 5 - 14 статьи 191 Федерального закона от 4 мая 2011 года № 99-ФЗ "О лицензировании отдельных видов деятельности". Проведение такой оценки не требует подачи лицензиатом отдельного заявления и осуществляется на основании решения лицензирующего органа. (В редакции Федерального закона от 26.02.2024 № 22-ФЗ)</w:t>
      </w:r>
    </w:p>
    <w:p>
      <w:r>
        <w:rPr>
          <w:b/>
        </w:rPr>
        <w:t xml:space="preserve">7. </w:t>
      </w:r>
      <w:r>
        <w:t>В случае, если в ходе проведения в соответствии с частью 6 настоящей статьи оценки соответствия лицензиата лицензионным требованиям выявлены грубые нарушения лицензиатом лицензионных требований, соблюдение которых является обязательным при осуществлении лицензируемого вида деятельности по оказанию услуг по дезинфекции, дезинсекции и дератизации в целях обеспечения санитарно-эпидемиологического благополучия населения, лицензирующий орган направляет лицензиату уведомление о необходимости устранения грубых нарушений лицензионных требований в предусмотренный таким уведомлением срок, который должен составлять не менее десяти дней</w:t>
      </w:r>
    </w:p>
    <w:p>
      <w:r>
        <w:rPr>
          <w:b/>
        </w:rPr>
        <w:t xml:space="preserve">8. </w:t>
      </w:r>
      <w:r>
        <w:t>В срок, предусмотренный указанным в части 7 настоящей статьи уведомлением, лицензиат обязан устранить выявленные нарушения и уведомить об этом лицензирующий орган. Лицензирующий орган осуществляет оценку устранения лицензиатом выявленных нарушений в срок, не превышающий десяти рабочих дней со дня, следующего за днем получения от лицензиата уведомления об устранении грубых нарушений лицензионных требований</w:t>
      </w:r>
    </w:p>
    <w:p>
      <w:r>
        <w:rPr>
          <w:b/>
        </w:rPr>
        <w:t xml:space="preserve">9. </w:t>
      </w:r>
      <w:r>
        <w:t>В случае, если лицензиатом в установленный срок не были устранены грубые нарушения лицензионных требований, выявленные лицензирующим органом в ходе проводимой в соответствии с частью 6 настоящей статьи выездной оценки соответствия лицензионным требованиям, лицензия такого лицензиата может быть приостановлена на срок, не превышающий шестидесяти дней, в течение суток со дня установления факта неустранения грубых нарушений лицензионных требований. Указанный срок может быть продлен по заявлению лицензиата на шестьдесят дней. Действие лицензии возобновляется по решению лицензирующего органа со дня, следующего за днем подписания акта оценки, устанавливающего факт устранения лицензиатом грубых нарушений лицензионных требований. Лицензирующий орган обращается в суд с заявлением об аннулировании лицензии в случае, если по истечении срока приостановления действия лицензии лицензиатом не устранены грубые нарушения лицензионных требований, выявленные в ходе проведения выездной оценки соответствия лицензиата лицензионным требованиям</w:t>
      </w:r>
    </w:p>
    <w:p>
      <w:r>
        <w:rPr>
          <w:b/>
        </w:rPr>
        <w:t xml:space="preserve">10. </w:t>
      </w:r>
      <w:r>
        <w:t>В отношении лицензиата, которому лицензия на осуществление деятельности по оказанию услуг по дезинфекции, дезинсекции и дератизации в целях обеспечения санитарно-эпидемиологического благополучия населения была предоставлена по заявлению, поданному в период с 1 сентября 2024 года до 1 января 2025 года, отсчет срока для прохождения первичной процедуры периодического подтверждения соответствия осуществляется со дня, следующего за днем оформления акта выездной оценки, проведенной в соответствии с частью 6 настоящей статьи. (В редакции Федерального закона от 26.02.2024 № 22-ФЗ)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