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пенсионном обеспечении в Российской Федерации" и Федеральный закон "О страховых пенсиях"</w:t>
      </w:r>
    </w:p>
    <w:p>
      <w:r>
        <w:rPr>
          <w:b/>
        </w:rPr>
        <w:t>Статья 1</w:t>
      </w:r>
    </w:p>
    <w:p>
      <w:r>
        <w:t>Внести в Федеральный закон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2002, № 30, ст. 3033; 2003, № 27, ст. 2700; 2004, № 35, ст. 3607; 2006, № 48, ст. 4946; № 52, ст. 5505; 2007, № 16, ст. 1823; 2008, № 30, ст. 3612; 2009, № 29, ст. 3624; № 30, ст. 3739; 2010, № 26, ст. 3247; № 31, ст. 4196; 2011, № 1, ст. 16; 2013, № 14, ст. 1659; № 27, ст. 3477; 2014, № 30, ст. 4217; 2016, № 22, ст. 3091; № 27, ст. 4160; 2017, № 27, ст. 3945; № 30, ст. 4442; 2018, № 41, ст. 6190; № 47, ст. 7130; № 53, ст. 8462; 2019, № 40, ст. 5488; 2020, № 52, ст. 8577; 2021, № 22, ст. 3688; 2022, № 5, ст. 675; № 45, ст. 7664; 2023, № 1, ст. 16; № 18, ст. 3214) следующие изменения: 1) в абзаце десятом статьи 2 слова ", а также старше этого возраста," заменить словами "либо дети, достигшие возраста 18 лет и завершившие обучение по основным образовательным программам основного общего или среднего общего образования в организациях, осуществляющих образовательную деятельность, на период до 1 сентября года, в котором завершено указанное обучение (далее - дети, достигшие возраста 18 лет и завершившие обучение), а также дети, достигшие возраста 18 лет и"; 2) статью 3 дополнить пунктом 22 следующего содержания: "22. Детям умершего кормильца, не достигшим возраста 18 лет (за исключением лиц, объявленных в соответствии с законодательством Российской Федерации полностью дееспособными), имеющим право на страховую пенсию по случаю потери кормильца и социальную пенсию по случаю потери кормильца, при назначении пенсии без истребования от них заявления о назначении пенсии по случаю потери кормильца назначается страховая пенсия по случаю потери кормильца в случае, если размер страховой пенсии по случаю потери кормильца, фиксированной выплаты к страховой пенсии по случаю потери кормильца (с учетом повышения фиксированной выплаты к страховой пенсии по случаю потери кормильца), определенный на основании данных, имеющихся в распоряжении органа, осуществляющего пенсионное обеспечение, превышает размер социальной пенсии по случаю потери кормильца."; 3) в подпункте 1 пункта 5 статьи 71 слова "а если они обучаются" заменить словами "либо дети, достигшие возраста 18 лет и завершившие обучение, а также дети, достигшие возраста 18 лет и обучающиеся"; 4) в подпункте 1 пункта 3 статьи 8 слова "а если они обучаются" заменить словами "либо дети, достигшие возраста 18 лет и завершившие обучение, а также дети, достигшие возраста 18 лет и обучающиеся"; 5) в пункте 1 статьи 11: а) в подпункте 3 слова ", а также старше этого возраста," заменить словами "либо дети, достигшие возраста 18 лет и завершившие обучение, а также дети, достигшие возраста 18 лет и"; б) в подпункте 6 слова ", а также старше этого возраста," заменить словами "либо дети, достигшие возраста 18 лет и завершившие обучение, а также дети, достигшие возраста 18 лет и"; 6) в пункте 1 статьи 18: а) в подпункте 1 слова ", а также старше этого возраста," заменить словами "либо детям, достигшим возраста 18 лет и завершившим обучение, а также детям, достигшим возраста 18 лет и"; б) в подпункте 21 слова ", а также старше этого возраста," заменить словами "либо детям, достигшим возраста 18 лет и завершившим обучение, а также детям, достигшим возраста 18 лет и"; 7) в абзаце втором пункта 2 статьи 21 слова "члена Совета Федерации" заменить словами "сенатора Российской Федерации"; 8) статью 22 изложить в следующей редакции: "Статья 22. Установление пенсии 1. Установление пенсии производится по заявлению гражданина, за исключением случаев, предусмотренных пунктами 2 - 5 настоящей статьи.</w:t>
      </w:r>
    </w:p>
    <w:p>
      <w:r>
        <w:rPr>
          <w:b/>
        </w:rPr>
        <w:t xml:space="preserve">2. </w:t>
      </w:r>
      <w:r>
        <w:t>Социальная пенсия по инвалидности лицу, признанному инвалидом, назначается без истребования от него заявления о назначении социальной пенсии по инвалидности на основании данных, имеющихся в распоряжении органа, осуществляющего пенсионное обеспечение, в том числе сведений об инвалидности, содержащихся в федеральном реестре инвалидов. В случае отсутствия условий, необходимых для назначения лицу, признанному инвалидом, социальной пенсии по инвалидности, орган, осуществляющий пенсионное обеспечение, в течение пяти рабочих дней со дня поступления в распоряжение этого органа из федерального реестра инвалидов сведений о признании лица инвалидом уведомляет данное лицо об условиях, необходимых для назначения социальной пенсии по инвалидности</w:t>
      </w:r>
    </w:p>
    <w:p>
      <w:r>
        <w:rPr>
          <w:b/>
        </w:rPr>
        <w:t xml:space="preserve">3. </w:t>
      </w:r>
      <w:r>
        <w:t>Социальная пенсия по старости гражданам, достигшим возраста 70 и 65 лет (соответственно мужчины и женщины) (с учетом положений, предусмотренных приложением 1 к настоящему Федеральному закону) и являвшимся получателями страховой пенсии по инвалидности, выплата которой была прекращена в связи с достижением указанного возраста (пункт 2 части 10 статьи 22 Федерального закона "О страховых пенсиях"), назначается без истребования от них заявления о назначении социальной пенсии по старости на основании данных, имеющихся в распоряжении органа, осуществляющего пенсионное обеспечение</w:t>
      </w:r>
    </w:p>
    <w:p>
      <w:r>
        <w:rPr>
          <w:b/>
        </w:rPr>
        <w:t xml:space="preserve">4. </w:t>
      </w:r>
      <w:r>
        <w:t>Социальная пенсия по случаю потери кормильца детям, не достигшим возраста 18 лет (за исключением лиц, объявленных в соответствии с законодательством Российской Федерации полностью дееспособными), назначается без истребования от них заявления о назначении социальной пенсии по случаю потери кормильца на основании сведений о смерти кормильца и о детях умершего кормильца, получаемых из единого федерального информационного регистра, содержащего сведения о населении Российской Федерации (далее - федеральный регистр сведений о населении). В случае отсутствия условий, необходимых для назначения социальной пенсии по случаю потери кормильца детям, не достигшим возраста 18 лет, орган, осуществляющий пенсионное обеспечение, в течение пяти рабочих дней со дня поступления в распоряжение этого органа сведений о смерти кормильца и о детях умершего кормильца, получаемых из федерального регистра сведений о населении, уведомляет законного представителя ребенка, не достигшего возраста 18 лет, об условиях, необходимых для назначения этому ребенку пенсии по случаю потери кормильца</w:t>
      </w:r>
    </w:p>
    <w:p>
      <w:r>
        <w:rPr>
          <w:b/>
        </w:rPr>
        <w:t xml:space="preserve">5. </w:t>
      </w:r>
      <w:r>
        <w:t>Социальная пенсия по случаю потери кормильца гражданам, являющимся получателями страховой пенсии по случаю потери кормильца, назначается без истребования от них заявления о назначении социальной пенсии по случаю потери кормильца на основании сведений, имеющихся в распоряжении органа, осуществляющего пенсионное обеспечение, в случае, если при перерасчете размера страховой пенсии по случаю потери кормильца, предусмотренном частью 61 статьи 18 Федерального закона "О страховых пенсиях", размер социальной пенсии по случаю потери кормильца превысит размер страховой пенсии по случаю потери кормильца (с учетом фиксированной выплаты к страховой пенсии по случаю потери кормильца, повышения фиксированной выплаты к страховой пенсии по случаю потери кормильца)</w:t>
      </w:r>
    </w:p>
    <w:p>
      <w:r>
        <w:rPr>
          <w:b/>
        </w:rPr>
        <w:t xml:space="preserve">6. </w:t>
      </w:r>
      <w:r>
        <w:t>Орган, осуществляющий пенсионное обеспечение, извещает гражданина или его законного представителя о назначении социальной пенсии по инвалидности, социальной пенсии по старости, социальной пенсии по случаю потери кормильца в случаях, предусмотренных пунктами 2 - 5 настоящей статьи, в течение трех рабочих дней со дня вынесения решения о назначении соответствующей социальной пенсии. Извещение о назначении социальной пенсии по случаю потери кормильца, уведомление об условиях, необходимых для назначения социальной пенсии по случаю потери кормильца, направляются законному представителю ребенка, не достигшего возраста 18 лет, в течение трех рабочих дней со дня поступления сведений о законном представителе из Единой государственной информационной системы социального обеспечения</w:t>
      </w:r>
    </w:p>
    <w:p>
      <w:r>
        <w:rPr>
          <w:b/>
        </w:rPr>
        <w:t xml:space="preserve">7. </w:t>
      </w:r>
      <w:r>
        <w:t>Обращение за установлением пенсии может осуществляться в любое время после возникновения права на ее установление без ограничения каким-либо сроком</w:t>
      </w:r>
    </w:p>
    <w:p>
      <w:r>
        <w:rPr>
          <w:b/>
        </w:rPr>
        <w:t xml:space="preserve">8. </w:t>
      </w:r>
      <w:r>
        <w:t>Социальная пенсия по старости гражданам, указанным в подпункте 4 пункта 1 статьи 11 настоящего Федерального закона, может устанавливаться на основании сведений, содержащихся в списке лиц, относящихся к коренным малочисленным народам Российской Федерации, формируемом федеральным органом исполнительной власти, осуществляющим функции по выработке и реализации государственной национальной политики и нормативно-правовому регулированию в сфере государственной национальной политики. Гражданин, сведения о котором не содержатся в этом списке, при обращении за установлением пенсии вправе представить документы, подтверждающие его принадлежность к малочисленным народам Севера</w:t>
      </w:r>
    </w:p>
    <w:p>
      <w:r>
        <w:rPr>
          <w:b/>
        </w:rPr>
        <w:t xml:space="preserve">9. </w:t>
      </w:r>
      <w:r>
        <w:t>Перерасчет размера пенсии может производиться в связи с изменением группы инвалидности, причины инвалидности, количества нетрудоспособных членов семьи, находящихся на иждивении пенсионера, категории нетрудоспособного члена семьи умершего кормильца или условий назначения социальной пенсии. Перерасчет размера пенсии за выслугу лет федеральным государственным гражданским служащим может производиться с применением положений статей 14 и 21 настоящего Федерального закона в случае последующего после назначения пенсии за выслугу лет увеличения продолжительности стажа государственной гражданской службы в связи с замещением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государственной гражданской службы Российской Федерации или должности муниципальной службы и (или) замещения должности федеральной государственной гражданской службы не менее 12 полных месяцев с более высоким должностным окладом. Перерасчет размера пенсии за выслугу лет граждан из числа космонавтов может производиться с применением положений статьи 171 настоящего Федерального закона в случае последующего после назначения пенсии за выслугу лет увеличения продолжительности выслуги лет, с учетом которой определяется размер пенсии за выслугу лет. Перерасчет размера пенсии за выслугу лет или пенсии по инвалидности граждан из числа космонавтов может производиться по основаниям, предусмотренным пунктами 2, 4 и 6 статьи 171 настоящего Федерального закона. Перерасчет размера пенсии за выслугу лет гражданам из числа работников летно-испытательного состава может производиться с применением положений статьи 172 настоящего Федерального закона в случае последующего после назначения пенсии за выслугу лет увеличения продолжительности выслуги лет, с учетом которой определяется размер пенсии за выслугу лет, а также по основаниям, предусмотренным пунктом 7 статьи 172 настоящего Федерального закона. В других случаях производится перевод с одного вида пенсии на другой вид пенсии по государственному пенсионному обеспечению.";</w:t>
      </w:r>
    </w:p>
    <w:p>
      <w:r>
        <w:rPr>
          <w:b/>
        </w:rPr>
        <w:t xml:space="preserve">24. </w:t>
      </w:r>
      <w:r>
        <w:t>Перерасчет размера пенсии по случаю потери кормильца ребенку, не достигшему возраста 18 лет, ребенку в связи с изменением категории нетрудоспособного члена семьи умершего кормильца, предусмотренный абзацем первым пункта 9 статьи 22 настоящего Федерального закона, производится со дня смерти второго кормильца без истребования заявления о перерасчете размера пенсии на основании данных, имеющихся в распоряжении органа, осуществляющего пенсионное обеспечение, в том числе сведений о смерти кормильца и о детях умершего кормильца из федерального регистра сведений о населении</w:t>
      </w:r>
    </w:p>
    <w:p>
      <w:r>
        <w:rPr>
          <w:b/>
        </w:rPr>
        <w:t xml:space="preserve">25. </w:t>
      </w:r>
      <w:r>
        <w:t>Гражданам, являющимся получателями социальной пенсии по случаю потери кормильца, социальной пенсии детям, оба родителя которых неизвестны, социальной пенсии по старости и признанным инвалидами, производится перерасчет размера социальной пенсии со дня признания ребенком-инвалидом, установления соответствующей группы инвалидности. В случае пропуска гражданами из числа инвалидов с детства, ранее являвшимися получателями социальной пенсии по инвалидности, предусмотренной для детей-инвалидов, выплата которой была прекращена в связи с достижением возраста 18 лет, срока переосвидетельствования по уважительной причине, определяемой федеральным учреждением медико-социальной экспертизы, и установления указанным учреждением инвалидности за прошлое время перерасчет производится со дня, с которого установлена инвалидность за прошлое время. Такой перерасчет производится без истребования от пенсионера заявления на основании данных, имеющихся в распоряжении органа, осуществляющего пенсионное обеспечение, в том числе сведений об инвалидности, содержащихся в федеральном реестре инвалидов, в случае, если размер социальной пенсии по инвалидности превысит размер социальной пенсии по старости, социальной пенсии по случаю потери кормильца, социальной пенсии детям, оба родителя которых неизвестны</w:t>
      </w:r>
    </w:p>
    <w:p>
      <w:r>
        <w:rPr>
          <w:b/>
        </w:rPr>
        <w:t xml:space="preserve">26. </w:t>
      </w:r>
      <w:r>
        <w:t>Детям, не достигшим возраста 18 лет, являющимся получателями социальной пенсии по инвалидности, в случае смерти кормильца производится перерасчет размера социальной пенсии со дня смерти кормильца без истребования от них заявления на основании данных, имеющихся в распоряжении органа, осуществляющего пенсионное обеспечение, в том числе сведений о смерти кормильца и о детях умершего кормильца, содержащихся в федеральном регистре сведений о населении. Такой перерасчет размера социальной пенсии производится в случае, если размер социальной пенсии по случаю потери кормильца превысит размер социальной пенсии по инвалидности</w:t>
      </w:r>
    </w:p>
    <w:p>
      <w:r>
        <w:rPr>
          <w:b/>
        </w:rPr>
        <w:t xml:space="preserve">27. </w:t>
      </w:r>
      <w:r>
        <w:t>Орган, осуществляющий пенсионное обеспечение, извещает гражданина или его законного представителя о перерасчете размеров пенсии по старости, пенсии по инвалидности, пенсии по случаю потери кормильца, социальной пенсии в случаях, предусмотренных пунктами 23 - 26 настоящей статьи, в течение трех рабочих дней со дня вынесения решения о перерасчете соответствующей пенсии. Извещение о перерасчете размера пенсии направляется законному представителю ребенка, не достигшего возраста 18 лет, в течение трех рабочих дней со дня поступления сведений о законном представителе из Единой государственной информационной системы социального обеспечения.";</w:t>
      </w:r>
    </w:p>
    <w:p>
      <w:r>
        <w:rPr>
          <w:b/>
        </w:rPr>
        <w:t xml:space="preserve">9. </w:t>
      </w:r>
      <w:r>
        <w:t>в статье 23:</w:t>
      </w:r>
    </w:p>
    <w:p>
      <w:r>
        <w:rPr>
          <w:b/>
        </w:rPr>
        <w:t xml:space="preserve">9. </w:t>
      </w:r>
      <w:r>
        <w:t>пункт 1 изложить в следующей редакции: "1. Пенсия, предусмотренная настоящим Федеральным законом, независимо от ее вида назначается с 1-го числа месяца, в котором гражданин обратился за ней, за исключением случаев назначения социальной пенсии по инвалидности, социальной пенсии по старости в порядке, установленном пунктом 3 статьи 22 настоящего Федерального закона, социальной пенсии по случаю потери кормильца в порядке, установленном пунктами 4 и 5 статьи 22 настоящего Федерального закона, но во всех случаях не ранее чем со дня возникновения права на пенсию. Социальная пенсия по инвалидности назначается гражданам со дня признания ребенком-инвалидом, установления соответствующей группы инвалидности, а в случае пропуска гражданами из числа инвалидов с детства, ранее являвшимися получателями социальной пенсии по инвалидности, предусмотренной для детей-инвалидов, выплата которой была прекращена в связи с достижением возраста 18 лет, срока переосвидетельствования по уважительной причине, определяемой федеральным учреждением медико-социальной экспертизы, и установления указанным учреждением инвалидности за прошлое время - со дня, с которого установлена инвалидность за прошлое время. Социальная пенсия по старости гражданам, достигшим возраста 70 и 65 лет (соответственно мужчины и женщины) и являвшимся получателями страховой пенсии по инвалидности, выплата которой была прекращена в связи с достижением указанного возраста (пункт 2 части 10 статьи 22 Федерального закона "О страховых пенсиях"), назначается со дня достижения возраста 70 и 65 лет (соответственно мужчины и женщины) (с учетом положений, предусмотренных приложением 1 к настоящему Федеральному закону). Социальная пенсия по случаю потери кормильца детям умершего кормильца, не достигшим возраста 18 лет (за исключением лиц, объявленных в соответствии с законодательством Российской Федерации полностью дееспособными), назначается со дня смерти кормильца. Социальная пенсия по случаю потери кормильца гражданам, являющимся получателями страховой пенсии по случаю потери кормильца, в случае, предусмотренном пунктом 5 статьи 22 настоящего Федерального закона, назначается с 1-го числа месяца, следующего за месяцем, в котором в распоряжение органа, осуществляющего пенсионное обеспечение, поступили сведения о нетрудоспособном члене семьи, не учтенном при определении размера страховой пенсии по случаю потери кормильца."</w:t>
      </w:r>
    </w:p>
    <w:p>
      <w:r>
        <w:rPr>
          <w:b/>
        </w:rPr>
        <w:t xml:space="preserve">9. </w:t>
      </w:r>
      <w:r>
        <w:t>в абзаце первом пункта 2 слова "пунктом 21" заменить словами "пунктами 21 - 26"</w:t>
      </w:r>
    </w:p>
    <w:p>
      <w:r>
        <w:rPr>
          <w:b/>
        </w:rPr>
        <w:t xml:space="preserve">9. </w:t>
      </w:r>
      <w:r>
        <w:t>дополнить пунктами 23 - 27 следующего содержания: "23. Перерасчет размера пенсии по старости или пенсии по инвалидности (за исключением пенсии по инвалидности, установленной гражданам из числа космонавтов) в случае увеличения количества нетрудоспособных членов семьи, находящихся на иждивении пенсионера, в связи с рождением ребенка производится со дня рождения ребенка без истребования от пенсионера заявления о перерасчете размера пенсии на основании данных, имеющихся в распоряжении органа, осуществляющего пенсионное обеспечение, в том числе сведений о рождении ребенка и его родителе, содержащихся в федеральном регистре сведений о населении</w:t>
      </w:r>
    </w:p>
    <w:p>
      <w:r>
        <w:rPr>
          <w:b/>
        </w:rPr>
        <w:t xml:space="preserve">27. </w:t>
      </w:r>
      <w:r>
        <w:t>статью 252 изложить в следующей редакции: "Статья 252. Обеспечение информирования граждан в случаях, предусмотренных настоящим Федеральным законом Извещение гражданина или его законного представителя о назначении социальной пенсии, предусмотренное пунктом 6 статьи 22 настоящего Федерального закона, извещение гражданина или его законного представителя о перерасчете размера соответствующей пенсии, предусмотренное пунктом 27 статьи 23 настоящего Федерального закона, уведомление гражданина или его законного представителя об условиях, необходимых для назначения социальной пенсии по инвалидности, социальной пенсии по случаю потери кормильца, предусмотренное пунктами 2 и 4 статьи 22 настоящего Федерального закона, производятся органом, осуществляющим пенсионное обеспечение, в порядке, определяемом Фондом пенсионного и социального страхования Российской Федерации."</w:t>
      </w:r>
    </w:p>
    <w:p>
      <w:r>
        <w:rPr>
          <w:b/>
        </w:rPr>
        <w:t>Статья 2</w:t>
      </w:r>
    </w:p>
    <w:p>
      <w:r>
        <w:t>Внести в Федеральный закон от 28 декабря 2013 года № 400-ФЗ "О страховых пенсиях" (Собрание законодательства Российской Федерации, 2013, № 52, ст. 6965; 2016, № 1, ст. 5; № 22, ст. 3091; № 27, ст. 4183; 2018, № 41, ст. 6190; № 47, ст. 7130; 2021, № 9, ст. 1465; № 13, ст. 2139; № 22, ст. 3688; 2022, № 18, ст. 3022; № 29, ст. 5204; 2023, № 1, ст. 16; № 12, ст. 1889) следующие изменения: 1) в статье 10: а) пункт 1 части 2 после слов "в котором завершено указанное обучение" дополнить словами "(далее - дети, достигшие возраста 18 лет и завершившие обучение)"; б) в части 4 слова "Иждивение детей умерших родителей" заменить словами "Иждивение детей умершего кормильца, детей умершего кормильца, достигших возраста 18 лет и завершивших обучение,"; 2) статью 18 дополнить частью 61 следующего содержания: "61. В случае увеличения количества нетрудоспособных членов семьи, подлежавших учету при определении размера страховой пенсии по случаю потери кормильца в соответствии со статьей 15 настоящего Федерального закона, производится перерасчет размеров страховой пенсии по случаю потери кормильца, назначенных другим нетрудоспособным членам семьи, с 1-го числа месяца, следующего за месяцем, в котором в распоряжение органа, осуществляющего пенсионное обеспечение, поступили сведения о нетрудоспособном члене семьи, не учтенном при определении размера страховой пенсии по случаю потери кормильца, на основании данных, имеющихся в распоряжении органа, осуществляющего пенсионное обеспечение. При этом размер страховой пенсии определяется в соответствии со статьей 15 настоящего Федерального закона. Орган, осуществляющий пенсионное обеспечение, в течение трех рабочих дней со дня вынесения решения о перерасчете размера страховой пенсии лица извещает его о таком перерасчете."; 3) в статье 19: а) часть 1 изложить в следующей редакции: "1. Федеральные государственные гражданские служащие, которым назначена пенсия за выслугу лет в соответствии с Федеральным законом от 15 декабря 2001 года № 166-ФЗ "О государственном пенсионном обеспечении в Российской Федерации", имеющие не менее 15 лет страхового стажа, в который включаются периоды, указанные в части 2 настоящей статьи, имеют право (вместо перерасчета размера страховой пенсии по старости, предусмотренного пунктом 3 части 2 статьи 18 настоящего Федерального закона) по достижении возраста, дающего право на страховую пенсию по старости (в том числе назначаемую досрочно), на получение доли страховой пенсии по старости, устанавливаемой к пенсии за выслугу лет, исходя из суммы индивидуальных пенсионных коэффициентов за период не менее чем 12 полных месяцев работы и (или) иной деятельности после назначения пенсии за выслугу лет. Доля страховой пенсии по старости устанавливается к пенсии за выслугу лет федеральным государственным гражданским служащим без истребования от них заявления со дня, следующего за днем, в котором истекают 12 полных месяцев работы и (или) иной деятельности после назначения пенсии за выслугу лет. При установлении доли страховой пенсии по старости указанные индивидуальные пенсионные коэффициенты не могут быть использованы в целях перерасчета размера страховой пенсии по старости, предусмотренного пунктом 3 части 2 статьи 18 настоящего Федерального закона, а также в целях перерасчета размера доли страховой пенсии по старости, предусмотренного частью 4 настоящей статьи. Орган, осуществляющий пенсионное обеспечение, в течение трех рабочих дней со дня вынесения решения о назначении лицу доли страховой пенсии по старости извещает его о назначении ему доли страховой пенсии по старости."; б) в части 6 слова "назначения (включая сроки назначения)," исключить; 4) в статье 20: а) часть 1 изложить в следующей редакции: "1. Граждане из числа работников летно-испытательного состава, которым назначена пенсия за выслугу лет в соответствии с Федеральным законом от 15 декабря 2001 года № 166-ФЗ "О государственном пенсионном обеспечении в Российской Федерации", имеющие не менее 15 лет страхового стажа, в который включаются периоды, указанные в части 2 настоящей статьи, имеют право (вместо перерасчета размера страховой пенсии по старости, предусмотренного пунктом 3 части 2 статьи 18 настоящего Федерального закона) на получение доли страховой пенсии по старости, устанавливаемой к пенсии за выслугу лет, исходя из суммы индивидуальных пенсионных коэффициентов за период не менее чем 12 полных месяцев работы и (или) иной деятельности после назначения пенсии за выслугу лет. Доля страховой пенсии по старости устанавливается к пенсии за выслугу лет гражданам из числа работников летно-испытательного состава без истребования от них заявления со дня, следующего за днем, в котором истекают 12 полных месяцев работы и (или) иной деятельности после назначения пенсии за выслугу лет. При установлении доли страховой пенсии по старости указанные индивидуальные пенсионные коэффициенты не могут быть использованы в целях перерасчета размера страховой пенсии по старости, предусмотренного пунктом 3 части 2 статьи 18 настоящего Федерального закона, а также в целях перерасчета размера доли страховой пенсии по старости, предусмотренного частью 4 настоящей статьи. Орган, осуществляющий пенсионное обеспечение, в течение трех рабочих дней со дня вынесения решения о назначении лицу доли страховой пенсии по старости извещает его о назначении ему доли страховой пенсии по старости."; б) в части 6 слова "назначения (включая сроки назначения)," исключить; 5) в статье 21: а) часть 41 изложить в следующей редакции: "41. При назначении страховой пенсии в случаях, предусмотренных частями 6, 61, 63 статьи 22, статьями 251, 252 настоящего Федерального закона, при перерасчете размера страховой пенсии или фиксированной выплаты к страховой пенсии в случаях, предусмотренных пунктом 3 части 2, частями 61 и 7 статьи 18, пунктом 1 части 4, частями 5 - 55 статьи 23 настоящего Федерального закона, при возобновлении выплаты страховой пенсии в случаях, предусмотренных частями 31, 4, 5 статьи 24 настоящего Федерального закона, при назначении доли страховой пенсии по старости в случаях, предусмотренных частью 1 статьи 19 и частью 1 статьи 20 настоящего Федерального закона, согласие гражданина предполагается и не требует подтверждения."; б) в части 131 слова "статьей 251" заменить словами "статьями 251, 252", слова "со статьей 251" заменить словами "со статьями 251, 252"; 6) в части 1 статьи 22 слова "статьей 251" заменить словами "статьями 251, 252"; 7) в статье 23: а) в абзаце первом части 1 слова "4 и 5" заменить цифрами "4, 5 - 55"; б) дополнить частями 51 - 55 следующего содержания: "51. Перерасчет размера фиксированной выплаты к страховой пенсии по старости или к страховой пенсии по инвалидности в случае увеличения количества нетрудоспособных членов семьи, находящихся на иждивении пенсионера, предусмотренный частью 3 статьи 17 настоящего Федерального закона, в связи с рождением ребенка производится со дня рождения ребенка без истребования от пенсионера заявления о перерасчете размера фиксированной выплаты к страховой пенсии на основании данных, имеющихся в распоряжении органа, осуществляющего пенсионное обеспечение, в том числе сведений о рождении ребенка и его родителе, содержащихся в едином федеральном информационном регистре, содержащем сведения о населении Российской Федерации (далее - федеральный регистр сведений о населении). Орган, осуществляющий пенсионное обеспечение, в течение трех рабочих дней со дня вынесения решения о перерасчете размера фиксированной выплаты к страховой пенсии по старости или к страховой пенсии по инвалидности лица извещает его о таком перерасчете.</w:t>
      </w:r>
    </w:p>
    <w:p>
      <w:r>
        <w:rPr>
          <w:b/>
        </w:rPr>
        <w:t xml:space="preserve">52. </w:t>
      </w:r>
      <w:r>
        <w:t>Перерасчет размера фиксированной выплаты к страховой пенсии по старости или к страховой пенсии по инвалидности в связи с приобретением необходимого календарного стажа работы в районах Крайнего Севера или приравненных к ним местностях и страхового стажа, дающих право на установление повышения фиксированной выплаты к страховой пенсии по старости или к страховой пенсии по инвалидности в связи с работой в районах Крайнего Севера или приравненных к ним местностях, предусмотренного частями 4 и 5 статьи 17 настоящего Федерального закона, в том числе пенсионерам, которым установлено повышение фиксированной выплаты к страховой пенсии по старости или к страховой пенсии по инвалидности в связи с проживанием в районах Крайнего Севера и приравненных к ним местностях, предусмотренное частью 9 статьи 17 настоящего Федерального закона, в сумме, не превышающей суммы повышения фиксированной выплаты к страховой пенсии по старости или к страховой пенсии по инвалидности в связи с работой в районах Крайнего Севера или приравненных к ним местностях, предусмотренного частями 4 и 5 статьи 17 настоящего Федерального закона, в случае, если орган, осуществляющий пенсионное обеспечение, располагает сведениями о необходимом календарном стаже работы в районах Крайнего Севера или приравненных к ним местностях и страховом стаже, подтвержденными на основании сведений индивидуального (персонифицированного) учета, производится с 1-го числа месяца, следующего за месяцем, в котором приобретены необходимый календарный стаж работы в районах Крайнего Севера или приравненных к ним местностях и страховой стаж, на основании данных, имеющихся в распоряжении органа, осуществляющего пенсионное обеспечение, без истребования от пенсионера заявления о перерасчете размера фиксированной выплаты к страховой пенсии. Орган, осуществляющий пенсионное обеспечение, в течение трех рабочих дней со дня вынесения решения о перерасчете размера фиксированной выплаты к страховой пенсии лица извещает его о таком перерасчете</w:t>
      </w:r>
    </w:p>
    <w:p>
      <w:r>
        <w:rPr>
          <w:b/>
        </w:rPr>
        <w:t xml:space="preserve">53. </w:t>
      </w:r>
      <w:r>
        <w:t>Перерасчет размера фиксированной выплаты к страховой пенсии по старости или к страховой пенсии по инвалидности в связи с приобретением пенсионером, проживающим в сельской местности, не осуществляющим работу и (или) иную деятельность, в период которой он подлежит обязательному пенсионному страхованию в соответствии с Федеральным законом от 15 декабря 2001 года № 167-ФЗ "Об обязательном пенсионном страховании в Российской Федерации", необходимого календарного стажа работы в сельском хозяйстве в случае, если орган, осуществляющий пенсионное обеспечение, располагает сведениями о необходимом календарном стаже работы в сельском хозяйстве, подтвержденном на основании сведений индивидуального (персонифицированного) учета, производится с 1-го числа месяца, следующего за месяцем, в котором приобретен необходимый стаж работы в сельском хозяйстве, на основании данных, имеющихся в распоряжении органа, осуществляющего пенсионное обеспечение, без истребования от пенсионера заявления о перерасчете размера фиксированной выплаты к страховой пенсии. Орган, осуществляющий пенсионное обеспечение, в течение трех рабочих дней со дня вынесения решения о перерасчете размера фиксированной выплаты к страховой пенсии лица извещает его о таком перерасчете</w:t>
      </w:r>
    </w:p>
    <w:p>
      <w:r>
        <w:rPr>
          <w:b/>
        </w:rPr>
        <w:t xml:space="preserve">54. </w:t>
      </w:r>
      <w:r>
        <w:t>Перерасчет размера фиксированной выплаты к страховой пенсии по старости или к страховой пенсии по инвалидности пенсионерам, которым ранее было установлено повышение фиксированной выплаты к страховой пенсии по старости или к страховой пенсии по инвалидности в соответствии с частью 14 статьи 17 настоящего Федерального закона и произведен перерасчет размера фиксированной выплаты к страховой пенсии по старости или к страховой пенсии по инвалидности в связи с поступлением на работу и (или) осуществлением иной деятельности, в период которой указанные лица подлежат обязательному пенсионному страхованию в соответствии с Федеральным законом от 15 декабря 2001 года № 167-ФЗ "Об обязательном пенсионном страховании в Российской Федерации", при оставлении ими работы и (или) иной деятельности производится с 1-го числа месяца, следующего за месяцем оставления работы и (или) иной деятельности, на основании данных, имеющихся в распоряжении органа, осуществляющего пенсионное обеспечение, без истребования от пенсионера заявления о перерасчете размера фиксированной выплаты к страховой пенсии. Орган, осуществляющий пенсионное обеспечение, в течение трех рабочих дней со дня вынесения решения о перерасчете размера фиксированной выплаты к страховой пенсии лица извещает его о таком перерасчете</w:t>
      </w:r>
    </w:p>
    <w:p>
      <w:r>
        <w:rPr>
          <w:b/>
        </w:rPr>
        <w:t xml:space="preserve">55. </w:t>
      </w:r>
      <w:r>
        <w:t>Перерасчет размера страховой пенсии по случаю потери кормильца, предусмотренный частью 5 статьи 18 настоящего Федерального закона, или фиксированной выплаты к страховой пенсии по случаю потери кормильца в связи с изменением категории получателей страховой пенсии по случаю потери кормильца, предусмотренный частью 8 статьи 18 настоящего Федерального закона, производится без истребования от пенсионера заявления о перерасчете размера страховой пенсии или фиксированной выплаты к страховой пенсии детям, не достигшим возраста 18 лет (за исключением лиц, объявленных в соответствии с законодательством Российской Федерации полностью дееспособными), со дня смерти кормильца, в том числе на основании данных, имеющихся в распоряжении органа, осуществляющего пенсионное обеспечение, и сведений о смерти кормильца и о детях умершего кормильца, получаемых из федерального регистра сведений о населении. Орган, осуществляющий пенсионное обеспечение, в течение трех рабочих дней со дня вынесения решения о перерасчете размера страховой пенсии по случаю потери кормильца или фиксированной выплаты к страховой пенсии по случаю потери кормильца извещает законного представителя ребенка, не достигшего возраста 18 лет, умершего кормильца о таком перерасчете. Извещение о перерасчете размера страховой пенсии по случаю потери кормильца или фиксированной выплаты к страховой пенсии по случаю потери кормильца направляется законному представителю ребенка, не достигшего возраста 18 лет, в течение трех рабочих дней со дня поступления сведений о законном представителе из Единой государственной информационной системы социального обеспечения.";</w:t>
      </w:r>
    </w:p>
    <w:p>
      <w:r>
        <w:rPr>
          <w:b/>
        </w:rPr>
        <w:t xml:space="preserve">2. </w:t>
      </w:r>
      <w:r>
        <w:t>Решение о назначении страховой пенсии по случаю потери кормильца принимается органом, осуществляющим пенсионное обеспечение, по месту жительства ребенка, не достигшего возраста 18 лет (за исключением лиц, объявленных в соответствии с законодательством Российской Федерации полностью дееспособными), не позднее пяти рабочих дней со дня поступления сведений, указанных в части 1 настоящей статьи, в распоряжение органа, осуществляющего пенсионное обеспечение</w:t>
      </w:r>
    </w:p>
    <w:p>
      <w:r>
        <w:rPr>
          <w:b/>
        </w:rPr>
        <w:t xml:space="preserve">3. </w:t>
      </w:r>
      <w:r>
        <w:t>Орган, осуществляющий пенсионное обеспечение, в течение трех рабочих дней со дня вынесения решения о назначении страховой пенсии по случаю потери кормильца извещает законного представителя ребенка, не достигшего возраста 18 лет, умершего кормильца, ребенка, достигшего возраста 18 лет и завершившего обучение, о назначении страховой пенсии по случаю потери кормильца</w:t>
      </w:r>
    </w:p>
    <w:p>
      <w:r>
        <w:rPr>
          <w:b/>
        </w:rPr>
        <w:t xml:space="preserve">4. </w:t>
      </w:r>
      <w:r>
        <w:t>Извещение о назначении страховой пенсии по случаю потери кормильца направляется законному представителю ребенка, не достигшего возраста 18 лет, в течение трех рабочих дней со дня поступления сведений о законном представителе из Единой государственной информационной системы социального обеспечения</w:t>
      </w:r>
    </w:p>
    <w:p>
      <w:r>
        <w:rPr>
          <w:b/>
        </w:rPr>
        <w:t xml:space="preserve">5. </w:t>
      </w:r>
      <w:r>
        <w:t>В случае отсутствия условий, необходимых для назначения ребенку, не достигшему возраста 18 лет, умершего кормильца страховой пенсии по случаю потери кормильца, орган, осуществляющий пенсионное обеспечение, в течение пяти рабочих дней со дня поступления в его распоряжение сведений, указанных в части 1 настоящей статьи, уведомляет законного представителя ребенка, не достигшего возраста 18 лет, умершего кормильца об условиях, необходимых для назначения страховой пенсии по случаю потери кормильца</w:t>
      </w:r>
    </w:p>
    <w:p>
      <w:r>
        <w:rPr>
          <w:b/>
        </w:rPr>
        <w:t xml:space="preserve">6. </w:t>
      </w:r>
      <w:r>
        <w:t>В случае представления ребенком, не достигшим возраста 18 лет, являющимся получателем страховой пенсии по случаю потери кормильца, законным представителем этого ребенка документов, а также поступления запрошенных органом, осуществляющим пенсионное обеспечение, в иных государственных органах, органах местного самоуправления либо в подведомственных государственным органам или органам местного самоуправления организациях при оказании содействия заявителю в соответствии с частью 81 статьи 21 настоящего Федерального закона документов, подтверждающих обстоятельства, имевшие место до дня назначения страховой пенсии по случаю потери кормильца, влекущие увеличение размера страховой пенсии по случаю потери кормильца, производится перерасчет размера страховой пенсии по случаю потери кормильца со дня назначения указанной пенсии без истребования от ребенка, не достигшего возраста 18 лет, являющегося получателем страховой пенсии по случаю потери кормильца, законного представителя этого ребенка заявления о перерасчете размера страховой пенсии по случаю потери кормильца. При этом размер страховой пенсии по случаю потери кормильца определяется в соответствии со статьей 15 настоящего Федерального закона</w:t>
      </w:r>
    </w:p>
    <w:p>
      <w:r>
        <w:rPr>
          <w:b/>
        </w:rPr>
        <w:t xml:space="preserve">7. </w:t>
      </w:r>
      <w:r>
        <w:t>Перерасчет размера страховой пенсии по случаю потери кормильца производится не позднее чем через пять рабочих дней со дня поступления соответствующих документов в орган, осуществляющий пенсионное обеспечение</w:t>
      </w:r>
    </w:p>
    <w:p>
      <w:r>
        <w:rPr>
          <w:b/>
        </w:rPr>
        <w:t xml:space="preserve">8. </w:t>
      </w:r>
      <w:r>
        <w:t>Орган, осуществляющий пенсионное обеспечение, в течение трех рабочих дней со дня вынесения решения о перерасчете размера страховой пенсии по случаю потери кормильца извещает законного представителя ребенка, не достигшего возраста 18 лет, являющегося получателем страховой пенсии по случаю потери кормильца, о таком перерасчете</w:t>
      </w:r>
    </w:p>
    <w:p>
      <w:r>
        <w:rPr>
          <w:b/>
        </w:rPr>
        <w:t xml:space="preserve">9. </w:t>
      </w:r>
      <w:r>
        <w:t>Не достигший возраста 18 лет ребенок (за исключением лиц, объявленных в соответствии с законодательством Российской Федерации полностью дееспособными), которому страховая пенсия по случаю потери кормильца назначена в порядке, установленном настоящей статьей, законный представитель этого ребенка имеют право отказаться от назначения страховой пенсии по случаю потери кормильца путем подачи соответствующего заявления в орган, осуществляющий пенсионное обеспечение</w:t>
      </w:r>
    </w:p>
    <w:p>
      <w:r>
        <w:rPr>
          <w:b/>
        </w:rPr>
        <w:t xml:space="preserve">10. </w:t>
      </w:r>
      <w:r>
        <w:t>Не достигший возраста 18 лет ребенок (за исключением лиц, объявленных в соответствии с законодательством Российской Федерации полностью дееспособными) в случае отказа от назначения страховой пенсии по случаю потери кормильца имеет право на назначение страховой пенсии по случаю потери кормильца в порядке, установленном статьей 21 настоящего Федерального закона.";</w:t>
      </w:r>
    </w:p>
    <w:p>
      <w:r>
        <w:rPr>
          <w:b/>
        </w:rPr>
        <w:t xml:space="preserve">55. </w:t>
      </w:r>
      <w:r>
        <w:t>статью 251 дополнить частью 8 следующего содержания: "8. Страховая пенсия по инвалидности лицу, признанному инвалидом и являющемуся получателем страховой пенсии по случаю потери кормильца, устанавливается в порядке, предусмотренном настоящей статьей, в случае, если размер страховой пенсии по инвалидности (с учетом фиксированной выплаты к страховой пенсии по инвалидности, повышений фиксированной выплаты к страховой пенсии по инвалидности) превысит размер страховой пенсии по случаю потери кормильца (с учетом фиксированной выплаты к страховой пенсии по случаю потери кормильца, повышений фиксированной выплаты к страховой пенсии по случаю потери кормильца)."</w:t>
      </w:r>
    </w:p>
    <w:p>
      <w:r>
        <w:rPr>
          <w:b/>
        </w:rPr>
        <w:t xml:space="preserve">55. </w:t>
      </w:r>
      <w:r>
        <w:t>дополнить статьей 252 следующего содержания: "Статья 252. Особенности назначения страховых пенсий по случаю потери кормильца 1. Страховая пенсия по случаю потери кормильца детям, не достигшим возраста 18 лет, умершего кормильца (за исключением лиц, объявленных в соответствии с законодательством Российской Федерации полностью дееспособными) назначается со дня смерти кормильца без истребования от ребенка, не достигшего возраста 18 лет, умершего кормильца либо его законного представителя заявления о назначении страховой пенсии по случаю потери кормильца на основании сведений, имеющихся в распоряжении органа, осуществляющего пенсионное обеспечение, в том числе сведений о смерти кормильца и о детях умершего кормильца, получаемых из федерального регистра сведений о населении</w:t>
      </w:r>
    </w:p>
    <w:p>
      <w:r>
        <w:rPr>
          <w:b/>
        </w:rPr>
        <w:t xml:space="preserve">10. </w:t>
      </w:r>
      <w:r>
        <w:t>в части 11 статьи 26 слова "либо частью 3 статьи 251" заменить словами ", частью 3 статьи 251 либо частью 6 статьи 252"</w:t>
      </w:r>
    </w:p>
    <w:p>
      <w:r>
        <w:rPr>
          <w:b/>
        </w:rPr>
        <w:t xml:space="preserve">10. </w:t>
      </w:r>
      <w:r>
        <w:t>часть 2 статьи 29 изложить в следующей редакции: "2. Удержание производится в соответствии с требованиями, содержащимися в исполнительном документе, и в размере, исчисляемом из размера установленной страховой пенсии, фиксированной выплаты к страховой пенсии (с учетом повышения фиксированной выплаты к страховой пенсии). Исполнение требований исполнительных документов в случаях, предусмотренных статьей 9 Федерального закона от 2 октября 2007 года № 229-ФЗ "Об исполнительном производстве", осуществляется с учетом положения абзаца восьмого части первой статьи 446 Гражданского процессуального кодекса Российской Федерации."</w:t>
      </w:r>
    </w:p>
    <w:p>
      <w:r>
        <w:rPr>
          <w:b/>
        </w:rPr>
        <w:t xml:space="preserve">10. </w:t>
      </w:r>
      <w:r>
        <w:t>статью 291-1 изложить в следующей редакции: "Статья 291-1. Обеспечение информирования граждан в случаях, предусмотренных настоящим Федеральным законом Органом, осуществляющим пенсионное обеспечение, производится информирование граждан или их законных представителей о назначении страховой пенсии, о перерасчете размера страховой пенсии или фиксированной выплаты к страховой пенсии, об условиях назначения страховой пенсии, о назначении доли страховой пенсии по старости, о порядке выплаты и доставки страховой пенсии в случаях, предусмотренных настоящим Федеральным законом, в порядке, установленном Фондом пенсионного и социального страхования Российской Федерации."</w:t>
      </w:r>
    </w:p>
    <w:p>
      <w:r>
        <w:rPr>
          <w:b/>
        </w:rPr>
        <w:t xml:space="preserve">10. </w:t>
      </w:r>
      <w:r>
        <w:t>в статье 292 слова "из единого федерального информационного регистра, содержащего сведения о населении Российской Федерации" заменить словами "из федерального регистра сведений о населении"</w:t>
      </w:r>
    </w:p>
    <w:p>
      <w:r>
        <w:rPr>
          <w:b/>
        </w:rPr>
        <w:t>Статья 3</w:t>
      </w:r>
    </w:p>
    <w:p>
      <w:r>
        <w:rPr>
          <w:b/>
        </w:rPr>
        <w:t xml:space="preserve">1. </w:t>
      </w:r>
      <w:r>
        <w:t>Страхователи, указанные в подпункте 1 пункта 1 статьи 6 Федерального закона от 15 декабря 2001 года № 167-ФЗ "Об обязательном пенсионном страховании в Российской Федерации", имеющие работы, производства, профессии, должности, специальности, предусмотренные списком соответствующих работ, производств, профессий, должностей, специальностей, в соответствии с которыми устанавливается повышение размера фиксированной выплаты к страховой пенсии по старости и к страховой пенсии по инвалидности в соответствии с частью 14 статьи 17 Федерального закона от 28 декабря 2013 года № 400-ФЗ "О страховых пенсиях", не позднее 31 декабря 2026 года представляют в территориальный орган Фонда пенсионного и социального страхования Российской Федерации сведения обо всех имевших место до 1 января 2019 года периодах работы (деятельности), дающей право на установление лицам, проработавшим не менее 30 календарных лет в сельском хозяйстве, предусмотренного частью 14 статьи 17 Федерального закона от 28 декабря 2013 года № 400-ФЗ "О страховых пенсиях" повышения фиксированной выплаты к страховой пенсии по старости или к страховой пенсии по инвалидности в отношении всех работающих у них граждан, зарегистрированных в системе обязательного пенсионного страхования в соответствии с законодательством Российской Федерации. (В редакции Федерального закона от 29.12.2025 № 573-ФЗ)</w:t>
      </w:r>
    </w:p>
    <w:p>
      <w:r>
        <w:rPr>
          <w:b/>
        </w:rPr>
        <w:t xml:space="preserve">2. </w:t>
      </w:r>
      <w:r>
        <w:t>Формы и форматы сведений, указанных в части 1 настоящей статьи, порядок их заполнения страхователями, указанными в части 1 настоящей статьи, определяются Фондом пенсионного и социального страхования Российской Федерации</w:t>
      </w:r>
    </w:p>
    <w:p>
      <w:r>
        <w:rPr>
          <w:b/>
        </w:rPr>
        <w:t xml:space="preserve">3. </w:t>
      </w:r>
      <w:r>
        <w:t>Застрахованные лица, осуществлявшие до 1 января 2019 года работу (деятельность), дающую право на установление лицам, проработавшим не менее 30 календарных лет в сельском хозяйстве, предусмотренного частью 14 статьи 17 Федерального закона от 28 декабря 2013 года № 400-ФЗ "О страховых пенсиях" повышения фиксированной выплаты к страховой пенсии по старости или к страховой пенсии по инвалидности, вправе обратиться в территориальный орган Фонда пенсионного и социального страхования Российской Федерации за корректировкой сведений индивидуального (персонифицированного) учета и внесением уточнений (дополнений) в индивидуальный лицевой счет в порядке, установленном статьей 16 Федерального закона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w:t>
      </w:r>
    </w:p>
    <w:p>
      <w:r>
        <w:rPr>
          <w:b/>
        </w:rPr>
        <w:t>Статья 4</w:t>
      </w:r>
    </w:p>
    <w:p>
      <w:r>
        <w:rPr>
          <w:b/>
        </w:rPr>
        <w:t xml:space="preserve">1. </w:t>
      </w:r>
      <w:r>
        <w:t>Настоящий Федеральный закон вступает в силу с 1 января 2024 года, за исключением абзаца четвертого подпункта "б" пункта 7 статьи 2 настоящего Федерального закона</w:t>
      </w:r>
    </w:p>
    <w:p>
      <w:r>
        <w:rPr>
          <w:b/>
        </w:rPr>
        <w:t xml:space="preserve">2. </w:t>
      </w:r>
      <w:r>
        <w:t>Абзац четвертый подпункта "б" пункта 7 статьи 2 настоящего Федерального закона вступает в силу с 1 января 2027 года. (В редакции Федерального закона от 29.12.2025 № 573-ФЗ)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