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5 части первой и часть вторую Налогового кодекса Российской Федерации</w:t>
      </w:r>
    </w:p>
    <w:p>
      <w:r>
        <w:rPr>
          <w:b/>
        </w:rPr>
        <w:t>Статья 1</w:t>
      </w:r>
    </w:p>
    <w:p>
      <w:r>
        <w:t>Статью 5 части первой Налогового кодекса Российской Федерации (Собрание законодательства Российской Федерации, 1998, № 31, ст. 3824; 1999, № 28, ст. 3487; 2001, № 53, ст. 5026; 2004, № 31, ст. 3231; 2006, № 31, ст. 3436; 2008, № 48, ст. 5519; 2013, № 30, ст. 4081; 2016, № 18, ст. 2506; № 22, ст. 3092; № 27, ст. 4176; 2018, № 32, ст. 5093; 2019, № 31, ст. 4428; 2020, № 14, ст. 2000; 2021, № 24, ст. 4217; 2022, № 9, ст. 1250; № 13, ст. 1955; № 27, ст. 4626; № 29, ст. 5301) дополнить пунктом 45 следующего содержания: "45. Положения актов законодательства о налогах и сборах в части увеличения и (или) отмены пониженных налоговых ставок, тарифов страховых взносов, установленных для налогоплательщиков (плательщиков страховых взносов) - участников свободной экономической зоны на территориях Донецкой Народной Республики, Луганской Народной Республики, Запорожской области и Херсонской области в связи с исполнением ими договоров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соответствии с Федеральным законом "О свободной экономической зоне на территориях Донецкой Народной Республики, Луганской Народной Республики, Запорожской области и Херсонской области", и (или) в части отмены или изменения условий предоставления налоговых льгот и иных преференций (включая особый порядок и сроки уплаты, порядок исчисления налогов), установленных для таких налогоплательщиков (плательщиков страховых взносов), не применяются в отношении указанных налогоплательщиков (плательщиков страховых взносов) до наступления наиболее ранней из следующих дат: даты утраты налогоплательщиком (плательщиком страховых взносов) статуса участника свободной экономической зоны на территориях Донецкой Народной Республики, Луганской Народной Республики, Запорожской области и Херсонской области; даты окончания сроков действия налоговых ставок, тарифов страховых взносов, налоговых льгот, порядка исчисления налогов, порядка и сроков уплаты налогов, установленных на дату заключения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указанного в абзаце первом настоящего пункта, если дата окончания сроков действия налоговых ставок, тарифов страховых взносов, налоговых льгот, порядка исчисления налогов, порядка и сроков уплаты налогов, установленных на дату заключения такого договора, наступает ранее даты утраты налогоплательщиком (плательщиком страховых взносов) статуса участника свободной экономической зоны на территориях Донецкой Народной Республики, Луганской Народной Республики, Запорожской области и Херсонской области. Положения настоящего пункта распространяются на акты законодательства о налогах и сборах в части страховых взносов, налога на прибыль организаций, налога на имущество организаций, земельного налога и применяются для налогоплательщика (плательщика страховых взносов) - участника свободной экономической зоны на территориях Донецкой Народной Республики, Луганской Народной Республики, Запорожской области и Херсонской области при условии указания в соответствующем договоре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ссылок на положения актов законодательства о налогах и сборах в части пониженных налоговых ставок, тарифов страховых взносов или налоговых льгот и иных преференций (включая особый порядок и сроки уплаты, порядок исчисления налогов), установленных для налогоплательщиков (плательщиков страховых взносов) - участников свободной экономической зоны на территориях Донецкой Народной Республики, Луганской Народной Республики, Запорожской области и Херсонской области в связи с исполнением ими договоров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на которые распространяется действие настоящего пункта.".</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1, ст. 18; № 33, ст. 3413, 3421, 3429; 2002, № 1, ст. 4; № 22, ст. 2026; № 30, ст. 3027; 2003, № 28, ст. 2886; № 46, ст. 4435; 2004, № 27, ст. 2711; № 31, ст. 3222, 3231; № 34, ст. 3517, 3522; № 35, ст. 3607; № 49, ст. 4840; 2005, № 24, ст. 2312; № 30, ст. 3101, 3118, 3128, 3129, 3130; № 52, ст. 5581; 2006, № 10, ст. 1065; № 23, ст. 2382; № 31, ст. 3433, 3436, 3450; 2007, № 1, ст. 31; № 21, ст. 2461, 2462; № 23, ст. 2691; № 31, ст. 4013; № 45, ст. 5417, 5432; 2008, № 26, ст. 3022; № 30, ст. 3598, 3614; № 48, ст. 5519; 2009, № 1, ст. 13; № 48, ст. 5731, 5732; № 51, ст. 6155; № 52, ст. 6444; 2010, № 15, ст. 1737; № 31, ст. 4198; № 40, ст. 4969; № 45, ст. 5750; № 48, ст. 6247, 6248, 6250; 2011, № 1, ст. 7, 37; № 23, ст. 3265; № 24, ст. 3357; № 30, ст. 4593, 4606; № 45, ст. 6335; № 48, ст. 6731; № 49, ст. 7016, 7017, 7043; 2012, № 41, ст. 5526; № 49, ст. 6747, 6748, 6749; № 53, ст. 7584; 2013, № 19, ст. 2321; № 27, ст. 3444; № 30, ст. 4046; № 40, ст. 5033, 5037, 5038, 5039; № 44, ст. 5645; № 52, ст. 6985; 2014, № 23, ст. 2936; № 26, ст. 3393; № 45, ст. 6157; № 48, ст. 6647, 6657, 6660, 6661, 6663; 2015, № 1, ст. 5, 17; № 14, ст. 2023; № 29, ст. 4340; № 48, ст. 6685, 6687, 6689; 2016, № 1, ст. 16; № 7, ст. 920; № 9, ст. 1169; № 15, ст. 2064; № 22, ст. 3092, 3098; № 27, ст. 4175, 4176; № 49, ст. 6844; № 52, ст. 7497; 2017, № 1, ст. 16; № 30, ст. 4448; № 49, ст. 7307, 7313, 7320, 7322, 7325; 2018, № 1, ст. 20; № 18, ст. 2565; № 27, ст. 3942; № 30, ст. 4534; № 32, ст. 5087, 5090, 5093, 5094, 5095, 5096; № 45, ст. 6828; № 47, ст. 7126; № 49, ст. 7496; № 53, ст. 8416, 8419; 2019, № 22, ст. 2664; № 23, ст. 2906; № 30, ст. 4112, 4113; № 31, ст. 4414, 4428, 4443; № 39, ст. 5371, 5372, 5374, 5375, 5376; 2020, № 12, ст. 1657; № 14, ст. 2032; № 29, ст. 4505, 4514; № 31, ст. 5024; № 42, ст. 6508, 6529; № 48, ст. 7627; 2021, № 1, ст. 9; № 24, ст. 4216, 4217; № 27, ст. 5133, 5137; № 49, ст. 8145, 8146; 2022, № 9, ст. 1250; № 11, ст. 1600; № 13, ст. 1955, 1956, 1957; № 18, ст. 3007; № 22, ст. 3535; № 27, ст. 4612; № 29, ст. 5206, 5288, 5290, 5291, 5295, 5301; № 48, ст. 8309, 8310; № 52, ст. 9353, 9379; 2023, № 5, ст. 698; № 8, ст. 1200; № 9, ст. 1415; № 12, ст. 1877; № 18, ст. 3243, 3250) следующие изменения</w:t>
      </w:r>
    </w:p>
    <w:p>
      <w:r>
        <w:t>абзац третий подпункта 3 пункта 1 статьи 165 дополнить словами ", или копия свидетельства о включении участника в реестр участников свободной экономической зоны на территориях Донецкой Народной Республики, Луганской Народной Республики, Запорожской области и Херсонской области, выданного управляющей компанией, осуществляющей деятельность в соответствии с Федеральным законом "О свободной экономической зоне на территориях Донецкой Народной Республики, Луганской Народной Республики, Запорожской области и Херсонской области"</w:t>
      </w:r>
    </w:p>
    <w:p>
      <w:r>
        <w:t>в статье 193: а) пункт 13 дополнить абзацами следующего содержания: "Для организаций - участников свободной экономической зоны на территориях Донецкой Народной Республики, Луганской Народной Республики, Запорожской области и Херсонской области ставка акциза на сталь жидкую, предусмотренную подпунктом 21 пункта 1 статьи 181 настоящего Кодекса, полученную в рамках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и Херсонской области, информация о котором содержится в инвестиционной декларации, соответствующей требованиям, установленным Федеральным законом "О свободной экономической зоне на территориях Донецкой Народной Республики, Луганской Народной Республики, Запорожской области и Херсонской области", принимается равной нулю и применяется: для налоговых периодов, дата начала которых приходится на период начиная с 1-го числа налогового периода, в котором в соответствии с данными налогового учета была получена первая сталь жидкая в рамках реализации указанного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и Херсонской области, до последнего числа (включительно) налогового периода, являющегося последним месяцем периода, указанного в абзаце втором пункта 17 статьи 427 настоящего Кодекса, при выполнении условия, установленного указанным абзацем; для налоговых периодов, дата начала которых приходится на период начиная с 1-го числа налогового периода, следующего за окончанием периода, указанного в абзаце десятом настоящего пункта, до последнего числа (включительно) периода, указанного в абзаце третьем пункта 17 статьи 427 настоящего Кодекса. 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по основаниям, предусмотренным Федеральным законом "О свободной экономической зоне на территориях Донецкой Народной Республики, Луганской Народной Республики, Запорожской области и Херсонской области", сумма акциза подлежит исчислению и уплате в бюджет. Исчисление акциза производится без учета применения пониженных ставок, предусмотренных настоящим пунктом,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и Херсонской области. Исчисленная сумма акциза подлежит уплате по истечении налогового периода, в котором был расторгнут договор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не позднее чем в сроки, установленные для уплаты акциза за налоговый период."; б) пункт 14 дополнить абзацами следующего содержания: "Для организаций - участников свободной экономической зоны на территориях Донецкой Народной Республики, Луганской Народной Республики, Запорожской области и Херсонской области ставка акциза на сталь жидкую, предусмотренную подпунктом 22 пункта 1 статьи 181 настоящего Кодекса, полученную в рамках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и Херсонской области, информация о котором содержится в инвестиционной декларации, соответствующей требованиям, установленным Федеральным законом "О свободной экономической зоне на территориях Донецкой Народной Республики, Луганской Народной Республики, Запорожской области и Херсонской области", принимается равной нулю и применяется: для налоговых периодов, дата начала которых приходится на период начиная с 1-го числа налогового периода, в котором в соответствии с данными налогового учета была получена первая сталь жидкая в рамках реализации указанного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и Херсонской области, до последнего числа (включительно) налогового периода, являющегося последним месяцем периода, указанного в абзаце втором пункта 17 статьи 427 настоящего Кодекса, при выполнении условия, установленного указанным абзацем; для налоговых периодов, дата начала которых приходится на период начиная с 1-го числа налогового периода, следующего за окончанием периода, указанного в абзаце четырнадцатом настоящего пункта, до последнего числа (включительно) периода, указанного в абзаце третьем пункта 17 статьи 427 настоящего Кодекса. 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по основаниям, предусмотренным Федеральным законом "О свободной экономической зоне на территориях Донецкой Народной Республики, Луганской Народной Республики, Запорожской области и Херсонской области", сумма акциза подлежит исчислению и уплате в бюджет. Исчисление акциза производится без учета применения пониженных ставок, предусмотренных настоящим пунктом,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и Херсонской области. Исчисленная сумма акциза подлежит уплате по истечении налогового периода, в котором был расторгнут договор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не позднее чем в сроки, установленные для уплаты акциза за налоговый период."</w:t>
      </w:r>
    </w:p>
    <w:p>
      <w:r>
        <w:t>статью 284 дополнить пунктом 17-1 следующего содержания: "17-1. Для организаций - участников свободной экономической зоны на территориях Донецкой Народной Республики, Луганской Народной Республики, Запорожской области и Херсонской области: налоговая ставка по налогу, подлежащему зачислению в федеральный бюджет, устанавливается в размере 0 процентов в отношении прибыли, полученной от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и Херсонской области, информация о котором содержится в инвестиционной декларации, соответствующей требованиям, установленным Федеральным законом "О свободной экономической зоне на территориях Донецкой Народной Республики, Луганской Народной Республики, Запорожской области и Херсонской области", и применяется в течение десяти последовательных налоговых периодов начиная с налогового периода, в котором в соответствии с данными налогового учета была получена первая прибыль от реализации указанного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и Херсонской области; законами Донецкой Народной Республики, Луганской Народной Республики, Запорожской области и Херсонской области налоговая ставка по налогу, подлежащему зачислению в бюджет соответствующего субъекта Российской Федерации, может устанавливаться в размере от 0 процентов до 13,5 процента в зависимости от вида осуществляемой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отношении прибыли, полученной от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и Херсонской области, информация о котором содержится в инвестиционной декларации, соответствующей требованиям, установленным Федеральным законом "О свободной экономической зоне на территориях Донецкой Народной Республики, Луганской Народной Республики, Запорожской области и Херсонской области". При этом указанная налоговая ставка применяется в течение периода действия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Указанные в настоящем пункте налоговые ставки применяются при условии ведения налогоплательщиком раздельного учета доходов (расходов), полученных (произведенных) при реализации каждого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и Херсонской области, и доходов (расходов), полученных (произведенных) при осуществлении иной хозяйственной деятельности. 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по основаниям, предусмотренным Федеральным законом "О свободной экономической зоне на территориях Донецкой Народной Республики, Луганской Народной Республики, Запорожской области и Херсонской области", сумма налога подлежит исчислению и уплате в бюджет. Исчисление налога производится без учета применения пониженных ставок, предусмотренных настоящим пунктом,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и Херсонской области. Исчисленная сумма налога подлежит уплате по истечении отчетного или налогового периода, в котором был расторгнут договор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не позднее чем в сроки, установленные для уплаты авансовых платежей по налогу за отчетный период или налога за налоговый период в соответствии с абзацами первым и вторым пункта 1 статьи 287 настоящего Кодекса."</w:t>
      </w:r>
    </w:p>
    <w:p>
      <w:r>
        <w:t>пункт 1 статьи 342 дополнить подпунктом 22 следующего содержания: "22) угля и (или) железной руды, добытых в рамках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и Херсонской области на участках недр, расположенных на территориях Донецкой Народной Республики, Луганской Народной Республики, Запорожской области и Херсонской области, информация о котором содержится в инвестиционной декларации, соответствующей требованиям, установленным Федеральным законом "О свободной экономической зоне на территориях Донецкой Народной Республики, Луганской Народной Республики, Запорожской области и Херсонской области". Положения настоящего подпункта применяются: для налоговых периодов, дата начала которых приходится на период начиная с 1-го числа налогового периода, в котором в соответствии с данными государственного баланса запасов полезных ископаемых была впервые осуществлена добыча угля и (или) железной руды в рамках реализации указанного инвестиционного проекта, до последнего числа (включительно) налогового периода, являющегося последним месяцем периода, указанного в абзаце втором пункта 17 статьи 427 настоящего Кодекса, при выполнении условия, установленного указанным абзацем; для налоговых периодов, дата начала которых приходится на период начиная с 1-го числа налогового периода, следующего за окончанием периода, указанного в абзаце третьем настоящего подпункта, до последнего числа (включительно) периода, указанного в абзаце третьем пункта 17 статьи 427 настоящего Кодекса. 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по основаниям, предусмотренным Федеральным законом "О свободной экономической зоне на территориях Донецкой Народной Республики, Луганской Народной Республики, Запорожской области и Херсонской области", сумма налога подлежит исчислению и уплате в бюджет. Исчисление налога производится без учета применения пониженных ставок, предусмотренных настоящим пунктом,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и Херсонской области. Исчисленная сумма налога подлежит уплате по истечении налогового периода, в котором был расторгнут договор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не позднее чем в сроки, установленные для уплаты налога за налоговый период."</w:t>
      </w:r>
    </w:p>
    <w:p>
      <w:r>
        <w:t>в статье 381: а) пункт 26 после слов "участника свободной экономической зоны" дополнить словами "на территориях Республики Крым и города федерального значения Севастополя"; б) дополнить пунктом 29 следующего содержания: "29) организации - в отношении имущества, учитываемого на балансе организации - участника свободной экономической зоны на территориях Донецкой Народной Республики, Луганской Народной Республики, Запорожской области и Херсонской области, созданного или приобретенного в целях выполнения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и расположенного на территории указанной свободной экономической зоны, в течение десяти лет с месяца, следующего за месяцем принятия на учет указанного имущества. 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соответствии с Федеральным законом "О свободной экономической зоне на территориях Донецкой Народной Республики, Луганской Народной Республики, Запорожской области и Херсонской области" сумма налога подлежит исчислению и уплате в бюджет. Исчисление налога производится без учета применения налоговой льготы, предусмотренной настоящим пунктом,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и Херсонской области. Исчисленная сумма налога подлежит уплате по истечении отчетного или налогового периода, в котором был расторгнут договор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не позднее сроков, установленных для уплаты авансовых платежей по налогу за отчетный период или налога за налоговый период."</w:t>
      </w:r>
    </w:p>
    <w:p>
      <w:r>
        <w:t>в пункте 1 статьи 395: а) подпункт 12 после слов "участники свободной экономической зоны" дополнить словами "на территориях Республики Крым и города федерального значения Севастополя"; б) дополнить подпунктом 14 следующего содержания: "14) организации - участники свободной экономической зоны на территориях Донецкой Народной Республики, Луганской Народной Республики, Запорожской области и Херсонской области - в отношении земельных участков, расположенных в свободной экономической зоне на территориях Донецкой Народной Республики, Луганской Народной Республики, Запорожской области и Херсонской области и используемых в целях выполнения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сроком на три года с месяца возникновения права собственности на каждый земельный участок. 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соответствии с Федеральным законом "О свободной экономической зоне на территориях Донецкой Народной Республики, Луганской Народной Республики, Запорожской области и Херсонской области" сумма налога подлежит исчислению и уплате в бюджет. Исчисление налога производится без учета применения налоговой льготы, предусмотренной настоящим подпунктом,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и Херсонской области. Исчисленная сумма налога подлежит уплате по истечении отчетного или налогового периода, в котором был расторгнут договор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не позднее сроков, установленных для уплаты авансовых платежей по налогу за отчетный период или налога за налоговый период."</w:t>
      </w:r>
    </w:p>
    <w:p>
      <w:r>
        <w:t>в статье 427: а) пункт 1 дополнить подпунктом 22 следующего содержания: "22) для организаций и индивидуальных предпринимателей, получивших статус участника свободной экономической зоны на территориях Донецкой Народной Республики, Луганской Народной Республики, Запорожской области и Херсонской области в соответствии с Федеральным законом "О свободной экономической зоне на территориях Донецкой Народной Республики, Луганской Народной Республики, Запорожской области и Херсонской области", в отношении выплат и иных вознаграждений в пользу физических лиц, занятых в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и Херсонской области, информация о котором содержится в инвестиционной декларации, соответствующей требованиям, установленным Федеральным законом "О свободной экономической зоне на территориях Донецкой Народной Республики, Луганской Народной Республики, Запорожской области и Херсонской области" (далее - физические лица, занятые в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и Херсонской области). В целях настоящего подпункта физическим лицом, занятым в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и Херсонской области, признается лицо, заключившее трудовой договор с плательщиком - участником свободной экономической зоны на территориях Донецкой Народной Республики, Луганской Народной Республики, Запорожской области и Херсонской области, а его трудовые обязанности непосредственно связаны с реализацией инвестиционного проекта, указанного в абзаце первом настоящего подпункта, в том числе с эксплуатацией объектов основных средств, созданных в результате реализации инвестиционного проекта. Перечень рабочих мест физических лиц, занятых в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и Херсонской области, утверждается плательщиком - участником свободной экономической зоны на территориях Донецкой Народной Республики, Луганской Народной Республики, Запорожской области и Херсонской области по согласованию с управляющей компанией, осуществляющей деятельность в соответствии с Федеральным законом "О свободной экономической зоне на территориях Донецкой Народной Республики, Луганской Народной Республики, Запорожской области и Херсонской области". Управляющая компания, осуществляющая деятельность в соответствии с Федеральным законом "О свободной экономической зоне на территориях Донецкой Народной Республики, Луганской Народной Республики, Запорожской области и Херсонской области", в течение трех рабочих дней после внесения в единый реестр участников свободной экономической зоны на территориях Донецкой Народной Республики, Луганской Народной Республики, Запорожской области и Херсонской области записи о включении плательщика в указанный реестр либо записи о заключении с плательщиком, имеющим статус участника свободной экономической зоны на территориях Донецкой Народной Республики, Луганской Народной Республики, Запорожской области и Херсонской области, другого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представляет в электронном виде в налоговые органы информацию о согласованном с таким плательщиком перечне рабочих мест физических лиц, занятых в реализации соответствующего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и Херсонской области. В случае внесения участником свободной экономической зоны на территориях Донецкой Народной Республики, Луганской Народной Республики, Запорожской области и Херсонской области изменений в данный перечень указанная информация должна быть представлена управляющей компанией, осуществляющей деятельность в соответствии с Федеральным законом "О свободной экономической зоне на территориях Донецкой Народной Республики, Луганской Народной Республики, Запорожской области и Херсонской области", в электронном виде в налоговые органы в течение трех рабочих дней после согласования таких изменений."; б) в пункте 22 слова "18 - 21 пункта 1" заменить словами "18 - 22 пункта 1"; в) пункт 3 после цифр "16" дополнить цифрами ", 17"; г) дополнить пунктом 17 следующего содержания: "17. Плательщики, указанные в подпункте 22 пункта 1 настоящей статьи, получившие статус участника свободной экономической зоны на территориях Донецкой Народной Республики, Луганской Народной Республики, Запорожской области и Херсонской области, применяют единые пониженные тарифы страховых взносов, предусмотренные пунктом 22 настоящей статьи: начиная с 1-го числа месяца, следующего за месяцем получения ими такого статуса, до 31 декабря (включительно) года, в котором истекают пять последовательных календарных лет, при условии сохранения в течение указанного периода среднеквартальных показателей средней численности работников и среднемесячного размера выплат и иных вознаграждений, начисленных организацией или индивидуальным предпринимателем в пользу этих работников, на уровне не ниже закрепленных в договоре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и не ниже соответствующих показателей за первый квартал 2023 года (при их наличии). Порядок определения указанных показателей и выполнения условия, установленного настоящим абзацем,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социально-экономического развития Донецкой Народной Республики, Луганской Народной Республики, Запорожской области и Херсонской области; начиная с 1-го числа года, следующего за окончанием периода, указанного в абзаце втором настоящего пункта, и до 1-го числа месяца, следующего за отчетным месяцем, в котором величина НТ, рассчитываемая в соответствии с настоящим пунктом, превысила величину, равную объему осуществленных за указанный период капитальных вложений в реализацию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и Херсонской области, информация о котором содержится в инвестиционной декларации, соответствующей требованиям, установленным Федеральным законом "О свободной экономической зоне на территориях Донецкой Народной Республики, Луганской Народной Республики, Запорожской области и Херсонской области". Величина НТ для соответствующего отчетного месяца рассчитывается как сумма определяемых за период с 1-го числа года, следующего за окончанием периода, указанного в абзаце втором настоящего пункта, до последнего числа отчетного периода следующих величин: в виде разницы между суммой страховых взносов, исчисленной исходя из единых тарифов страховых взносов, установленных пунктом 3 статьи 425 настоящего Кодекса, и суммой страховых взносов, исчисленной с применением единых пониженных тарифов страховых взносов, предусмотренных пунктом 22 настоящей статьи; в виде разницы между суммами акциза на сталь жидкую, рассчитанными в соответствии с главой 22 настоящего Кодекса без учета положений абзацев девятого - одиннадцатого пункта 13 и (или) абзацев тринадцатого - пятнадцатого пункта 14 статьи 193 настоящего Кодекса, и суммами акциза на сталь жидкую, рассчитанными в соответствии с главой 22 настоящего Кодекса; в виде разницы между суммами налога на добычу полезных ископаемых при добыче угля и (или) железной руды, рассчитанными в соответствии с главой 26 настоящего Кодекса без учета положений подпункта 22 пункта 1 статьи 342 настоящего Кодекса, и суммами налога на добычу полезных ископаемых при добыче угля и (или) железной руды, рассчитанными в соответствии с главой 26 настоящего Кодекса. Управляющая компания, осуществляющая деятельность в соответствии с Федеральным законом "О свободной экономической зоне на территориях Донецкой Народной Республики, Луганской Народной Республики, Запорожской области и Херсонской области", не позднее 30-го числа месяца, следующего за расчетным (отчетным) периодом, представляет в электронном виде в налоговые органы сведения об осуществленных капитальных вложениях за каждый из последних трех месяцев расчетного (отчетного) периода плательщиками, получившими статус участника свободной экономической зоны на территориях Донецкой Народной Республики, Луганской Народной Республики, Запорожской области и Херсонской области. При этом в целях настоящего пункта понятие "капитальные вложения" используется в значении, указанном в Федеральном законе "О свободной экономической зоне на территориях Донецкой Народной Республики, Луганской Народной Республики, Запорожской области и Херсонской области". Для плательщиков, утративших статус участника свободной экономической зоны на территориях Донецкой Народной Республики, Луганской Народной Республики, Запорожской области и Херсонской области, единые пониженные тарифы страховых взносов, предусмотренные пунктом 22 настоящей статьи, не применяются с 1-го числа месяца, следующего за месяцем, в котором ими был утрачен такой статус. 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соответствии с Федеральным законом "О свободной экономической зоне на территориях Донецкой Народной Республики, Луганской Народной Республики, Запорожской области и Херсонской области" сумма страховых взносов подлежит восстановлению исходя из единых тарифов страховых взносов, установленных пунктом 3 статьи 425 настоящего Кодекса, и уплате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и Херсонской области без соответствующих пеней в срок не позднее 15-го числа месяца, следующего за месяцем, в котором был расторгнут указанный договор, с учетом уменьшения на величину уплаченных за этот период страховых взносов."</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