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абзаце втором пункта 3 статьи 3 Федерального закона от 17 ноября 1995 года № 169-ФЗ "Об архитектурной деятельности в Российской Федерации" (Собрание законодательства Российской Федерации, 1995, № 47, ст. 4473; 2003, № 2, ст. 167; 2004, № 35, ст. 3607; 2006, № 52, ст. 5498; 2011, № 30, ст. 4596) слова "зона вечной мерзлоты" заменить словами "зона многолетней (вечной) мерзлоты".</w:t>
      </w:r>
    </w:p>
    <w:p>
      <w:r>
        <w:rPr>
          <w:b/>
        </w:rPr>
        <w:t>Статья 2</w:t>
      </w:r>
    </w:p>
    <w:p>
      <w:r>
        <w:t>Статью 5 Федерального закона от 19 июля 1998 года № 113-ФЗ "О гидрометеорологической службе" (Собрание законодательства Российской Федерации, 1998, № 30, ст. 3609; 2002, № 26, ст. 2516; 2006, № 6, ст. 638; 2011, № 29, ст. 4291; № 45, ст. 6333; № 48, ст. 6732; 2016, № 15, ст. 2066; 2021, № 24, ст. 4188) дополнить абзацем следующего содержания: "осуществление государственного фонового мониторинга состояния многолетней (вечной) мерзлоты, являющегося частью государственного экологического мониторинга (государственного мониторинга окружающей среды), в порядке, установленном Правительством Российской Федерации.".</w:t>
      </w:r>
    </w:p>
    <w:p>
      <w:r>
        <w:rPr>
          <w:b/>
        </w:rPr>
        <w:t>Статья 3</w:t>
      </w:r>
    </w:p>
    <w:p>
      <w:r>
        <w:t>Внести в Федеральный закон от 10 января 2002 года № 7-ФЗ "Об охране окружающей среды" (Собрание законодательства Российской Федерации, 2002, № 2, ст. 133; 2004, № 35, ст. 3607; 2011, № 30, ст. 4596; № 48, ст. 6732; 2013, № 30, ст. 4059; № 52, ст. 6971; 2014, № 11, ст. 1092; № 30, ст. 4220; № 48, ст. 6642; 2016, № 15, ст. 2066; № 27, ст. 4187; 2018, № 31, ст. 4841; 2019, № 30, ст. 4097; 2021, № 11, ст. 1704; 2022, № 29, ст. 5235) следующие изменения</w:t>
      </w:r>
    </w:p>
    <w:p>
      <w:r>
        <w:t>статью 1 дополнить абзацами следующего содержания: "грунт - поверхностный слой земли, состоящий из минеральных и (или) органических веществ; вечномерзлый грунт - грунт, находящийся в криогенном (мерзлотном) состоянии более трех лет подряд; состояние многолетней (вечной) мерзлоты - совокупность характеристик вечномерзлых грунтов; деградация вечномерзлого грунта - процесс периодического протаивания, характеризующийся постепенным повышением среднегодовой температуры вечномерзлого грунта, приводящим к понижению верхней поверхности слоя вечномерзлого грунта и повышению нижней поверхности слоя вечномерзлого грунта; государственный фоновый мониторинг состояния многолетней (вечной) мерзлоты - проводимые в целях выявления деградации вечномерзлых грунтов долгосрочные наблюдения за явлениями и процессами, происходящими в вечномерзлых грунтах на природных объектах, в рамках которых осуществляется получение информации о состоянии многолетней (вечной) мерзлоты, на основе которой проводятся анализ, оценка и прогнозирование состояния многолетней (вечной) мерзлоты."</w:t>
      </w:r>
    </w:p>
    <w:p>
      <w:r>
        <w:t>пункт 3 статьи 43 дополнить подпунктом 6 следующего содержания: "6) о состоянии многолетней (вечной) мерзлоты, а также о мерах по предупреждению последствий деградации вечномерзлых грунтов."</w:t>
      </w:r>
    </w:p>
    <w:p>
      <w:r>
        <w:t>пункт 3 статьи 631 дополнить абзацем следующего содержания: "государственного фонового мониторинга состояния многолетней (вечной) мерзлоты."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