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2011, № 48, ст. 6730; 2012, № 50, ст. 6954; 2013, № 19, ст. 2329; 2014, № 30, ст. 4234; 2015, № 41, ст. 5639; 2017, № 1, ст. 46; № 27, ст. 3929; 2020, № 46, ст. 7211; 2022, № 50, ст. 8792; 2023, № 1, ст. 6) следующие изменения</w:t>
      </w:r>
    </w:p>
    <w:p>
      <w:r>
        <w:t>статью 402 дополнить пунктом 4 следующего содержания: "4. Генеральный прокурор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статью 418 дополнить пунктом 11 следующего содержания: "11. Прокурорский работник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419: а) в пункте 1: абзац второй дополнить словами ", за исключением случаев, установленных федеральными законами"; в абзаце третьем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абзаце седьмом слова "инструментами. При этом" заменить словами "инструментами, за исключением случаев, установленных федеральными законами. При этом"; б) пункт 2 дополнить словами ", за исключением случаев, установленных федеральными законами"</w:t>
      </w:r>
    </w:p>
    <w:p>
      <w:r>
        <w:rPr>
          <w:b/>
        </w:rPr>
        <w:t>Статья 2</w:t>
      </w:r>
    </w:p>
    <w:p>
      <w:r>
        <w:t>Статью 121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2001, № 51, ст. 4834; 2013, № 27, ст. 3471; 2014, № 11, ст. 1094; 2018, № 31, ст. 4832) дополнить пунктами 10 - 13 следующего содержания: "10. Судья освобождается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Законом и (или) кодексом судейской этики, утверждаемым Всероссийским съездом судей,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судьей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w:t>
      </w:r>
    </w:p>
    <w:p>
      <w:r>
        <w:rPr>
          <w:b/>
        </w:rPr>
        <w:t xml:space="preserve">11. </w:t>
      </w:r>
      <w:r>
        <w:t>Для целей настоящего Закона не зависящими от судьи обстоятельствами признаются находящиеся вне контроля затронутого ими судьи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Законом.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судьи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судьи, ссылающегося на наличие этих обстоятельств</w:t>
      </w:r>
    </w:p>
    <w:p>
      <w:r>
        <w:rPr>
          <w:b/>
        </w:rPr>
        <w:t xml:space="preserve">12. </w:t>
      </w:r>
      <w:r>
        <w:t>Причинно-следственная связь между возникновением не зависящих от судьи обстоятельств, указанных в пункте 11 настоящей статьи, и невозможностью соблюдения ограничений и запретов, требований о предотвращении или об урегулировании конфликта интересов и неисполнением обязанностей, установленных настоящим Законом и (или) кодексом судейской этики, утверждаемым Всероссийским съездом судей, является условием признания таких не зависящих от судьи обстоятельств основанием для освобождения этого судьи от дисциплинарной ответственности за несоблюдение указанных ограничений и запретов, требований о предотвращении или об урегулировании конфликта интересов и неисполнение данных обязанностей</w:t>
      </w:r>
    </w:p>
    <w:p>
      <w:r>
        <w:rPr>
          <w:b/>
        </w:rPr>
        <w:t xml:space="preserve">13. </w:t>
      </w:r>
      <w:r>
        <w:t>Уведомление о возникновении не зависящих от судьи обстоятельств, препятствующих соблюдению ограничений, запретов и требований и (или) исполнению обязанностей, установленных в целях противодействия коррупции настоящим Законом и (или) кодексом судейской этики, утверждаемым Всероссийским съездом судей, подается судьей в суд, в котором он занимает должность судьи, мировым судьей - в районный (городской) суд по территории нахождения судебного участка. К указанному уведомлению прилагаются документы, материалы и (или) информация (при наличии), подтверждающие факт наступления не зависящих от судьи обстоятельств."</w:t>
      </w:r>
    </w:p>
    <w:p>
      <w:r>
        <w:rPr>
          <w:b/>
        </w:rPr>
        <w:t>Статья 3</w:t>
      </w:r>
    </w:p>
    <w:p>
      <w:r>
        <w:t>Статью 10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2011, № 48, ст. 6730; 2012, № 50, ст. 6954; 2013, № 19, ст. 2329; 2015, № 45, ст. 6204; 2020, № 52, ст. 8586; 2023, № 6, ст. 919) дополнить частью девятой1 следующего содержания: "91. Сенатор Российской Федерации, депутат Государственной Думы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4</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2011, № 48, ст. 6730; 2012, № 50, ст. 6954; 2013, № 19, ст. 2329; 2017, № 1, ст. 46; № 27, ст. 3929) следующие изменения</w:t>
      </w:r>
    </w:p>
    <w:p>
      <w:r>
        <w:t>в статье 291: а) слова "За несоблюдение" заменить словами "1. За несоблюдение"; б) дополнить пунктом 2 следующего содержания: "2. Сотрудник таможенных органов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292: а) в пункте 1: абзац второй дополнить словами ", за исключением случаев, установленных федеральными законами"; в абзаце третьем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абзаце седьмом слова "инструментами. При этом" заменить словами "инструментами, за исключением случаев, установленных федеральными законами. При этом"; б) пункт 2 дополнить словами ", за исключением случаев, установленных федеральными законами"</w:t>
      </w:r>
    </w:p>
    <w:p>
      <w:r>
        <w:rPr>
          <w:b/>
        </w:rPr>
        <w:t>Статья 5</w:t>
      </w:r>
    </w:p>
    <w:p>
      <w:r>
        <w:t>Статью 8 Федерального закона от 8 января 1998 года № 7-ФЗ "О Судебном департаменте при Верховном Суде Российской Федерации" (Собрание законодательства Российской Федерации, 1998, № 2, ст. 223; 2007, № 10, ст. 1151; 2015, № 41, ст. 5639) дополнить пунктом 5 следующего содержания: "5. Генеральный директор Судебного департамента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6</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2013, № 19, ст. 2329; № 27, ст. 3477; 2014, № 11, ст. 1094; № 26, ст. 3365; № 49, ст. 6924; № 52, ст. 7542; 2015, № 29, ст. 4356; 2016, № 27, ст. 4160, 4238; 2017, № 1, ст. 46, 53; № 27, ст. 3929; 2018, № 32, ст. 5100; 2019, № 18, ст. 2222; № 40, ст. 5488; № 51, ст. 7484; 2020, № 12, ст. 1656; № 29, ст. 4510; 2021, № 18, ст. 3060, 3074; 2022, № 1, ст. 66; № 29, ст. 5282, 5303; 2023, № 16, ст. 2755; Российская газета, 2023, 20 июня) следующие изменения</w:t>
      </w:r>
    </w:p>
    <w:p>
      <w:r>
        <w:t>в пункте 1 статьи 51: а) в подпункте "д1": абзац второй дополнить словами ", за исключением случаев, установленных федеральными законами"; в абзаце третьем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абзаце седьмом слова "инструментами. При этом" заменить словами "инструментами, за исключением случаев, установленных федеральными законами. При этом"; б) подпункт "д2" дополнить словами ", за исключением случаев, установленных федеральными законами"</w:t>
      </w:r>
    </w:p>
    <w:p>
      <w:r>
        <w:t>статью 511 дополнить пунктом 32 следующего содержания: "32. Военнослужащий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7</w:t>
      </w:r>
    </w:p>
    <w:p>
      <w:r>
        <w:t>Статью 29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10, ст. 1151; № 17, ст. 1938; № 31, ст. 4011; 2008, № 52, ст. 6229; 2009, № 20, ст. 2391; 2010, № 17, ст. 1986; 2011, № 1, ст. 16; № 43, ст. 5975; 2012, № 19, ст. 2274; № 41, ст. 5522; 2013, № 14, ст. 1648; № 27, ст. 3477; 2015, № 41, ст. 5639; 2016, № 7, ст. 917; № 11, ст. 1493; 2017, № 15, ст. 2139; № 23, ст. 3227; 2019, № 22, ст. 2660; 2020, № 9, ст. 1119; № 21, ст. 3232; № 31, ст. 5026; 2021, № 15, ст. 2456; 2022, № 12, ст. 1787; № 14, ст. 2203; № 50, ст. 8792; 2023, № 23, ст. 4004) дополнить пунктом 63 следующего содержания: "63. Член комиссии с правом решающего голоса, работающий в комиссии на постоянной (штатной) основе,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8</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52, ст. 6229; 2012, № 50, ст. 6954; 2013, № 19, ст. 2329; № 30, ст. 4084; 2017, № 1, ст. 46; 2019, № 52, ст. 7787; 2021, № 18, ст. 3060; Российская газета, 2023, 20 июня) следующие изменения</w:t>
      </w:r>
    </w:p>
    <w:p>
      <w:r>
        <w:t>статью 14 дополнить частью девятой следующего содержания: "Председатель Банка России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часть четвертую статьи 19 изложить в следующей редакции: "На членов Совета директоров распространяются ограничения, запреты, обязанности и основания освобождения от ответственности, установленные главой XIV настоящего Федерального закона, с учетом особенностей, установленных настоящей главой."</w:t>
      </w:r>
    </w:p>
    <w:p>
      <w:r>
        <w:t>статью 90 дополнить частью шестой следующего содержания: "Служащий Банка России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9</w:t>
      </w:r>
    </w:p>
    <w:p>
      <w:r>
        <w:t>(Статья утратила силу - Федеральный закон от 20.03.2025 № 33-ФЗ)</w:t>
      </w:r>
    </w:p>
    <w:p>
      <w:r>
        <w:rPr>
          <w:b/>
        </w:rPr>
        <w:t>Статья 10</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2008, № 52, ст. 6235; 2011, № 48, ст. 6730; 2012, № 50, ст. 6954; 2013, № 19, ст. 2329; 2014, № 52, ст. 7542; 2015, № 41, ст. 5639; 2017, № 27, ст. 3929) следующие изменения</w:t>
      </w:r>
    </w:p>
    <w:p>
      <w:r>
        <w:t>в статье 19: а) часть 32 дополнить словами ", за исключением случаев, установленных федеральными законами"; б) часть 41 дополнить словами ", за исключением случаев, установленных федеральными законами"</w:t>
      </w:r>
    </w:p>
    <w:p>
      <w:r>
        <w:t>в статье 20: а) в части 61 слова "недостоверных или" исключить, дополнить словами ", за исключением случаев, установленных федеральными законами"; б) дополнить частью 62 следующего содержания: "62. Представление гражданским служащим заведомо недостоверных сведений, указанных в части 61 настоящей статьи, является правонарушением, влекущим увольнение гражданского служащего с гражданской службы."</w:t>
      </w:r>
    </w:p>
    <w:p>
      <w:r>
        <w:t>в статье 201: а) часть 3 изложить в следующей редакции: "3.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б) дополнить частью 4 следующего содержания: "4. Представление гражданским служащим заведомо недостоверных сведений, указанных в части 3 настоящей статьи, является правонарушением, влекущим увольнение гражданского служащего с гражданской службы."</w:t>
      </w:r>
    </w:p>
    <w:p>
      <w:r>
        <w:t>в статье 591: а) в абзаце первом слова "За несоблюдение" заменить словами "1. За несоблюдение"; б) дополнить частью 2 следующего содержания: "2.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592: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пункт 6 дополнить словами ", за исключением случаев, установленных федеральными законами"; б) часть 2 дополнить словами ", за исключением случаев, установленных федеральными законами"</w:t>
      </w:r>
    </w:p>
    <w:p>
      <w:r>
        <w:rPr>
          <w:b/>
        </w:rPr>
        <w:t>Статья 11</w:t>
      </w:r>
    </w:p>
    <w:p>
      <w:r>
        <w:t>Внести в статью 5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2008, № 49, ст. 5743; 2011, № 23, ст. 3241; 2015, № 29, ст. 4388; 2016, № 27, ст. 4160; 2017, № 18, ст. 2659; 2018, № 32, ст. 5100; 2019, № 31, ст. 4440; 2021, № 1, ст. 68; 2022, № 48, ст. 8327) следующие изменения</w:t>
      </w:r>
    </w:p>
    <w:p>
      <w:r>
        <w:t>в части 17 слова "либо представление заведомо недостоверных или неполных сведений" заменить словами ", представление заведомо неполных сведений, за исключением случая, установленного частью 20 настоящей статьи, либо представление заведомо недостоверных сведений"</w:t>
      </w:r>
    </w:p>
    <w:p>
      <w:r>
        <w:t>в части 18 слова "либо представление заведомо недостоверных или неполных сведений" заменить словами ", представление заведомо неполных сведений, за исключением случая, установленного частью 20 настоящей статьи, либо представление заведомо недостоверных сведений"</w:t>
      </w:r>
    </w:p>
    <w:p>
      <w:r>
        <w:t>дополнить частью 20 следующего содержания: "20. Атаман всероссийского казачьего общества и атаман войскового казачьего общества освобождаются от ответственности за непредставление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неполных сведений в случае, если непредставление указанных сведений либо представление заведомо неполных сведений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12</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52, ст. 6222; 2011, № 48, ст. 6730; 2012, № 50, ст. 6954; 2015, № 41, ст. 5639; 2017, № 15, ст. 2139; № 27, ст. 3929; 2018, № 32, ст. 5100; 2019, № 51, ст. 7484; Российская газета, 2023, 20 июня) следующие изменения</w:t>
      </w:r>
    </w:p>
    <w:p>
      <w:r>
        <w:t>в статье 141: а) часть 23 дополнить словами ", за исключением случаев, установленных федеральными законами"; б) часть 31 дополнить словами ", за исключением случаев, установленных федеральными законами"</w:t>
      </w:r>
    </w:p>
    <w:p>
      <w:r>
        <w:t>в статье 15: а) в части 5 слова "недостоверных или" исключить, дополнить словами ", за исключением случаев, установленных федеральными законами"; б) дополнить частью 51 следующего содержания: "51. Представление муниципальным служащим заведомо недостоверных сведений, указанных в части 5 настоящей статьи, является правонарушением, влекущим увольнение муниципального служащего с муниципальной службы."</w:t>
      </w:r>
    </w:p>
    <w:p>
      <w:r>
        <w:t>статью 271 дополнить частью 11 следующего содержания: "11.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13</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48, ст. 6730; 2012, № 50, ст. 6954; № 53, ст. 7605; 2013, № 19, ст. 2329; № 40, ст. 5031; 2014, № 52, ст. 7542; 2015, № 41, ст. 5639; № 45, ст. 6204; № 48, ст. 6720; 2016, № 27, ст. 4169; 2017, № 1, ст. 46; № 15, ст. 2139; № 27, ст. 3929; 2018, № 24, ст. 3400; № 32, ст. 5100; № 45, ст. 6837; 2019, № 30, ст. 4130, 4153; № 51, ст. 7484; 2020, № 17, ст. 2721; № 31, ст. 5018; 2021, № 22, ст. 3690; 2022, № 1, ст. 40; № 14, ст. 2203; 2023, № 1, ст. 16, 38; № 6, ст. 919; № 12, ст. 1883) следующие изменения: 1) в пункте 4 статьи 6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2) часть 3 статьи 71 после слов "Несоблюдение запрета, установленного настоящей статьей," дополнить словами "за исключением случаев, установленных федеральными законами,"; 3) в статье 8: а) в части 72 слова "указанных граждан и лиц" заменить словами "указанных гражданина и лица"; б) в части 8 слова "либо представление заведомо недостоверных или неполных сведений" заменить словами ",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4) в части 3 статьи 81 слова "или представление ими неполных или недостоверных сведений" заменить словами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слова "либо непредставление или представление заведомо неполных или недостоверных сведений о расходах своих супруги (супруга) и несовершеннолетних детей" заменить словами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5) в части 4 статьи 9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6) часть 6 статьи 11 дополнить словами ", за исключением случаев, установленных федеральными законами"; 7) часть 5 статьи 121 дополнить словами ",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частями 3 - 6 статьи 13 настоящего Федерального закона, если иное не предусмотрено федеральными конституционными законами, федеральными законами"; 8) статью 13 дополнить частями 3 - 6 следующего содержания: "3.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
        <w:rPr>
          <w:b/>
        </w:rPr>
        <w:t xml:space="preserve">4. </w:t>
      </w:r>
      <w:r>
        <w:t>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
        <w:rPr>
          <w:b/>
        </w:rPr>
        <w:t xml:space="preserve">5. </w:t>
      </w:r>
      <w: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
        <w:rPr>
          <w:b/>
        </w:rPr>
        <w:t xml:space="preserve">6. </w:t>
      </w:r>
      <w:r>
        <w:t>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
        <w:rPr>
          <w:b/>
        </w:rPr>
        <w:t xml:space="preserve">6. </w:t>
      </w:r>
      <w:r>
        <w:t>в статье 131:</w:t>
      </w:r>
    </w:p>
    <w:p>
      <w:r>
        <w:rPr>
          <w:b/>
        </w:rPr>
        <w:t xml:space="preserve">6. </w:t>
      </w:r>
      <w:r>
        <w:t>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
        <w:rPr>
          <w:b/>
        </w:rPr>
        <w:t xml:space="preserve">6. </w:t>
      </w:r>
      <w:r>
        <w:t>часть 2 дополнить словами ", за исключением случаев, установленных федеральными законами"</w:t>
      </w:r>
    </w:p>
    <w:p>
      <w:r>
        <w:rPr>
          <w:b/>
        </w:rPr>
        <w:t>Статья 14</w:t>
      </w:r>
    </w:p>
    <w:p>
      <w:r>
        <w:t>Внести в Федеральный закон от 28 декабря 2010 года № 390-ФЗ "О безопасности" (Собрание законодательства Российской Федерации, 2011, № 1, ст. 2; 2015, № 41, ст. 5639; 2020, № 6, ст. 585; № 46, ст. 7209) следующие изменения</w:t>
      </w:r>
    </w:p>
    <w:p>
      <w:r>
        <w:t>статью 15 дополнить частью 31 следующего содержания: "31. Заместитель Председателя Совета Безопасности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статью 16 дополнить частью 5 следующего содержания: "5. Секретарь Совета Безопасности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15</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48, ст. 6730; 2012, № 50, ст. 6954; 2013, № 19, ст. 2329; № 27, ст. 3477; № 48, ст. 6165; 2014, № 23, ст. 2930; 2015, № 41, ст. 5639; 2016, № 1, ст. 55; 2017, № 1, ст. 46; № 27, ст. 3929; 2021, № 18, ст. 3060; № 27, ст. 5070; 2022, № 14, ст. 2201) следующие изменения</w:t>
      </w:r>
    </w:p>
    <w:p>
      <w:r>
        <w:t>статью 13 дополнить частью 42 следующего содержания: "42. Председатель Следственного комитета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пункт 6 части 2 статьи 30 дополнить словами ", за исключением случаев, установленных федеральными законами"</w:t>
      </w:r>
    </w:p>
    <w:p>
      <w:r>
        <w:t>в статье 301: а) слова "За несоблюдение" заменить словами "1. За несоблюдение"; б) дополнить частью 2 следующего содержания: "2. Сотрудник Следственного комитета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302: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пункте 6 слова "инструментами. При этом" заменить словами "инструментами, за исключением случаев, установленных федеральными законами. При этом"; б) часть 2 дополнить словами ", за исключением случаев, установленных федеральными законами"</w:t>
      </w:r>
    </w:p>
    <w:p>
      <w:r>
        <w:rPr>
          <w:b/>
        </w:rPr>
        <w:t>Статья 16</w:t>
      </w:r>
    </w:p>
    <w:p>
      <w:r>
        <w:t>Статью 8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(Собрание законодательства Российской Федерации, 2011, № 7, ст. 903; 2017, № 15, ст. 2139; 2021, № 18, ст. 3060) дополнить частью 6 следующего содержания: "6. Должностное лицо контрольно-счетного органа, замещающее государственную должность субъекта Российской Федерации или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17</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2014, № 52, ст. 7542; 2017, № 1, ст. 46; № 27, ст. 3929) следующие изменения</w:t>
      </w:r>
    </w:p>
    <w:p>
      <w:r>
        <w:t>в статье 501: а) слова "За несоблюдение" заменить словами "1. За несоблюдение"; б) дополнить частью 2 следующего содержания: "2. Сотрудник органов внутренних дел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821: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пункте 6 слова "инструментами. При этом" заменить словами "инструментами, за исключением случаев, установленных федеральными законами. При этом"; б) часть 2 дополнить словами ", за исключением случаев, установленных федеральными законами"</w:t>
      </w:r>
    </w:p>
    <w:p>
      <w:r>
        <w:rPr>
          <w:b/>
        </w:rPr>
        <w:t>Статья 18</w:t>
      </w:r>
    </w:p>
    <w:p>
      <w:r>
        <w:t>Часть 1 статьи 16 Федерального закона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2018, № 24, ст. 3400; № 32, ст. 5100; 2021, № 1, ст. 68; 2023, № 1, ст. 16) дополнить словами ", за исключением случаев, установленных федеральными законами".</w:t>
      </w:r>
    </w:p>
    <w:p>
      <w:r>
        <w:rPr>
          <w:b/>
        </w:rPr>
        <w:t>Статья 19</w:t>
      </w:r>
    </w:p>
    <w:p>
      <w:r>
        <w:t>Статью 10 Федерального закона от 5 апреля 2013 года № 41-ФЗ "О Счетной палате Российской Федерации" (Собрание законодательства Российской Федерации, 2013, № 14, ст. 1649; № 19, ст. 2329; 2015, № 41, ст. 5639; 2017, № 1, ст. 46; 2022, № 51, ст. 9061) дополнить частью 5 следующего содержания: "5. Председатель Счетной палаты, заместитель Председателя Счетной палаты, аудитор Счетной палаты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20</w:t>
      </w:r>
    </w:p>
    <w:p>
      <w:r>
        <w:t>Внести в Федеральный закон от 7 мая 2013 года № 78-ФЗ "Об уполномоченных по защите прав предпринимателей в Российской Федерации" (Собрание законодательства Российской Федерации, 2013, № 19, ст. 2305; № 44, ст. 5633; 2021, № 18, ст. 3060; 2023, № 1, ст. 37) следующие изменения</w:t>
      </w:r>
    </w:p>
    <w:p>
      <w:r>
        <w:t>статью 1 дополнить частью 7 следующего содержания: "7. 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статью 9 дополнить частью 8 следующего содержания: "8. Уполномоченный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21</w:t>
      </w:r>
    </w:p>
    <w:p>
      <w:r>
        <w:t>Статью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2306) дополнить словами ", за исключением случаев, установленных федеральными законами".</w:t>
      </w:r>
    </w:p>
    <w:p>
      <w:r>
        <w:rPr>
          <w:b/>
        </w:rPr>
        <w:t>Статья 22</w:t>
      </w:r>
    </w:p>
    <w:p>
      <w:r>
        <w:t>Внести в Федеральный закон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2017, № 27, ст. 3929; 2021, № 18, ст. 3060; 2022, № 50, ст. 8792) следующие изменения</w:t>
      </w:r>
    </w:p>
    <w:p>
      <w:r>
        <w:t>в части 1 статьи 14: а) пункт 9 изложить в следующей редакции: "9) непредставление сведений (представление подложных документов, заведомо недостоверных или неполных сведений) при поступлении на службу в федеральную противопожарную службу;"; б) дополнить пунктом 91 следующего содержания: "91) непредставление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представление заведомо неполных указанных сведений, за исключением случаев, установленных федеральными законами, представление заведомо недостоверных указанных сведений;"</w:t>
      </w:r>
    </w:p>
    <w:p>
      <w:r>
        <w:t>в статье 50: а) слова "За несоблюдение" заменить словами "1. За несоблюдение"; б) дополнить частью 2 следующего содержания: "2. Сотрудник федеральной противопожарной службы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84: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пункт 6 дополнить словами ", за исключением случаев, установленных федеральными законами"; б) часть 2 дополнить словами ", за исключением случаев, установленных федеральными законами"</w:t>
      </w:r>
    </w:p>
    <w:p>
      <w:r>
        <w:rPr>
          <w:b/>
        </w:rPr>
        <w:t>Статья 23</w:t>
      </w:r>
    </w:p>
    <w:p>
      <w:r>
        <w:t>Внести в статью 9 Федерального закона от 23 июня 2016 года №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 26, ст. 3855) следующие изменения</w:t>
      </w:r>
    </w:p>
    <w:p>
      <w:r>
        <w:t>слова "За неисполнение" заменить словами "1. За неисполнение"</w:t>
      </w:r>
    </w:p>
    <w:p>
      <w:r>
        <w:t>дополнить частью 2 следующего содержания: "2. Посол, Представитель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Посла, Представителя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24</w:t>
      </w:r>
    </w:p>
    <w:p>
      <w:r>
        <w:t>Внести в Федеральный закон от 4 июня 2018 года № 123-ФЗ "Об уполномоченном по правам потребителей финансовых услуг" (Собрание законодательства Российской Федерации, 2018, № 24, ст. 3390; 2021, № 18, ст. 3060; 2022, № 1, ст. 40; 2023, № 12, ст. 1883; Российская газета, 2023, 19 июня, 20 июня) следующие изменения</w:t>
      </w:r>
    </w:p>
    <w:p>
      <w:r>
        <w:t>статью 3 дополнить частью 73 следующего содержания: "73. Финансовый 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статью 9 дополнить частью 23 следующего содержания: "23. Руководитель службы обеспечения деятельности финансового уполномоченного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25</w:t>
      </w:r>
    </w:p>
    <w:p>
      <w:r>
        <w:t>Внести в Федеральный закон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следующие изменения</w:t>
      </w:r>
    </w:p>
    <w:p>
      <w:r>
        <w:t>в статье 51: а) слова "За несоблюдение" заменить словами "1. За несоблюдение"; б) дополнить частью 2 следующего содержания: "2. Сотрудник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 противодействии коррупции"."</w:t>
      </w:r>
    </w:p>
    <w:p>
      <w:r>
        <w:t>в статье 85: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пункт 6 дополнить словами ", за исключением случаев, установленных федеральными законами"; б) часть 2 дополнить словами ", за исключением случаев, установленных федеральными законами"</w:t>
      </w:r>
    </w:p>
    <w:p>
      <w:r>
        <w:rPr>
          <w:b/>
        </w:rPr>
        <w:t>Статья 26</w:t>
      </w:r>
    </w:p>
    <w:p>
      <w:r>
        <w:t>Статью 13 Федерального закона от 27 декабря 2018 года № 501-ФЗ "Об уполномоченных по правам ребенка в Российской Федерации" (Собрание законодательства Российской Федерации, 2018, № 53, ст. 8427; 2021, № 18, ст. 3060) дополнить частью 8 следующего содержания: "8. Уполномоченный по правам ребенка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27</w:t>
      </w:r>
    </w:p>
    <w:p>
      <w:r>
        <w:t>Внести в Федеральный закон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следующие изменения</w:t>
      </w:r>
    </w:p>
    <w:p>
      <w:r>
        <w:t>в статье 49: а) слова "За несоблюдение" заменить словами "1. За несоблюдение"; б) дополнить частью 2 следующего содержания: "2. Сотрудник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в статье 81: а) в части 1: пункт 1 дополнить словами ", за исключением случаев, установленных федеральными законами"; в 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пункт 6 дополнить словами ", за исключением случаев, установленных федеральными законами"; б) часть 2 дополнить словами ", за исключением случаев, установленных федеральными законами"</w:t>
      </w:r>
    </w:p>
    <w:p>
      <w:r>
        <w:rPr>
          <w:b/>
        </w:rPr>
        <w:t>Статья 28</w:t>
      </w:r>
    </w:p>
    <w:p>
      <w:r>
        <w:t>Статью 7 Федерального закона от 18 марта 2020 года № 48-ФЗ "Об уполномоченных по правам человека в субъектах Российской Федерации" (Собрание законодательства Российской Федерации, 2020, № 12, ст. 1640; 2021, № 18, ст. 3060; Российская газета, 2023, 20 июня) дополнить частью 8 следующего содержания: "8. Уполномоченный по правам человека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29</w:t>
      </w:r>
    </w:p>
    <w:p>
      <w:r>
        <w:t>Внести в Федеральный закон от 22 декабря 2020 года № 437-ФЗ "О федеральной территории "Сириус" (Собрание законодательства Российской Федерации, 2020, № 52, ст. 8583; 2021, № 27, ст. 5099; 2023, № 1, ст. 16) следующие изменения</w:t>
      </w:r>
    </w:p>
    <w:p>
      <w:r>
        <w:t>статью 12 дополнить частью 111 следующего содержания: "111. Член Совета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статью 13 дополнить частью 7 следующего содержания: "7. Председатель Совета федеральной территории "Сириус", заместитель председателя Совета федеральной территории "Сириус"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t>статью 14 дополнить частью 81 следующего содержания: "81. Глава администрации федеральной территории "Сириус"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t>часть 10 статьи 17 дополнить предложением следующего содержания: "Председатель территориальной комиссии, его заместитель и секретарь территориальной комиссии, замещающие государственные должности Российской Федерации на постоянной основе,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30</w:t>
      </w:r>
    </w:p>
    <w:p>
      <w:r>
        <w:t>Внести в Федеральный закон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6, ст. 919) следующие изменения</w:t>
      </w:r>
    </w:p>
    <w:p>
      <w:r>
        <w:t>часть 3 статьи 5 дополнить предложением следующего содержания: "Лица, замещающие государственные должности субъектов Российской Федерации,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t>часть 7 статьи 19 дополнить предложением следующего содержания: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
        <w:rPr>
          <w:b/>
        </w:rPr>
        <w:t>Статья 31</w:t>
      </w:r>
    </w:p>
    <w:p>
      <w:r>
        <w:rPr>
          <w:b/>
        </w:rPr>
        <w:t xml:space="preserve">1. </w:t>
      </w:r>
      <w:r>
        <w:t>Настоящий Федеральный закон вступает в силу со дня его официального опубликования, за исключением подпункта "а" пункта 3 статьи 13 настоящего Федерального закона</w:t>
      </w:r>
    </w:p>
    <w:p>
      <w:r>
        <w:rPr>
          <w:b/>
        </w:rPr>
        <w:t xml:space="preserve">2. </w:t>
      </w:r>
      <w:r>
        <w:t>Подпункт "а" пункта 3 статьи 13 настоящего Федерального закона вступает в силу с 15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