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Закон Российской Федерации от 21 февраля 1992 года № 2395-I "О недрах" (в редакции Федерального закона от 3 марта 1995 года № 27-ФЗ) (Ведомости Съезда народных депутатов Российской Федерации и Верховного Совета Российской Федерации, 1992, № 16, ст. 834; Собрание законодательства Российской Федерации, 1995, № 10, ст. 823; 2008, № 18, ст. 1941; № 29, ст. 3418; 2012, № 53, ст. 7648; 2015, № 1, ст. 11; 2016, № 27, ст. 4212; 2017, № 31, ст. 4737; 2019, № 44, ст. 6176; 2020, № 24, ст. 3753; 2021, № 18, ст. 3067; 2022, № 14, ст. 2188; № 27, ст. 4619; 2023, № 1, ст. 45) следующие изменения</w:t>
      </w:r>
    </w:p>
    <w:p>
      <w:r>
        <w:t>часть девятую статьи 9 дополнить словами ", концессионные соглашения в отношении объектов, предусмотренных пунктом 1 части 1 статьи 4 Федерального закона от 21 июля 2005 года № 115-ФЗ "О концессионных соглашениях", соглашения о государственно-частном партнерстве, соглашения о муниципально-частном партнерстве в отношении объектов, предусмотренных пунктом 1 части 1 статьи 7 Федерального закона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r>
        <w:t>абзац седьмой пункта 7 части первой статьи 101 дополнить словами ", концессионных соглашений в отношении объектов, предусмотренных пунктом 1 части 1 статьи 4 Федерального закона от 21 июля 2005 года № 115-ФЗ "О концессионных соглашениях", соглашений о государственно-частном партнерстве, соглашений о муниципально-частном партнерстве в отношении объектов, предусмотренных пунктом 1 части 1 статьи 7 Федерального закона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r>
        <w:rPr>
          <w:b/>
        </w:rPr>
        <w:t>Статья 2</w:t>
      </w:r>
    </w:p>
    <w:p>
      <w:r>
        <w:t>Внести в Федеральный закон от 21 июля 2005 года № 115-ФЗ "О концессионных соглашениях" (Собрание законодательства Российской Федерации, 2005, № 30, ст. 3126; 2007, № 46, ст. 5557; № 50, ст. 6245; 2008, № 27, ст. 3126; 2009, № 29, ст. 3582, 3601; 2010, № 27, ст. 3436; 2011, № 30, ст. 4594; № 49, ст. 7015; № 50, ст. 7359; 2012, № 18, ст. 2130; 2013, № 19, ст. 2330; № 52, ст. 7003; 2014, № 26, ст. 3386; № 30, ст. 4266; 2015, № 45, ст. 6208; № 48, ст. 6724; 2016, № 1, ст. 11, 80; № 27, ст. 4208; 2017, № 30, ст. 4457; № 31, ст. 4828; 2018, № 1, ст. 87; № 15, ст. 2034; № 27, ст. 3956; № 31, ст. 4850; № 32, ст. 5105; № 53, ст. 8451; 2020, № 50, ст. 8046; 2021, № 27, ст. 5171, 5179, 5180; 2022, № 1, ст. 38; № 18, ст. 3012; № 24, ст. 3914; № 29, ст. 5287; 2023, № 1, ст. 51; Российская газета, 2023, 20 июня) следующие изменения: 1) в статье 3: а) дополнить частью 31 следующего содержания: "31. В целях настоящего Федерального закона к техническому обслуживанию объекта концессионного соглашения относятся мероприятия, направленные на поддержание объекта концессионного соглашения в исправном, безопасном, пригодном для его эксплуатации состоянии и осуществление его текущего и (или) капитального ремонта. Перечень таких мероприятий устанавливается концессионным соглашением."; б) часть 5 после слов "концессионного соглашения" дополнить словами ", определенного решением о заключении концессионного соглашения,"; в) часть 9 дополнить предложением следующего содержания: "Такое имущество на момент передачи его концессионеру должно быть свободно от прав третьих лиц, если иное не установлено настоящим Федеральным законом."; г) в части 91 слова "в целях осуществления концессионером деятельности, предусмотренной частью 1 настоящей статьи" заменить словами "для создания на его основе объекта концессионного соглашения"; д) часть 13 изложить в следующей редакции: "13. Концедент вправе принимать финансовое участие в создании и (или) реконструкции объекта концессионного соглашения, использовании (эксплуатации) объекта концессионного соглашения и иного передаваемого концедентом концессионеру по концессионному соглашению имущества (далее - финансовое участие концедента) в соответствии со статьей 101 настоящего Федерального закона."; е) в части 15 слова "частью 9" заменить словами "частями 9 и 91"; 2) в статье 4: а) часть 3 после слов "определенном Правительством Российской Федерации" дополнить словами "(далее - официальный сайт для размещения информации о проведении торгов)", после слов "такое муниципальное образование, в информационно-телекоммуникационной сети "Интернет" дополнить словами "(далее - официальный сайт концедента)"; б) в части 6 после слов "условий концессионного соглашения" дополнить словами "(далее - мониторинг)", слово "указанного" исключить, дополнить предложением следующего содержания: "Установление в концессионном соглашении положений, ограничивающих возможность проведения мониторинга, не допускается, за исключением случаев, если концессионное соглашение заключено в отношении объекта концессионного соглашения, сведения о котором составляют государственную тайну."; в) дополнить частью 7 следующего содержания: "7. Федеральный орган исполнительной власти, осуществляющий функции по выработке государственной политики и нормативно-правовому регулированию в сфере инвестиционной деятельности, размещает на своем официальном сайте в информационно-телекоммуникационной сети "Интернет" реестр концессионных соглашений, формируемый на основании сведений о реализуемых и реализованных на территории Российской Федерации концессионных соглашениях, и утверждает порядок формирования, ведения такого реестра и перечень сведений, содержащихся в таком реестре."; 3) в статье 5: а) пункт 7 части 13 изложить в следующей редакции: "7) порядок размещения информации на официальном сайте для размещения информации о проведении торгов и на официальном сайте концедента;"; б) дополнить частью 19 следующего содержания: "19. Концессионер должен соответствовать следующим требованиям: 1) непроведение ликвидации юридического лица или отсутствие решения о прекращении физическим лицом деятельности в качестве индивидуального предпринимателя; 2) отсутствие возбужденного производства по делу о несостоятельности (банкротстве) в соответствии с законодательством Российской Федерации о несостоятельности (банкротстве); 3) неприостановление деятельности юридического лица или индивидуального предпринимателя в порядке, установленном Кодексом Российской Федерации об административных правонарушениях; 4) отсутствие регистрации юридического лица в государстве или на территории, которые предоставляют льготный налоговый режим налогообложения и не предусматривают раскрытия и предоставления информации при проведении финансовых операций (офшорные зоны), перечень которых утверждается Министерством финансов Российской Федерации."; в) часть 3 после слов "требованиям к" дополнить словами "концессионеру, установленным настоящим Федеральным законом, а в случае заключения концессионного соглашения по итогам конкурса также требованиям к"; г) часть 4 дополнить новым третьим предложением следующего содержания: "В случае, предусмотренном частью 1 статьи 39 настоящего Федерального закона, в качестве четвертой стороны по соглашению, заключаемому в соответствии с настоящей частью между концессионером, концедентом и кредиторами, также выступает субъект Российской Федерации, в границах территории которого находится имущество, передаваемое концессионеру по концессионному соглашению, при условии определения прав и обязанностей такого субъекта Российской Федерации в указанном в настоящей части соглашении и соблюдения требований бюджетного законодательства Российской Федерации.", после слов "требованиям к" дополнить словами "концессионеру, установленным настоящим Федеральным законом, а в случае заключения концессионного соглашения по итогам конкурса также требованиям к"; 4) в части 1 статьи 7 слова "предусматривается плата" заменить словами "может предусматриваться плата"; 5) в статье 8: а) в части 2: пункт 3 изложить в следующей редакции: "3) осуществлять деятельность, предусмотренную концессионным соглашением, и не прекращать (не приостанавливать) эту деятельность без согласия концедента, за исключением случаев, предусмотренных частью 37 статьи 13 настоящего Федерального закона, а также положениями иных нормативных правовых актов;"; в пункте 6 слова "поддерживать объект концессионного соглашения в исправном состоянии, проводить за свой счет текущий ремонт и капитальный ремонт" заменить словами "осуществлять за свой счет техническое обслуживание объекта концессионного соглашения"; б) в части 3 слово "вправе" заменить словом "обязан"; 6) в статье 9: а) наименование изложить в следующей редакции: "Статья 9. Осуществление концедентом контроля за исполнением концессионного соглашения"; б) часть 6 изложить в следующей редакции: "6. Акт о результатах контроля подлежит размещению концедентом в течение пяти рабочих дней с даты составления данного акта на официальном сайте концедента. Доступ к данному акту обеспечивается в течение срока действия концессионного соглашения и после дня окончания его срока действия в течение трех лет."; 7) в статье 10: а) в части 1: в пункте 62 слова ", за исключением случаев, предусмотренных частью 11 статьи 7 настоящего Федерального закона" заменить словами "- в случае, если концессионным соглашением предусматривается концессионная плата"; дополнить пунктом 67 следующего содержания: "67) размер и (или) порядок определения размера и условия финансового участия концедента - в случае, если концессионным соглашением предусматривается финансовое участие концедента;"; б) в части 2: пункт 9 признать утратившим силу; дополнить пунктом 18 следующего содержания: "18) обстоятельства, наступление которых может привести к неисполнению или ненадлежащему исполнению концессионером обязательств по концессионному соглашению и (или) возникновению у него дополнительных расходов и (или) недополученных доходов по концессионному соглашению, связанных с наступлением указанных обстоятельств, а также последствия наступления указанных обстоятельств, к которым может относиться в том числе обязательство концедента по возмещению таких дополнительных расходов и (или) компенсации таких недополученных доходов концессионера."; в) часть 4 изложить в следующей редакции: "4. Правительство Российской Федерации утверждает примерные концессионные соглашения в отношении указанных в части 1 статьи 4 настоящего Федерального закона отдельных объектов концессионных соглашений, которые могут быть использованы при заключении концессионных соглашений. Требования к банкам, в которых может быть открыт банковский вклад (депозит) концессионера, права по которому могут передаваться концессионером концеденту в залог, и страховым организациям или иностранным страховым организациям, которые имеют право в соответствии с Законом Российской Федерации от 27 ноября 1992 года № 4015-I "Об организации страхового дела в Российской Федерации" осуществлять страховую деятельность на территории Российской Федерации и с которыми концессионер может заключить договор страхования риска ответственности за нарушение обязательств по концессионному соглашению, устанавливаются Правительством Российской Федерации."; 8) дополнить статьей 101 следующего содержания: "Статья 101. Финансовое участие концедента 1. Финансовое участие концедента может осуществляться в одной или нескольких из следующих форм: 1) финансирование на этапе создания и (или) реконструкции объекта концессионного соглашения части расходов на создание и (или) реконструкцию объекта концессионного соглашения (далее - капитальный грант). Размер капитального гранта не может превышать восемьдесят процентов расходов на создание и (или) реконструкцию объекта концессионного соглашения; 2) возмещение и (или) финансовое обеспечение на этапе эксплуатации объекта концессионного соглашения расходов концессионера на создание и (или) реконструкцию объекта концессионного соглашения, использование (эксплуатацию) объекта концессионного соглашения и иного передаваемого концедентом концессионеру по концессионному соглашению имущества, в том числе на техническое обслуживание объекта концессионного соглашения (далее - плата концедента). В случае, если условиями концессионного соглашения предусмотрены создание и (или) реконструкция объекта концессионного соглашения, включающего в себя несколько объектов недвижимого имущества и (или) объектов информационных технологий, концедент вправе осуществлять выплату платы концедента после ввода в эксплуатацию соответствующих объекта (объектов) недвижимого имущества и (или) объекта (объектов) информационных технологий, если это предусмотрено условиями концессионного соглашения; 3) возмещение недополученных концессионером доходов от использования (эксплуатации) объекта концессионного соглашения в целях обеспечения минимального гарантированного дохода концессионера от использования (эксплуатации) объекта концессионного соглашения, определенного в концессионном соглашении.</w:t>
      </w:r>
    </w:p>
    <w:p>
      <w:r>
        <w:rPr>
          <w:b/>
        </w:rPr>
        <w:t xml:space="preserve">2. </w:t>
      </w:r>
      <w:r>
        <w:t>Предельный размер финансового участия концедента в формах, предусмотренных частью 1 настоящей статьи, должен быть меньше общего размера расходов на создание и (или) реконструкцию объекта концессионного соглашения, а также на использование (эксплуатацию) объекта концессионного соглашения и иного передаваемого концедентом концессионеру по концессионному соглашению имущества. Указанными в настоящей части расходами признаются обоснованные и документально подтвержденные затраты, которые осуществлены (понесены) концессионером и концедентом на создание и (или) реконструкцию объекта концессионного соглашения, а также на использование (эксплуатацию) объекта концессионного соглашения и иного передаваемого концедентом концессионеру по концессионному соглашению имущества и могут включать в том числе расходы на уплату процентов и иных платежей по кредитам (займам), привлеченным концессионером в целях исполнения своих обязательств по концессионному соглашению, страхование риска случайной гибели и (или) случайного повреждения объекта концессионного соглашения и иного передаваемого концедентом концессионеру по концессионному соглашению имущества, обеспечение исполнения концессионером обязательств по концессионному соглашению</w:t>
      </w:r>
    </w:p>
    <w:p>
      <w:r>
        <w:rPr>
          <w:b/>
        </w:rPr>
        <w:t xml:space="preserve">3. </w:t>
      </w:r>
      <w:r>
        <w:t>Финансовое участие концедента в форме, предусмотренной пунктом 3 части 1 настоящей статьи, не может превышать размер определенного концессионным соглашением минимального гарантированного дохода концессионера от использования (эксплуатации) объекта концессионного соглашения за вычетом фактически полученных доходов концессионера от использования (эксплуатации) объекта концессионного соглашения, а также за вычетом доходов в виде субсидий и иных платежей, полученных концессионером по концессионному соглашению из бюджетов бюджетной системы Российской Федерации либо от юридических лиц, созданных на основании федерального закона</w:t>
      </w:r>
    </w:p>
    <w:p>
      <w:r>
        <w:rPr>
          <w:b/>
        </w:rPr>
        <w:t xml:space="preserve">4. </w:t>
      </w:r>
      <w:r>
        <w:t>Размер или порядок определения размера финансового участия концедента в формах, предусмотренных частью 1 настоящей статьи, должен быть указан в решении о заключении концессионного соглашения, за исключением случая, указанного в части 21 статьи 24 настоящего Федерального закона, а также должен быть указан в концессионном соглашении</w:t>
      </w:r>
    </w:p>
    <w:p>
      <w:r>
        <w:rPr>
          <w:b/>
        </w:rPr>
        <w:t xml:space="preserve">5. </w:t>
      </w:r>
      <w:r>
        <w:t>Финансовое участие концедента может осуществляться в форме, предусмотренной пунктом 3 части 1 настоящей статьи, в случае, если концессионным соглашением предусмотрено получение дохода от реализации производимых концессионером товаров, выполнения им работ, оказания услуг</w:t>
      </w:r>
    </w:p>
    <w:p>
      <w:r>
        <w:rPr>
          <w:b/>
        </w:rPr>
        <w:t xml:space="preserve">6. </w:t>
      </w:r>
      <w:r>
        <w:t>Финансовое участие концедента осуществляется с учетом требований, предусмотренных бюджетным законодательством Российской Федерации.";</w:t>
      </w:r>
    </w:p>
    <w:p>
      <w:r>
        <w:rPr>
          <w:b/>
        </w:rPr>
        <w:t xml:space="preserve">12. </w:t>
      </w:r>
      <w:r>
        <w:t>С 1 января 2026 года проведение открытого конкурса осуществляется исключительно в электронной форме на электронной площадке, оператор которой включен в перечень операторов электронных площадок, утвержденный Правительством Российской Федерации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с учетом положений главы 31 настоящего Федерального закона."; б) в части 3 слова "в информационно-телекоммуникационной сети "Интернет" и слова ", определенном Правительством Российской Федерации" исключить; в) в части 31 слова "в информационно-телекоммуникационной сети "Интернет" заменить словом "концедента";</w:t>
      </w:r>
    </w:p>
    <w:p>
      <w:r>
        <w:rPr>
          <w:b/>
        </w:rPr>
        <w:t xml:space="preserve">21. </w:t>
      </w:r>
      <w:r>
        <w:t>В случае, если решением о заключении концессионного соглашения предусмотрено финансовое участие концедента и проводится конкурс на право заключения концессионного соглашения, размер финансового участия концедента должен быть установлен в качестве критерия конкурса</w:t>
      </w:r>
    </w:p>
    <w:p>
      <w:r>
        <w:rPr>
          <w:b/>
        </w:rPr>
        <w:t xml:space="preserve">22. </w:t>
      </w:r>
      <w:r>
        <w:t>Качественная характеристика архитектурного, функционально-технологического, конструктивного или инженерно-технического решения для обеспечения создания и (или) реконструкции объекта концессионного соглашения может устанавливаться в качестве критерия конкурса в случае, если условием концессионного соглашения является обязательство концессионера по подготовке проектной документации объекта концессионного соглашения. При этом коэффициент, учитывающий значимость такого критерия, не может составлять более чем две десятых."; б) дополнить частью 25 следующего содержания: "25. В случае, если условиями концессионного соглашения предусмотрено финансовое участие концедента, максимальные значения коэффициентов, учитывающих значимость указанных в пунктах 1 и 3 части 2 настоящей статьи критериев конкурса, в совокупности не могут составлять более чем пять десятых.";</w:t>
      </w:r>
    </w:p>
    <w:p>
      <w:r>
        <w:rPr>
          <w:b/>
        </w:rPr>
        <w:t xml:space="preserve">62. </w:t>
      </w:r>
      <w:r>
        <w:t>В случае, если заявитель и (или) представленная им заявка на участие в конкурсе не соответствуют требованиям, установленным настоящим Федеральным законом и (или) конкурсной документацией, конкурсная комиссия в течение десяти рабочих дней со дня принятия концедентом решения о признании конкурса несостоявшимся принимает решение об отказе в предложении заявителю представить предложение о заключении концессионного соглашения</w:t>
      </w:r>
    </w:p>
    <w:p>
      <w:r>
        <w:rPr>
          <w:b/>
        </w:rPr>
        <w:t xml:space="preserve">63. </w:t>
      </w:r>
      <w:r>
        <w:t>Решения конкурсной комиссии, указанные в частях 61 и 62 настоящей статьи, оформляются протоколом рассмотрения единственной заявки на участие в конкурсе</w:t>
      </w:r>
    </w:p>
    <w:p>
      <w:r>
        <w:rPr>
          <w:b/>
        </w:rPr>
        <w:t xml:space="preserve">64. </w:t>
      </w:r>
      <w:r>
        <w:t>Конкурсная комиссия в течение трех рабочих дней со дня подписания членами конкурсной комиссии протокола рассмотрения единственной заявки на участие в конкурсе направляет заявителю в соответствии с таким протоколом уведомление с предложением представить предложение о заключении концессионного соглашения на условиях, соответствующих конкурсной документации, в конкурсную комиссию либо уведомление об отказе в предложении представить предложение о заключении концессионного соглашения и копию такого протокола</w:t>
      </w:r>
    </w:p>
    <w:p>
      <w:r>
        <w:rPr>
          <w:b/>
        </w:rPr>
        <w:t xml:space="preserve">65. </w:t>
      </w:r>
      <w:r>
        <w:t>Срок представления заявителем предложения о заключении концессионного соглашения составляет не более чем шестьдесят рабочих дней со дня получения заявителем от конкурсной комиссии уведомления с предложением представить предложение о заключении концессионного соглашения на условиях, соответствующих конкурсной документации, в конкурсную комиссию. Срок рассмотрения конкурсной комиссией такого предложения, представленного заявителем, устанавливается протоколом рассмотрения единственной заявки на участие в конкурсе, но не может составлять более чем пятнадцать рабочих дней со дня представления заявителем такого предложения</w:t>
      </w:r>
    </w:p>
    <w:p>
      <w:r>
        <w:rPr>
          <w:b/>
        </w:rPr>
        <w:t xml:space="preserve">66. </w:t>
      </w:r>
      <w:r>
        <w:t>По результатам рассмотрения предложения о заключении концессионного соглашения, представленного заявителем, конкурсная комиссия в случае, если такое предложение соответствует требованиям конкурсной документации, в том числе критериям конкурса, принимает решение о соответствии такого предложения требованиям конкурсной документации либо в случае, если предложение о заключении концессионного соглашения, представленное заявителем, не соответствует требованиям конкурсной документации, в том числе критериям конкурса, принимает решение о несоответствии такого предложения требованиям конкурсной документации. Решения конкурсной комиссии, указанные в настоящей части, оформляются протоколом рассмотрения предложения о заключении концессионного соглашения на условиях, соответствующих конкурсной документации</w:t>
      </w:r>
    </w:p>
    <w:p>
      <w:r>
        <w:rPr>
          <w:b/>
        </w:rPr>
        <w:t xml:space="preserve">67. </w:t>
      </w:r>
      <w:r>
        <w:t>Конкурсная комиссия в течение трех рабочих дней со дня подписания членами конкурсной комиссии протокола рассмотрения предложения о заключении концессионного соглашения на условиях, соответствующих конкурсной документации, направляет заявителю в соответствии с таким протоколом уведомление о соответствии или несоответствии предложения о заключении концессионного соглашения, представленного заявителем, требованиям конкурсной документации и копию такого протокола</w:t>
      </w:r>
    </w:p>
    <w:p>
      <w:r>
        <w:rPr>
          <w:b/>
        </w:rPr>
        <w:t xml:space="preserve">68. </w:t>
      </w:r>
      <w:r>
        <w:t>В случае принятия конкурсной комиссией решения о соответствии предложения о заключении концессионного соглашения, представленного единственным заявителем, требованиям конкурсной документации концедент в течение трех рабочих дней со дня подписания конкурсной комиссией протокола рассмотрения предложения о заключении концессионного соглашения на условиях, соответствующих конкурсной документации, принимает решение о заключении концессионного соглашения с заявителем, представившим единственную заявку на участие в конкурсе."; е) часть 7 изложить в следующей редакции: "7. Концедент возвращает заявителю, представившему единственную заявку на участие в конкурсе, внесенную им сумму задатка и (или) отказывается от своих прав по безотзывной банковской гарантии, предоставленной этим заявителем в качестве обеспечения заявки на участие в конкурсе, а также выполняет иные условия, необходимые для прекращения обязательства гаранта перед бенефициаром по данной безотзывной банковской гарантии, если такие условия предусмотрены данной безотзывной банковской гарантией и (или) соглашением гаранта с бенефициаром, в случае</w:t>
      </w:r>
    </w:p>
    <w:p>
      <w:r>
        <w:rPr>
          <w:b/>
        </w:rPr>
        <w:t xml:space="preserve">9. </w:t>
      </w:r>
      <w:r>
        <w:t>Конкурсная комиссия в течение трех рабочих дней со дня подписания членами конкурсной комиссии протокола рассмотрения конкурсного предложения, представленного единственным участником конкурса, направляет в соответствии с таким протоколом единственному участнику конкурса уведомление о соответствии или несоответствии представленного им конкурсного предложения требованиям конкурсной документации и копию такого протокола</w:t>
      </w:r>
    </w:p>
    <w:p>
      <w:r>
        <w:rPr>
          <w:b/>
        </w:rPr>
        <w:t xml:space="preserve">10. </w:t>
      </w:r>
      <w:r>
        <w:t>В случае принятия конкурсной комиссией решения о соответствии конкурсного предложения, представленного единственным участником конкурса, требованиям конкурсной документации концедент в течение трех рабочих дней со дня подписания конкурсной комиссией протокола рассмотрения конкурсного предложения, представленного единственным участником конкурса, принимает решение о заключении концессионного соглашения с участником конкурса, представившим единственное конкурсное предложение, в соответствии с условиями, содержащимися в конкурсном предложении</w:t>
      </w:r>
    </w:p>
    <w:p>
      <w:r>
        <w:rPr>
          <w:b/>
        </w:rPr>
        <w:t xml:space="preserve">11. </w:t>
      </w:r>
      <w:r>
        <w:t>Концедент возвращает участнику конкурса, представившему единственное конкурсное предложение, внесенную им сумму задатка и (или) отказывается от своих прав по безотзывной банковской гарантии, предоставленной этим участником конкурса в качестве обеспечения заявки на участие в конкурсе, а также выполняет иные условия, необходимые для прекращения обязательства гаранта перед бенефициаром по данной безотзывной банковской гарантии, если такие условия предусмотрены данной безотзывной банковской гарантией и (или) соглашением гаранта с бенефициаром, в случае, если конкурсной комиссией в результате рассмотрения конкурсного предложения, представленного единственным участником конкурса, принято решение о несоответствии конкурсного предложения, представленного единственным участником конкурса, требованиям конкурсной документации, - в течение пяти рабочих дней после дня истечения установленного срока принятия конкурсной комиссией указанного решения</w:t>
      </w:r>
    </w:p>
    <w:p>
      <w:r>
        <w:rPr>
          <w:b/>
        </w:rPr>
        <w:t xml:space="preserve">12. </w:t>
      </w:r>
      <w:r>
        <w:t>В случае, если по истечении срока представления конкурсных предложений в конкурсную комиссию не представлено ни одного конкурсного предложения, либо по результатам рассмотрения конкурсных предложений конкурсной комиссией ни одно конкурсное предложение не признано соответствующим требованиям конкурсной документации, в том числе критериям конкурса, либо в результате рассмотрения конкурсного предложения, представленного единственным участником конкурса, конкурсной комиссией принято решение о несоответствии конкурсного предложения, представленного единственным участником конкурса, требованиям конкурсной документации, решение о заключении концессионного соглашения подлежит отмене или изменению.";</w:t>
      </w:r>
    </w:p>
    <w:p>
      <w:r>
        <w:rPr>
          <w:b/>
        </w:rPr>
        <w:t xml:space="preserve">6. </w:t>
      </w:r>
      <w:r>
        <w:t>Концедент не возвращает не подписавшему в установленный срок концессионное соглашение победителю конкурса (победителю конкурса в электронной форме) или указанному в части 3 настоящей статьи лицу сумму задатка, внесенную победителем конкурса (победителем конкурса в электронной форме) или указанным в части 3 настоящей статьи лицом, и (или) предъявляет гаранту требование об осуществлении уплаты денежной суммы по безотзывной банковской гарантии, предоставленной победителем конкурса (победителем конкурса в электронной форме) или указанным в части 3 настоящей статьи лицом в качестве обеспечения заявки на участие в конкурсе. Форма требования об осуществлении уплаты денежной суммы по безотзывной банковской гарантии, предоставленной победителем конкурса (победителем конкурса в электронной форме) или указанным в части 3 настоящей статьи лицом в качестве обеспечения заявки на участие в конкурсе, и перечень документов, предоставляемых концедентом одновременно с требованием об осуществлении уплаты денежной суммы по безотзывной банковской гарантии, предоставленной в качестве обеспечения заявки на участие в конкурсе или исполнения обязательств концессионера по концессионному соглашению, утверждаются Правительством Российской Федерации.";</w:t>
      </w:r>
    </w:p>
    <w:p>
      <w:r>
        <w:rPr>
          <w:b/>
        </w:rPr>
        <w:t xml:space="preserve">48. </w:t>
      </w:r>
      <w:r>
        <w:t>В случае принятия решения о возможности заключения концессионного соглашения на иных условиях, чем предложено лицом, выступившим с инициативой заключения концессионного соглашения, орган, уполномоченный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проводит переговоры в форме совместных совещаний с этим лицом в целях обсуждения условий концессионного соглашения и их согласования по результатам переговоров. Срок и порядок проведения указанных переговоров определяются таким уполномоченным органом в решении о возможности заключения концессионного соглашения на иных условиях, которое доводится до сведения лица, выступившего с инициативой заключения концессионного соглашения, в письменной форме. По результатам переговоров лицо, выступившее с инициативой заключения концессионного соглашения, представляет в такой уполномоченный орган измененное предложение о заключении концессионного соглашения и измененный проект концессионного соглашения, которые подлежат рассмотрению таким уполномоченным органом в течение десяти рабочих дней."; ж) дополнить частями 48-1 - 48-3 следующего содержания: "48-1. В случае согласования органом, уполномоченным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измененного предложения о заключении концессионного соглашения и измененного проекта концессионного соглашения такой уполномоченный орган принимает решение о возможности заключения концессионного соглашения на условиях, предусмотренных измененным предложением о заключении концессионного соглашения и измененным проектом концессионного соглашения, с лицом, выступившим с инициативой заключения концессионного соглашения, и обязан в десятидневный срок со дня принятия данного решения разместить данное решение и предложение о заключении концессионного соглашения одновременно с измененным проектом концессионного соглашения на официальном сайте для размещения информации о проведении торгов в целях принятия заявок о готовности к участию в конкурсе на заключение концессионного соглашения на условиях, представленных в измененном проекте концессионного соглашения, в отношении объекта концессионного соглашения, предусмотренного в измененном предложении о заключении концессионного соглашения, от иных лиц, представляющих заявки о готовности к участию в конкурсе на заключение концессионного соглашения. Решение, принимаемое таким уполномоченным органом в соответствии с настоящей частью, должно содержать в том числе информацию о месте и сроке представления заявок о готовности к участию в конкурсе на заключение концессионного соглашения. 48-2. В случае несогласования органом, уполномоченным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измененного предложения о заключении концессионного соглашения и (или) измененного проекта концессионного соглашения такой уполномоченный орган принимает одно из следующих решений</w:t>
      </w:r>
    </w:p>
    <w:p>
      <w:r>
        <w:rPr>
          <w:b/>
        </w:rPr>
        <w:t xml:space="preserve">2. </w:t>
      </w:r>
      <w:r>
        <w:t>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требования к безотзывной банковской гарантии, предоставляемой в качестве обеспечения исполнения обязательств концессионера по концессионному соглашению, устанавливаются в соответствии с частью 4 статьи 42 настоящего Федерального закона.";</w:t>
      </w:r>
    </w:p>
    <w:p>
      <w:r>
        <w:rPr>
          <w:b/>
        </w:rPr>
        <w:t xml:space="preserve">6. </w:t>
      </w:r>
      <w:r>
        <w:t>в части 1 статьи 11 второе предложение исключить</w:t>
      </w:r>
    </w:p>
    <w:p>
      <w:r>
        <w:rPr>
          <w:b/>
        </w:rPr>
        <w:t xml:space="preserve">6. </w:t>
      </w:r>
      <w:r>
        <w:t>в статье 13:</w:t>
      </w:r>
    </w:p>
    <w:p>
      <w:r>
        <w:rPr>
          <w:b/>
        </w:rPr>
        <w:t xml:space="preserve">6. </w:t>
      </w:r>
      <w:r>
        <w:t>в статье 15:</w:t>
      </w:r>
    </w:p>
    <w:p>
      <w:r>
        <w:rPr>
          <w:b/>
        </w:rPr>
        <w:t xml:space="preserve">6. </w:t>
      </w:r>
      <w:r>
        <w:t>в части 1 статьи 20 второе предложение изложить в следующей редакции: "В качестве мер, обеспечивающих окупаемость инвестиций концессионера и получение им валовой выручки (дохода от реализации производимых товаров, выполнения работ, оказания услуг по регулируемым ценам (тарифам) в объеме не менее объема, изначально определенного концессионным соглашением, концедент вправе продлить срок действия концессионного соглашения с согласия концессионера и (или) увеличить размер финансового участия концедента, а также предоставить концессионеру дополнительные государственные или муниципальные гарантии."</w:t>
      </w:r>
    </w:p>
    <w:p>
      <w:r>
        <w:rPr>
          <w:b/>
        </w:rPr>
        <w:t xml:space="preserve">6. </w:t>
      </w:r>
      <w:r>
        <w:t>в статье 21:</w:t>
      </w:r>
    </w:p>
    <w:p>
      <w:r>
        <w:rPr>
          <w:b/>
        </w:rPr>
        <w:t xml:space="preserve">6. </w:t>
      </w:r>
      <w:r>
        <w:t>часть 2 изложить в следующей редакции: "2. Концессионные соглашения должны включать в себя существенные условия, установленные настоящим Федеральным законом, другими федеральными законами, и могут включать в себя не противоречащие законодательству Российской Федерации и конкурсной документации условия."</w:t>
      </w:r>
    </w:p>
    <w:p>
      <w:r>
        <w:rPr>
          <w:b/>
        </w:rPr>
        <w:t xml:space="preserve">6. </w:t>
      </w:r>
      <w:r>
        <w:t>пункт 1 части 31 изложить в следующей редакции: "1) размер финансового участия концедента снижается в случае снижения сметной стоимости объекта концессионного соглашения по предложению лица, с которым принято решение заключить концессионное соглашение;"</w:t>
      </w:r>
    </w:p>
    <w:p>
      <w:r>
        <w:rPr>
          <w:b/>
        </w:rPr>
        <w:t xml:space="preserve">6. </w:t>
      </w:r>
      <w:r>
        <w:t>часть 38 изложить в следующей редакции: "38. В случае, если концедентом по концессионному соглашению является субъект Российской Федерации или муниципальное образование, изменение условий концессионного соглашения, определенных на основании конкурсного предложения концессионера по критериям конкурса, и изменение существенных условий концессионного соглашения, указанных в части 1 статьи 10 настоящего Федерального закона, осуществляются по согласованию с антимонопольным органом, за исключением случаев, если такие изменения не приведут к изменению условий финансового участия концедента в части используемых в концессионном соглашении форм финансового участия концедента и (или) общего размера денежных обязательств концедента в рамках финансового участия концедента и (или) переноса сроков осуществления финансового участия концедента на более ранний срок."</w:t>
      </w:r>
    </w:p>
    <w:p>
      <w:r>
        <w:rPr>
          <w:b/>
        </w:rPr>
        <w:t xml:space="preserve">6. </w:t>
      </w:r>
      <w:r>
        <w:t>дополнить частью 38-1 следующего содержания: "38-1. Положения части 38 настоящей статьи не применяются к концессионным соглашениям, которые заключены без проведения конкурса с концессионером, определенным решением Правительства Российской Федерации в соответствии с частью 1 статьи 37 настоящего Федерального закона."</w:t>
      </w:r>
    </w:p>
    <w:p>
      <w:r>
        <w:rPr>
          <w:b/>
        </w:rPr>
        <w:t xml:space="preserve">6. </w:t>
      </w:r>
      <w:r>
        <w:t>часть 39 после слов "концессионного соглашения," дополнить словами "и условия концессионного соглашения, определенные на основании конкурсного предложения концессионера по критериям конкурса, в соответствии с частью 38 настоящей статьи,"</w:t>
      </w:r>
    </w:p>
    <w:p>
      <w:r>
        <w:rPr>
          <w:b/>
        </w:rPr>
        <w:t xml:space="preserve">6. </w:t>
      </w:r>
      <w:r>
        <w:t>пункт 3 части 21 изложить в следующей редакции: "3) невыполнение принятых на себя концедентом обязательств по финансовому участию концедента в исполнении концессионного соглашения."</w:t>
      </w:r>
    </w:p>
    <w:p>
      <w:r>
        <w:rPr>
          <w:b/>
        </w:rPr>
        <w:t xml:space="preserve">6. </w:t>
      </w:r>
      <w:r>
        <w:t>часть 4 после слов "требованиям к" дополнить словами "концессионеру, установленным настоящим Федеральным законом, а в случае заключения концессионного соглашения по итогам конкурса также требованиям к"</w:t>
      </w:r>
    </w:p>
    <w:p>
      <w:r>
        <w:rPr>
          <w:b/>
        </w:rPr>
        <w:t xml:space="preserve">6. </w:t>
      </w:r>
      <w:r>
        <w:t>дополнить частями 11 и 12 следующего содержания: "11. С 1 марта 2024 года открытый конкурс может проводиться в электронной форме (далее - конкурс в электронной форме) на электронной площадке, которая определена концедентом для проведения конкурса в электронной форме (далее также - электронная площадка) и оператор которой включен в перечень операторов электронных площадок, утвержденный Правительством Российской Федерации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(далее также - оператор электронной площадки), с учетом положений главы 31 настоящего Федерального закона</w:t>
      </w:r>
    </w:p>
    <w:p>
      <w:r>
        <w:rPr>
          <w:b/>
        </w:rPr>
        <w:t xml:space="preserve">12. </w:t>
      </w:r>
      <w:r>
        <w:t>в статье 22:</w:t>
      </w:r>
    </w:p>
    <w:p>
      <w:r>
        <w:rPr>
          <w:b/>
        </w:rPr>
        <w:t xml:space="preserve">12. </w:t>
      </w:r>
      <w:r>
        <w:t>в статье 23:</w:t>
      </w:r>
    </w:p>
    <w:p>
      <w:r>
        <w:rPr>
          <w:b/>
        </w:rPr>
        <w:t xml:space="preserve">12. </w:t>
      </w:r>
      <w:r>
        <w:t>размер концессионной платы, форму или формы, порядок и сроки ее внесения в случае, если концессионным соглашением предусматривается концессионная плата и размер концессионной платы не является критерием конкурса;"; пункт 16 дополнить словами "или дату и время начала рассмотрения заявок на участие в конкурсе в электронной форме (при проведении конкурса в электронной форме)"; пункт 17 дополнить словами "или дату подписания протокола проведения предварительного отбора участников конкурса в электронной форме (при проведении конкурса в электронной форме)"; пункт 18 дополнить словами "или дату и время начала рассмотрения конкурсных предложений (при проведении конкурса в электронной форме)"; пункт 21 дополнить словами "или протокола о результатах проведения конкурса в электронной форме (при проведении конкурса в электронной форме)"; дополнить пунктом 27 следующего содержания: "27) адрес электронной площадки в информационно-телекоммуникационной сети "Интернет", наименование и контактные данные оператора электронной площадки, включающие в том числе номера телефонов и адрес электронной почты оператора электронной площадки (при проведении конкурса в электронной форме).";</w:t>
      </w:r>
    </w:p>
    <w:p>
      <w:r>
        <w:rPr>
          <w:b/>
        </w:rPr>
        <w:t xml:space="preserve">12. </w:t>
      </w:r>
      <w:r>
        <w:t>в статье 24:</w:t>
      </w:r>
    </w:p>
    <w:p>
      <w:r>
        <w:rPr>
          <w:b/>
        </w:rPr>
        <w:t xml:space="preserve">12. </w:t>
      </w:r>
      <w:r>
        <w:t>технические критерии (технико-экономические показатели объекта концессионного соглашения, качественная характеристика архитектурного, функционально-технологического, конструктивного или инженерно-технического решения для обеспечения создания и (или) реконструкции объекта концессионного соглашения, объем производства товаров, выполнения работ, оказания услуг при осуществлении деятельности, предусмотренной концессионным соглашением)</w:t>
      </w:r>
    </w:p>
    <w:p>
      <w:r>
        <w:rPr>
          <w:b/>
        </w:rPr>
        <w:t xml:space="preserve">12. </w:t>
      </w:r>
      <w:r>
        <w:t>финансово-экономические критерии (размер финансового участия концедента, размер концессионной платы, предельные цены (тарифы) на производимые товары, выполняемые работы, оказываемые услуги, надбавки к таким ценам (тарифам) при осуществлении деятельности, предусмотренной концессионным соглашением, и (или) долгосрочные параметры регулирования деятельности концессионера, обязательства, принимаемые на себя концессионером в случаях недополучения запланированных доходов от использования (эксплуатации) объекта концессионного соглашения, возникновения дополнительных расходов при создании и (или) реконструкции объекта концессионного соглашения, использовании (эксплуатации) объекта концессионного соглашения)</w:t>
      </w:r>
    </w:p>
    <w:p>
      <w:r>
        <w:rPr>
          <w:b/>
        </w:rPr>
        <w:t xml:space="preserve">12. </w:t>
      </w:r>
      <w:r>
        <w:t>юридические критерии (сроки создания и (или) реконструкции объекта концессионного соглашения, период со дня подписания концессионного соглашения до дня, когда созданный и (или) реконструированный объект концессионного соглашения будет соответствовать установленным концессионным соглашением технико-экономическим показателям, период со дня подписания концессионного соглашения до дня, когда производство товаров, выполнение работ, оказание услуг при осуществлении деятельности, предусмотренной концессионным соглашением, будут осуществляться в объеме, установленном концессионным соглашением)</w:t>
      </w:r>
    </w:p>
    <w:p>
      <w:r>
        <w:rPr>
          <w:b/>
        </w:rPr>
        <w:t xml:space="preserve">12. </w:t>
      </w:r>
      <w:r>
        <w:t>в части 2: в пункте 5 слова "в информационно-телекоммуникационной сети "Интернет" заменить словами "для размещения информации о проведении торгов и на официальном сайте концедента"; дополнить пунктом 51 следующего содержания: "51) срок размещения в разделе открытой части электронной площадки, доступ к которому имеет неограниченный круг лиц и в котором концедентом размещаются необходимые документы и материалы при проведении конкурса в электронной форме в соответствии с настоящим Федеральным законом (далее - открытый раздел электронной площадки), сообщения о проведении конкурса - при проведении конкурса в электронной форме;"; дополнить пунктом 7 следующего содержания: "7) порядок и сроки утверждения конкурсной документации."</w:t>
      </w:r>
    </w:p>
    <w:p>
      <w:r>
        <w:rPr>
          <w:b/>
        </w:rPr>
        <w:t xml:space="preserve">12. </w:t>
      </w:r>
      <w:r>
        <w:t>дополнить частью 25 следующего содержания: "25. В случае проведения конкурса в электронной форме в решении о заключении концессионного соглашения должна содержаться информация о том, что конкурс проводится в электронной форме."</w:t>
      </w:r>
    </w:p>
    <w:p>
      <w:r>
        <w:rPr>
          <w:b/>
        </w:rPr>
        <w:t xml:space="preserve">12. </w:t>
      </w:r>
      <w:r>
        <w:t>в части 1: в абзаце первом пункта 5 слово "заявителями" заменить словами "лицами, представившими заявки на участие в конкурсе (далее также - заявители)"; пункт 10 после слова "порядок" дополнить словами "и срок"; пункты 12 и 13 изложить в следующей редакции: "12) размер задатка, вносимого в качестве обеспечения заявки на участие в конкурсе (далее - задаток), порядок и срок его внесения, реквизиты счетов, на которые вносится задаток, и (или) размер и условия безотзывной банковской гарантии, предоставляемой в качестве обеспечения заявки на участие в конкурсе, порядок ее предоставления и срок действия данной безотзывной банковской гарантии</w:t>
      </w:r>
    </w:p>
    <w:p>
      <w:r>
        <w:rPr>
          <w:b/>
        </w:rPr>
        <w:t xml:space="preserve">12. </w:t>
      </w:r>
      <w:r>
        <w:t>в части 12 цифры "45" заменить цифрами "46"</w:t>
      </w:r>
    </w:p>
    <w:p>
      <w:r>
        <w:rPr>
          <w:b/>
        </w:rPr>
        <w:t xml:space="preserve">12. </w:t>
      </w:r>
      <w:r>
        <w:t>в части 4 слова "в информационно-телекоммуникационной сети "Интернет" заменить словами "для размещения информации о проведении торгов, на официальном сайте концедента и при проведении конкурса в электронной форме в открытом разделе электронной площадки"</w:t>
      </w:r>
    </w:p>
    <w:p>
      <w:r>
        <w:rPr>
          <w:b/>
        </w:rPr>
        <w:t xml:space="preserve">12. </w:t>
      </w:r>
      <w:r>
        <w:t>в части 5 слова "в информационно-телекоммуникационной сети "Интернет" заменить словами "для размещения информации о проведении торгов и на официальном сайте концедента", дополнить предложением следующего содержания: "Разъяснения положений конкурсной документации в случае проведения конкурса в электронной форме даются с учетом особенностей, установленных частью 51 настоящей статьи."</w:t>
      </w:r>
    </w:p>
    <w:p>
      <w:r>
        <w:rPr>
          <w:b/>
        </w:rPr>
        <w:t xml:space="preserve">12. </w:t>
      </w:r>
      <w:r>
        <w:t>дополнить частью 51 следующего содержания: "51. В случае проведения конкурса в электронной форме заявитель, аккредитованный на электронной площадке, не позднее чем за десять рабочих дней до дня истечения срока представления заявок на участие в конкурсе в электронной форме вправе направить оператору электронной площадки с использованием программно-аппаратных средств электронной площадки, на которой планируется проведение конкурса в электронной форме, запрос о даче разъяснений положений конкурсной документации. Данный запрос в течение одного часа с момента поступления оператору электронной площадки направляется оператором электронной площадки концеденту без указания сведений о заявителе, направившем данный запрос. В случае поступления от оператора электронной площадки данного запроса концедент в сроки, установленные конкурсной документацией, но не позднее чем за пять рабочих дней до дня истечения срока представления заявок на участие в конкурсе в электронной форме размещает в открытом разделе электронной площадки разъяснения положений конкурсной документации с указанием содержания данного запроса."</w:t>
      </w:r>
    </w:p>
    <w:p>
      <w:r>
        <w:rPr>
          <w:b/>
        </w:rPr>
        <w:t xml:space="preserve">12. </w:t>
      </w:r>
      <w:r>
        <w:t>часть 6 изложить в следующей редакции: "6. Концедент вправе вносить изменения в конкурсную документацию при условии обязательного продления срока представления заявок на участие в конкурсе или конкурсных предложений таким образом, чтобы этот срок составлял не менее чем тридцать рабочих дней со дня внесения соответствующих изменений. Сообщение о внесении изменений в конкурсную документацию в течение трех рабочих дней со дня их внесения опубликовывается конкурсной комиссией в определяемом концедентом официальном издании, размещается на официальном сайте для размещения информации о проведении торгов, на официальном сайте концедента и при проведении конкурса в электронной форме в открытом разделе электронной площадки или направляется лицам, которым направлены приглашения принять участие в закрытом конкурсе."</w:t>
      </w:r>
    </w:p>
    <w:p>
      <w:r>
        <w:rPr>
          <w:b/>
        </w:rPr>
        <w:t xml:space="preserve">12. </w:t>
      </w:r>
      <w:r>
        <w:t>части 2 - 22 изложить в следующей редакции: "2. В качестве критериев конкурса, за исключением случаев,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могут устанавливаться:</w:t>
      </w:r>
    </w:p>
    <w:p>
      <w:r>
        <w:rPr>
          <w:b/>
        </w:rPr>
        <w:t xml:space="preserve">22. </w:t>
      </w:r>
      <w:r>
        <w:t>в части 3 статьи 25:</w:t>
      </w:r>
    </w:p>
    <w:p>
      <w:r>
        <w:rPr>
          <w:b/>
        </w:rPr>
        <w:t xml:space="preserve">22. </w:t>
      </w:r>
      <w:r>
        <w:t>в статье 26:</w:t>
      </w:r>
    </w:p>
    <w:p>
      <w:r>
        <w:rPr>
          <w:b/>
        </w:rPr>
        <w:t xml:space="preserve">22. </w:t>
      </w:r>
      <w:r>
        <w:t>в статье 27:</w:t>
      </w:r>
    </w:p>
    <w:p>
      <w:r>
        <w:rPr>
          <w:b/>
        </w:rPr>
        <w:t xml:space="preserve">22. </w:t>
      </w:r>
      <w:r>
        <w:t>в части 1 статьи 28 слова "протокол о вскрытии" заменить словами "протокол вскрытия"</w:t>
      </w:r>
    </w:p>
    <w:p>
      <w:r>
        <w:rPr>
          <w:b/>
        </w:rPr>
        <w:t xml:space="preserve">22. </w:t>
      </w:r>
      <w:r>
        <w:t>в статье 29:</w:t>
      </w:r>
    </w:p>
    <w:p>
      <w:r>
        <w:rPr>
          <w:b/>
        </w:rPr>
        <w:t xml:space="preserve">22. </w:t>
      </w:r>
      <w:r>
        <w:t>пункт 11 изложить в следующей редакции: "11) подписывает протокол вскрытия конвертов с заявками на участие в конкурсе, протокол проведения предварительного отбора участников конкурса, протокол рассмотрения единственной заявки на участие в конкурсе, протокол вскрытия конвертов с конкурсными предложениями, протокол рассмотрения и оценки конкурсных предложений, протокол рассмотрения предложения о заключении концессионного соглашения на условиях, соответствующих конкурсной документации, протокол рассмотрения конкурсного предложения, представленного единственным участником конкурса, протокол о результатах проведения конкурса, протокол проведения предварительного отбора участников конкурса в электронной форме, протокол рассмотрения единственной заявки на участие в конкурсе в электронной форме, протокол рассмотрения и оценки конкурсных предложений, представленных участниками конкурса в электронной форме, протокол рассмотрения конкурсного предложения, представленного единственным участником конкурса в электронной форме, протокол о результатах проведения конкурса в электронной форме;"</w:t>
      </w:r>
    </w:p>
    <w:p>
      <w:r>
        <w:rPr>
          <w:b/>
        </w:rPr>
        <w:t xml:space="preserve">22. </w:t>
      </w:r>
      <w:r>
        <w:t>дополнить пунктом 14 следующего содержания: "14) осуществляет иные функции, предусмотренные настоящим Федеральным законом."</w:t>
      </w:r>
    </w:p>
    <w:p>
      <w:r>
        <w:rPr>
          <w:b/>
        </w:rPr>
        <w:t xml:space="preserve">22. </w:t>
      </w:r>
      <w:r>
        <w:t>в части 1 слова "в информационно-телекоммуникационной сети "Интернет" (при проведении открытого конкурса)" заменить словами "для размещения информации о проведении торгов, на официальном сайте концедента (при проведении открытого конкурса) и в открытом разделе электронной площадки (при проведении конкурса в электронной форме)"</w:t>
      </w:r>
    </w:p>
    <w:p>
      <w:r>
        <w:rPr>
          <w:b/>
        </w:rPr>
        <w:t xml:space="preserve">22. </w:t>
      </w:r>
      <w:r>
        <w:t>в части 2 слова "в информационно-телекоммуникационной сети "Интернет" заменить словами "для размещения информации о проведении торгов, на официальном сайте концедента и в открытом разделе электронной площадки (при проведении конкурса в электронной форме)"</w:t>
      </w:r>
    </w:p>
    <w:p>
      <w:r>
        <w:rPr>
          <w:b/>
        </w:rPr>
        <w:t xml:space="preserve">22. </w:t>
      </w:r>
      <w:r>
        <w:t>в части 3: пункт 91 изложить в следующей редакции: "91) размер задатка, порядок и срок его внесения, реквизиты счетов, на которые вносится задаток, и (или) размер и условия безотзывной банковской гарантии, предоставляемой в качестве обеспечения заявки на участие в конкурсе, порядок ее предоставления и срок действия данной безотзывной банковской гарантии;"; пункт 11 дополнить словами "или дата и время начала рассмотрения заявок на участие в конкурсе в электронной форме (при проведении конкурса в электронной форме)"; пункт 12 дополнить словами "или дата и время начала рассмотрения конкурсных предложений (при проведении конкурса в электронной форме)"; пункт 14 дополнить словами ", протокола о результатах проведения конкурса в электронной форме (при проведении конкурса в электронной форме)"; дополнить пунктом 16 следующего содержания: "16) адрес электронной площадки в информационно-телекоммуникационной сети "Интернет", наименование и контактные данные оператора электронной площадки, в том числе номера телефонов и адрес электронной почты оператора электронной площадки (при проведении конкурса в электронной форме)."</w:t>
      </w:r>
    </w:p>
    <w:p>
      <w:r>
        <w:rPr>
          <w:b/>
        </w:rPr>
        <w:t xml:space="preserve">22. </w:t>
      </w:r>
      <w:r>
        <w:t>часть 1 дополнить предложением следующего содержания: "Заявитель вправе представить только одну заявку на участие в конкурсе."</w:t>
      </w:r>
    </w:p>
    <w:p>
      <w:r>
        <w:rPr>
          <w:b/>
        </w:rPr>
        <w:t xml:space="preserve">22. </w:t>
      </w:r>
      <w:r>
        <w:t>часть 7 дополнить предложением следующего содержания: "Концедент в течение пяти рабочих дней со дня поступления от заявителя уведомления об отзыве заявки на участие в конкурсе возвращает внесенную заявителем сумму задатка и (или) отказывается от своих прав по безотзывной банковской гарантии, предоставленной заявителем в качестве обеспечения заявки на участие в конкурсе, а также выполняет иные условия, необходимые для прекращения обязательства гаранта перед бенефициаром по данной безотзывной банковской гарантии, в случае, если такие условия предусмотрены данной безотзывной банковской гарантией и (или) соглашением гаранта с бенефициаром."</w:t>
      </w:r>
    </w:p>
    <w:p>
      <w:r>
        <w:rPr>
          <w:b/>
        </w:rPr>
        <w:t xml:space="preserve">22. </w:t>
      </w:r>
      <w:r>
        <w:t>в части 1: пункт 3 изложить в следующей редакции: "3) соответствие заявителя требованиям, предъявляемым к концессионеру в соответствии с настоящим Федеральным законом;"; пункты 4 и 5 признать утратившими силу</w:t>
      </w:r>
    </w:p>
    <w:p>
      <w:r>
        <w:rPr>
          <w:b/>
        </w:rPr>
        <w:t xml:space="preserve">22. </w:t>
      </w:r>
      <w:r>
        <w:t>пункт 4 части 3 изложить в следующей редакции: "4) задаток заявителя не поступил на счет в срок и в размере, которые установлены конкурсной документацией, и (или) заявителем не предоставлена безотзывная банковская гарантия, предоставляемая в соответствии с конкурсной документацией в качестве обеспечения заявки на участие в конкурсе."</w:t>
      </w:r>
    </w:p>
    <w:p>
      <w:r>
        <w:rPr>
          <w:b/>
        </w:rPr>
        <w:t xml:space="preserve">22. </w:t>
      </w:r>
      <w:r>
        <w:t>часть 4 изложить в следующей редакции: "4. Конкурсная комиссия в течение трех рабочих дней со дня подписания членами конкурсной комиссии протокола проведения предварительного отбора участников конкурса, но не позднее чем за шестьдесят рабочих дней до дня истечения срока представления конкурсных предложений в конкурсную комиссию направляет участникам конкурса уведомление с предложением представить конкурсные предложения. Заявителям, не допущенным к участию в конкурсе, направляется уведомление об отказе в допуске к участию в конкурсе с приложением копии указанного протокола. В течение пяти рабочих дней со дня подписания указанного протокола членами конкурсной комиссии концедент возвращает внесенные этими заявителями суммы задатков и (или) отказывается от своих прав по безотзывным банковским гарантиям, предоставленным этими заявителями в качестве обеспечения заявки на участие в конкурсе, а также выполняет иные условия, необходимые для прекращения обязательства гаранта перед бенефициаром по данным безотзывным банковским гарантиям, в случае, если такие условия предусмотрены данными безотзывными банковскими гарантиями и (или) соглашением гаранта с бенефициаром."</w:t>
      </w:r>
    </w:p>
    <w:p>
      <w:r>
        <w:rPr>
          <w:b/>
        </w:rPr>
        <w:t xml:space="preserve">22. </w:t>
      </w:r>
      <w:r>
        <w:t>часть 6 изложить в следующей редакции: "6. В случае, если конкурс объявлен не состоявшимся в соответствии с частью 6 статьи 27 настоящего Федерального закона, конкурсная комиссия вскрывает конверт с единственной представленной заявкой на участие в конкурсе и рассматривает эту заявку в порядке, установленном настоящей статьей, в течение трех рабочих дней со дня принятия решения о признании конкурса несостоявшимся."</w:t>
      </w:r>
    </w:p>
    <w:p>
      <w:r>
        <w:rPr>
          <w:b/>
        </w:rPr>
        <w:t xml:space="preserve">22. </w:t>
      </w:r>
      <w:r>
        <w:t>дополнить частями 61 - 68 следующего содержания: "61. В случае, если заявитель и представленная им заявка на участие в конкурсе соответствуют требованиям, установленным настоящим Федеральным законом и конкурсной документацией, конкурсная комиссия в течение десяти рабочих дней со дня принятия концедентом решения о признании конкурса несостоявшимся принимает решение о предложении заявителю представить предложение о заключении концессионного соглашения на условиях, соответствующих конкурсной документации, в конкурсную комиссию</w:t>
      </w:r>
    </w:p>
    <w:p>
      <w:r>
        <w:rPr>
          <w:b/>
        </w:rPr>
        <w:t xml:space="preserve">68. </w:t>
      </w:r>
      <w:r>
        <w:t>если заявителю не было предложено представить в конкурсную комиссию предложение о заключении концессионного соглашения, - в течение пятнадцати рабочих дней со дня принятия решения о признании конкурса несостоявшимся</w:t>
      </w:r>
    </w:p>
    <w:p>
      <w:r>
        <w:rPr>
          <w:b/>
        </w:rPr>
        <w:t xml:space="preserve">68. </w:t>
      </w:r>
      <w:r>
        <w:t>если заявитель не представил в конкурсную комиссию предложение о заключении концессионного соглашения, - в течение пяти рабочих дней после дня истечения установленного срока представления предложения о заключении концессионного соглашения</w:t>
      </w:r>
    </w:p>
    <w:p>
      <w:r>
        <w:rPr>
          <w:b/>
        </w:rPr>
        <w:t xml:space="preserve">68. </w:t>
      </w:r>
      <w:r>
        <w:t>если конкурсной комиссией по результатам рассмотрения предложения о заключении концессионного соглашения, представленного единственным заявителем, принято решение о несоответствии такого предложения требованиям конкурсной документации, - в течение пяти рабочих дней после дня истечения установленного срока принятия конкурсной комиссией указанного решения.";</w:t>
      </w:r>
    </w:p>
    <w:p>
      <w:r>
        <w:rPr>
          <w:b/>
        </w:rPr>
        <w:t xml:space="preserve">68. </w:t>
      </w:r>
      <w:r>
        <w:t>в статье 30:</w:t>
      </w:r>
    </w:p>
    <w:p>
      <w:r>
        <w:rPr>
          <w:b/>
        </w:rPr>
        <w:t xml:space="preserve">68. </w:t>
      </w:r>
      <w:r>
        <w:t>в статье 31:</w:t>
      </w:r>
    </w:p>
    <w:p>
      <w:r>
        <w:rPr>
          <w:b/>
        </w:rPr>
        <w:t xml:space="preserve">68. </w:t>
      </w:r>
      <w:r>
        <w:t>в статье 32:</w:t>
      </w:r>
    </w:p>
    <w:p>
      <w:r>
        <w:rPr>
          <w:b/>
        </w:rPr>
        <w:t xml:space="preserve">68. </w:t>
      </w:r>
      <w:r>
        <w:t>дополнить частью 8 следующего содержания: "8. В случае, если по истечении срока представления заявок на участие в конкурсе не было представлено ни одной заявки на участие в конкурсе, либо по результатам проведения предварительного отбора ни один заявитель не был признан участником конкурса, либо в результате рассмотрения единственной представленной заявки на участие в конкурсе заявителю не было предложено в установленный срок представить в конкурсную комиссию предложение о заключении концессионного соглашения, либо заявитель в установленный срок не представил в конкурсную комиссию предложение о заключении концессионного соглашения, либо конкурсной комиссией по результатам рассмотрения предложения о заключении концессионного соглашения, представленного единственным заявителем, было принято решение о несоответствии предложения о заключении концессионного соглашения, представленного единственным заявителем, требованиям конкурсной документации, решение о заключении концессионного соглашения подлежит отмене или изменению."</w:t>
      </w:r>
    </w:p>
    <w:p>
      <w:r>
        <w:rPr>
          <w:b/>
        </w:rPr>
        <w:t xml:space="preserve">68. </w:t>
      </w:r>
      <w:r>
        <w:t>часть 1 дополнить предложением следующего содержания: "Участник конкурса вправе представить только одно конкурсное предложение."</w:t>
      </w:r>
    </w:p>
    <w:p>
      <w:r>
        <w:rPr>
          <w:b/>
        </w:rPr>
        <w:t xml:space="preserve">68. </w:t>
      </w:r>
      <w:r>
        <w:t>в части 2 третье и четвертое предложения исключить</w:t>
      </w:r>
    </w:p>
    <w:p>
      <w:r>
        <w:rPr>
          <w:b/>
        </w:rPr>
        <w:t xml:space="preserve">68. </w:t>
      </w:r>
      <w:r>
        <w:t>дополнить частью 41 следующего содержания: "41. Концедент в течение пяти рабочих дней со дня поступления ему от участника конкурса уведомления об отзыве конкурсного предложения возвращает внесенную участником конкурса сумму задатка и (или) отказывается от своих прав по безотзывной банковской гарантии, предоставленной участником конкурса в качестве обеспечения заявки на участие в конкурсе, а также выполняет иные условия, необходимые для прекращения обязательства гаранта перед бенефициаром по данной безотзывной банковской гарантии, в случае, если такие условия предусмотрены данной безотзывной банковской гарантией и (или) соглашением гаранта с бенефициаром."</w:t>
      </w:r>
    </w:p>
    <w:p>
      <w:r>
        <w:rPr>
          <w:b/>
        </w:rPr>
        <w:t xml:space="preserve">68. </w:t>
      </w:r>
      <w:r>
        <w:t>в части 5 цифры "48" заменить цифрами "49"</w:t>
      </w:r>
    </w:p>
    <w:p>
      <w:r>
        <w:rPr>
          <w:b/>
        </w:rPr>
        <w:t xml:space="preserve">68. </w:t>
      </w:r>
      <w:r>
        <w:t>в части 3 слова ", за исключением конвертов с конкурсными предложениями, представленными участниками конкурса, которыми не были соблюдены установленные конкурсной документацией порядок, размер и (или) срок внесения задатков" исключить</w:t>
      </w:r>
    </w:p>
    <w:p>
      <w:r>
        <w:rPr>
          <w:b/>
        </w:rPr>
        <w:t xml:space="preserve">68. </w:t>
      </w:r>
      <w:r>
        <w:t>в части 4 слова "а также конверт с конкурсным предложением, представленным участником конкурса, которым не были соблюдены установленные конкурсной документацией порядок, размер и (или) срок внесения задатка," исключить</w:t>
      </w:r>
    </w:p>
    <w:p>
      <w:r>
        <w:rPr>
          <w:b/>
        </w:rPr>
        <w:t xml:space="preserve">68. </w:t>
      </w:r>
      <w:r>
        <w:t>часть 7 изложить в следующей редакции: "7. Конкурс по решению концедента объявляется не состоявшимся в случае, если в конкурсную комиссию представлено менее двух конкурсных предложений."</w:t>
      </w:r>
    </w:p>
    <w:p>
      <w:r>
        <w:rPr>
          <w:b/>
        </w:rPr>
        <w:t xml:space="preserve">68. </w:t>
      </w:r>
      <w:r>
        <w:t>дополнить частями 8 - 12 следующего содержания: "8. В случае, если конкурс объявлен не состоявшимся в соответствии с частью 7 настоящей статьи, конкурсная комиссия в течение пятнадцати рабочих дней со дня принятия концедентом решения о признании конкурса несостоявшимся рассматривает конкурсное предложение, представленное единственным участником конкурса, в порядке, установленном настоящей статьей, и в случае, если конкурсное предложение, представленное единственным участником конкурса, соответствует требованиям конкурсной документации, в том числе критериям конкурса, принимает решение о соответствии конкурсного предложения, представленного единственным участником конкурса, требованиям конкурсной документации либо в случае, если конкурсное предложение, представленное единственным участником конкурса, не соответствует требованиям конкурсной документации, в том числе критериям конкурса, принимает решение о несоответствии конкурсного предложения, представленного единственным участником конкурса, требованиям конкурсной документации. Решения конкурсной комиссии, указанные в настоящей части, оформляются протоколом рассмотрения конкурсного предложения, представленного единственным участником конкурса</w:t>
      </w:r>
    </w:p>
    <w:p>
      <w:r>
        <w:rPr>
          <w:b/>
        </w:rPr>
        <w:t xml:space="preserve">12. </w:t>
      </w:r>
      <w:r>
        <w:t>в статье 33:</w:t>
      </w:r>
    </w:p>
    <w:p>
      <w:r>
        <w:rPr>
          <w:b/>
        </w:rPr>
        <w:t xml:space="preserve">12. </w:t>
      </w:r>
      <w:r>
        <w:t>информация о месте, дате и времени рассмотрения конкурсных предложений</w:t>
      </w:r>
    </w:p>
    <w:p>
      <w:r>
        <w:rPr>
          <w:b/>
        </w:rPr>
        <w:t xml:space="preserve">12. </w:t>
      </w:r>
      <w:r>
        <w:t>информация об участниках конкурса, конкурсные предложения которых были рассмотрены</w:t>
      </w:r>
    </w:p>
    <w:p>
      <w:r>
        <w:rPr>
          <w:b/>
        </w:rPr>
        <w:t xml:space="preserve">12. </w:t>
      </w:r>
      <w:r>
        <w:t>критерии конкурса</w:t>
      </w:r>
    </w:p>
    <w:p>
      <w:r>
        <w:rPr>
          <w:b/>
        </w:rPr>
        <w:t xml:space="preserve">12. </w:t>
      </w:r>
      <w:r>
        <w:t>условия, содержащиеся в конкурсных предложениях</w:t>
      </w:r>
    </w:p>
    <w:p>
      <w:r>
        <w:rPr>
          <w:b/>
        </w:rPr>
        <w:t xml:space="preserve">12. </w:t>
      </w:r>
      <w:r>
        <w:t>результаты рассмотрения конкурсных предложений с указанием конкурсных предложений, в отношении которых принято решение об их несоответствии требованиям конкурсной документации</w:t>
      </w:r>
    </w:p>
    <w:p>
      <w:r>
        <w:rPr>
          <w:b/>
        </w:rPr>
        <w:t xml:space="preserve">12. </w:t>
      </w:r>
      <w:r>
        <w:t>результаты оценки конкурсных предложений в соответствии с частями 5, 51 и 6 статьи 32 настоящего Федерального закона</w:t>
      </w:r>
    </w:p>
    <w:p>
      <w:r>
        <w:rPr>
          <w:b/>
        </w:rPr>
        <w:t xml:space="preserve">12. </w:t>
      </w:r>
      <w:r>
        <w:t>наименование и место нахождения (для юридического лица), фамилия, имя и (при наличии) отчество, место жительства (для индивидуального предпринимателя) победителя конкурса, обоснование принятого конкурсной комиссией решения о признании участника конкурса победителем конкурса."</w:t>
      </w:r>
    </w:p>
    <w:p>
      <w:r>
        <w:rPr>
          <w:b/>
        </w:rPr>
        <w:t xml:space="preserve">12. </w:t>
      </w:r>
      <w:r>
        <w:t>в статье 34:</w:t>
      </w:r>
    </w:p>
    <w:p>
      <w:r>
        <w:rPr>
          <w:b/>
        </w:rPr>
        <w:t xml:space="preserve">12. </w:t>
      </w:r>
      <w:r>
        <w:t>в части 1 статьи 35 слова "в информационно-телекоммуникационной сети "Интернет" заменить словами "для размещения информации о проведении торгов и на официальном сайте концедента"</w:t>
      </w:r>
    </w:p>
    <w:p>
      <w:r>
        <w:rPr>
          <w:b/>
        </w:rPr>
        <w:t xml:space="preserve">12. </w:t>
      </w:r>
      <w:r>
        <w:t>в части 1 слова "в части 12 статьи 10" заменить словами "в части 1 статьи 39", слова "частью 52 статьи 32" заменить словами "частью 2 статьи 49"</w:t>
      </w:r>
    </w:p>
    <w:p>
      <w:r>
        <w:rPr>
          <w:b/>
        </w:rPr>
        <w:t xml:space="preserve">12. </w:t>
      </w:r>
      <w:r>
        <w:t>в статье 36:</w:t>
      </w:r>
    </w:p>
    <w:p>
      <w:r>
        <w:rPr>
          <w:b/>
        </w:rPr>
        <w:t xml:space="preserve">12. </w:t>
      </w:r>
      <w:r>
        <w:t>дополнить частью 21 следующего содержания: "21. В случае, если конкурсной комиссией по результатам рассмотрения и оценки конкурсных предложений единственное конкурсное предложение признано соответствующим требованиям конкурсной документации, в том числе критериям конкурса, победителем конкурса признается участник конкурса, представивший единственное конкурсное предложение."</w:t>
      </w:r>
    </w:p>
    <w:p>
      <w:r>
        <w:rPr>
          <w:b/>
        </w:rPr>
        <w:t xml:space="preserve">12. </w:t>
      </w:r>
      <w:r>
        <w:t>часть 3 изложить в следующей редакции: "3. Решение об определении победителя конкурса оформляется протоколом рассмотрения и оценки конкурсных предложений, в котором указываются:</w:t>
      </w:r>
    </w:p>
    <w:p>
      <w:r>
        <w:rPr>
          <w:b/>
        </w:rPr>
        <w:t xml:space="preserve">12. </w:t>
      </w:r>
      <w:r>
        <w:t>в пункте 5 части 1 слова "участников конкурса" заменить словом "заявителей"</w:t>
      </w:r>
    </w:p>
    <w:p>
      <w:r>
        <w:rPr>
          <w:b/>
        </w:rPr>
        <w:t xml:space="preserve">12. </w:t>
      </w:r>
      <w:r>
        <w:t>часть 3 изложить в следующей редакции: "3. Концедент в течение пяти рабочих дней со дня подписания протокола о результатах проведения конкурса возвращает внесенные участниками конкурса суммы задатков всем участникам конкурса, за исключением победителя конкурса, и (или) отказывается от своих прав по безотзывным банковским гарантиям, предоставленным всеми участниками конкурса в качестве обеспечения заявок на участие в конкурсе, за исключением прав по безотзывной банковской гарантии, предоставленной победителем конкурса в качестве обеспечения заявки на участие в конкурсе."</w:t>
      </w:r>
    </w:p>
    <w:p>
      <w:r>
        <w:rPr>
          <w:b/>
        </w:rPr>
        <w:t xml:space="preserve">12. </w:t>
      </w:r>
      <w:r>
        <w:t>часть 1 после слов "проведения конкурса" дополнить словами "(протокола о результатах проведения конкурса в электронной форме)", после слов "сообщении о проведении конкурса" дополнить словами ", но не ранее чем по истечении десяти дней со дня размещения протокола о результатах проведения конкурса (протокола о результатах проведения конкурса в электронной форме) на официальном сайте для размещения информации о проведении торгов и на официальном сайте концедента"</w:t>
      </w:r>
    </w:p>
    <w:p>
      <w:r>
        <w:rPr>
          <w:b/>
        </w:rPr>
        <w:t xml:space="preserve">12. </w:t>
      </w:r>
      <w:r>
        <w:t>часть 11 после слов "проведения конкурса" дополнить словами "(протокола о результатах проведения конкурса в электронной форме)"</w:t>
      </w:r>
    </w:p>
    <w:p>
      <w:r>
        <w:rPr>
          <w:b/>
        </w:rPr>
        <w:t xml:space="preserve">12. </w:t>
      </w:r>
      <w:r>
        <w:t>в части 2 четвертое предложение исключить</w:t>
      </w:r>
    </w:p>
    <w:p>
      <w:r>
        <w:rPr>
          <w:b/>
        </w:rPr>
        <w:t xml:space="preserve">12. </w:t>
      </w:r>
      <w:r>
        <w:t>в части 3 слова "частью 6 статьи 29" заменить словами "частью 68 статьи 29 и частью 1 статьи 3810", слова "частью 7 статьи 32" заменить словами "частью 10 статьи 32 и частью 5 статьи 3810", слова "единственным участником конкурса" заменить словами "участником конкурса, представившим единственное конкурсное предложение,", после слов "должно быть подписано" дополнить словами "по итогам проведения переговоров, указанных в части 11 настоящей статьи,"</w:t>
      </w:r>
    </w:p>
    <w:p>
      <w:r>
        <w:rPr>
          <w:b/>
        </w:rPr>
        <w:t xml:space="preserve">12. </w:t>
      </w:r>
      <w:r>
        <w:t>в части 31 слова "частью 6 статьи 29 или частью 7 статьи 32" заменить словами "частью 68 статьи 29, частью 10 статьи 32 либо частью 1 или 5 статьи 3810"</w:t>
      </w:r>
    </w:p>
    <w:p>
      <w:r>
        <w:rPr>
          <w:b/>
        </w:rPr>
        <w:t xml:space="preserve">12. </w:t>
      </w:r>
      <w:r>
        <w:t>дополнить частями 5 и 6 следующего содержания: "5. Концедент в течение пяти рабочих дней со дня заключения концессионного соглашения с победителем конкурса или указанным в части 3 настоящей статьи лицом возвращает сумму задатка, внесенную победителем конкурса или указанным в части 3 настоящей статьи лицом, и (или) отказывается от своих прав по безотзывной банковской гарантии, предоставленной победителем конкурса или указанным в части 3 настоящей статьи лицом в качестве обеспечения заявки на участие в конкурсе, а также выполняет иные условия, необходимые для прекращения обязательства гаранта перед бенефициаром по данной безотзывной банковской гарантии, в случае, если такие условия предусмотрены данной безотзывной банковской гарантией и (или) соглашением гаранта с бенефициаром</w:t>
      </w:r>
    </w:p>
    <w:p>
      <w:r>
        <w:rPr>
          <w:b/>
        </w:rPr>
        <w:t xml:space="preserve">6. </w:t>
      </w:r>
      <w:r>
        <w:t>в статье 37:</w:t>
      </w:r>
    </w:p>
    <w:p>
      <w:r>
        <w:rPr>
          <w:b/>
        </w:rPr>
        <w:t xml:space="preserve">6. </w:t>
      </w:r>
      <w:r>
        <w:t>в части 1 слова "частью 6 статьи 29, частью 7 статьи 32" заменить словами "частью 68 статьи 29, частью 10 статьи 32"</w:t>
      </w:r>
    </w:p>
    <w:p>
      <w:r>
        <w:rPr>
          <w:b/>
        </w:rPr>
        <w:t xml:space="preserve">6. </w:t>
      </w:r>
      <w:r>
        <w:t>в пункте 3 части 3 цифры "41" заменить цифрами "42"</w:t>
      </w:r>
    </w:p>
    <w:p>
      <w:r>
        <w:rPr>
          <w:b/>
        </w:rPr>
        <w:t xml:space="preserve">6. </w:t>
      </w:r>
      <w:r>
        <w:t>в части 42 слова "статьей 10" заменить словами "статьями 10 и 42"</w:t>
      </w:r>
    </w:p>
    <w:p>
      <w:r>
        <w:rPr>
          <w:b/>
        </w:rPr>
        <w:t xml:space="preserve">6. </w:t>
      </w:r>
      <w:r>
        <w:t>часть 43 после слова "лицо" дополнить словами ", выступающее с инициативой заключения концессионного соглашения,"</w:t>
      </w:r>
    </w:p>
    <w:p>
      <w:r>
        <w:rPr>
          <w:b/>
        </w:rPr>
        <w:t xml:space="preserve">6. </w:t>
      </w:r>
      <w:r>
        <w:t>дополнить частью 44-1 следующего содержания: "44-1. В срок, не превышающий десяти дней со дня принятия одного из предусмотренных частью 44 настоящей статьи решений, орган, принявший такое решение, уведомляет о принятии такого решения лицо, выступающее с инициативой заключения концессионного соглашения."</w:t>
      </w:r>
    </w:p>
    <w:p>
      <w:r>
        <w:rPr>
          <w:b/>
        </w:rPr>
        <w:t xml:space="preserve">6. </w:t>
      </w:r>
      <w:r>
        <w:t>части 47 и 48 изложить в следующей редакции: "47. В случае принятия решения о возможности заключения концессионного соглашения на условиях, предложенных лицом, выступившим с инициативой заключения концессионного соглашения, орган, уполномоченный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в десятидневный срок со дня принятия такого решения размещает на официальном сайте для размещения информации о проведении торгов такое решение и предложение о заключении концессионного соглашения одновременно с проектом концессионного соглашения в целях принятия заявок о готовности к участию в конкурсе на заключение концессионного соглашения на условиях, определенных в этом проекте концессионного соглашения, в отношении объекта концессионного соглашения, предусмотренного в предложении о заключении концессионного соглашения, от иных лиц, отвечающих требованиям, предъявляемым к концессионеру в соответствии с настоящим Федеральным законом, а также требованиям, предъявляемым в соответствии с частью 41 настоящей статьи к лицу, выступающему с инициативой заключения концессионного соглашения (далее - иное лицо, представляющее заявку о готовности к участию в конкурсе на заключение концессионного соглашения). Решение о возможности заключения концессионного соглашения на условиях, предложенных лицом, выступившим с инициативой заключения концессионного соглашения, должно содержать в том числе информацию о месте и сроке представления заявок о готовности к участию в конкурсе на заключение концессионного соглашения. Форма заявки о готовности к участию в конкурсе на заключение концессионного соглашения утверждается Правительством Российской Федерации</w:t>
      </w:r>
    </w:p>
    <w:p>
      <w:r>
        <w:rPr>
          <w:b/>
        </w:rPr>
        <w:t xml:space="preserve">48. </w:t>
      </w:r>
      <w:r>
        <w:t>о повторном проведении переговоров в форме совместного совещания с лицом, выступающим с инициативой заключения концессионного соглашения, в целях обсуждения условий концессионного соглашения и их согласования по результатам переговоров в порядке, установленном таким уполномоченным органом</w:t>
      </w:r>
    </w:p>
    <w:p>
      <w:r>
        <w:rPr>
          <w:b/>
        </w:rPr>
        <w:t xml:space="preserve">48. </w:t>
      </w:r>
      <w:r>
        <w:t>о невозможности заключения концессионного соглашения на условиях, представленных в измененном предложении о заключении концессионного соглашения, с указанием причин отказа. 48-3. В случае, если измененным проектом концессионного соглашения предусматривается увеличение объема заявленных в проекте концессионного соглашения инвестиций, лицом, выступившим с предложением о заключении концессионного соглашения, представляются документально подтвержденные сведения о наличии средств или возможности их получения в размере не менее пяти процентов от объема заявленных в проекте концессионного соглашения инвестиций в соответствии с измененным проектом концессионного соглашения.";</w:t>
      </w:r>
    </w:p>
    <w:p>
      <w:r>
        <w:rPr>
          <w:b/>
        </w:rPr>
        <w:t xml:space="preserve">48. </w:t>
      </w:r>
      <w:r>
        <w:t>главу 3 дополнить статьей 381 следующего содержания: "Статья 381. Предоставление безотзывной банковской гарантии в качестве способа обеспечения заявки на участие в конкурсе, обеспечения исполнения обязательств концессионера по концессионному соглашению 1. Концедент в качестве способа обеспечения заявки на участие в конкурсе, обеспечения исполнения обязательств концессионера по концессионному соглашению вправе выбрать предоставление заявителем (концессионером) безотзывной банковской гарантии, соответствующей требованиям, установленным Правительством Российской Федерации, и выданной государственной корпорацией развития "ВЭБ.РФ" или банком, соответствующим требованиям, установленным Правительством Российской Федерации</w:t>
      </w:r>
    </w:p>
    <w:p>
      <w:r>
        <w:rPr>
          <w:b/>
        </w:rPr>
        <w:t xml:space="preserve">48. </w:t>
      </w:r>
      <w:r>
        <w:t>часть 49 изложить в следующей редакции: "49. В случае, если в сорокапятидневный срок со дня размещения предложения о заключении концессионного соглашения на официальном сайте для размещения информации о проведении торгов поступили заявки о готовности к участию в конкурсе на заключение концессионного соглашения в отношении объекта концессионного соглашения, предусмотренного в указанном предложении, от иных лиц, представляющих заявки о готовности к участию в конкурсе на заключение концессионного соглашения, орган, уполномоченный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в срок не более десяти рабочих дней после истечения срока, установленного настоящей частью, рассматривает такие заявки на предмет их соответствия требованиям, предъявляемым к форме такой заявки, а также соответствия лиц, представивших такие заявки, требованиям, предъявляемым в соответствии с настоящим Федеральным законом к концессионеру и иным лицам, представляющим заявки о готовности к участию в конкурсе на заключение концессионного соглашения, и по результатам их рассмотрения составляет протокол рассмотрения заявок о готовности к участию в конкурсе на заключение концессионного соглашения. Данный протокол должен содержать в том числе перечень лиц, представивших заявки о готовности к участию в конкурсе на заключение концессионного соглашения, с указанием их наименований (для юридических лиц) или фамилий, имен и (при наличии) отчеств (для индивидуальных предпринимателей), а также информацию об их соответствии требованиям, предъявляемым в соответствии с настоящим Федеральным законом к концессионеру и этим лицам. Протокол рассмотрения заявок о готовности к участию в конкурсе на заключение концессионного соглашения размещается органом, уполномоченным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на официальном сайте для размещения информации о проведении торгов в течение трех рабочих дней со дня его подписания."</w:t>
      </w:r>
    </w:p>
    <w:p>
      <w:r>
        <w:rPr>
          <w:b/>
        </w:rPr>
        <w:t xml:space="preserve">48. </w:t>
      </w:r>
      <w:r>
        <w:t>дополнить частями 49-1 - 49-3 следующего содержания: "49-1. В случае, если органом, уполномоченным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по результатам рассмотрения заявок о готовности к участию в конкурсе на заключение концессионного соглашения установлено несоответствие лиц, представивших такие заявки, требованиям, предъявляемым в соответствии с настоящим Федеральным законом к концессионеру и иным лицам, представляющим заявки о готовности к участию в конкурсе на заключение концессионного соглашения, и (или) установлено несоответствие представленных этими лицами заявок о готовности к участию в конкурсе на заключение концессионного соглашения требованиям, предъявляемым к форме такой заявки, концессионное соглашение заключается на условиях, предусмотренных в предложении о заключении концессионного соглашения и проекте концессионного соглашения (измененном проекте концессионного соглашения), без проведения конкурса в порядке, установленном настоящим Федеральным законом, с учетом особенностей, установленных частью 410 настоящей статьи. 49-2. В случае, если органом, уполномоченным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по результатам рассмотрения заявок о готовности к участию в конкурсе на заключение концессионного соглашения установлено, что хотя бы одно лицо, представившее такую заявку, соответствует требованиям, предъявляемым в соответствии с настоящим Федеральным законом к концессионеру и иным лицам, представляющим заявки о готовности к участию в конкурсе на заключение концессионного соглашения, и представленная им заявка о готовности к участию в конкурсе на заключение концессионного соглашения соответствует требованиям, предъявляемым к форме такой заявки, не позднее чем через сорок пять рабочих дней со дня подписания протокола рассмотрения заявок о готовности к участию в конкурсе на заключение концессионного соглашения принимается решение о заключении концессионного соглашения на конкурсной основе в соответствии со статьей 22 настоящего Федерального закона. Разработанная в этом случае конкурсная документация не должна содержать требований, необоснованно ограничивающих доступ лица, выступающего с инициативой заключения концессионного соглашения, или какого-либо из участников конкурса к участию в конкурсе и (или) создающих лицу, выступающему с инициативой заключения концессионного соглашения, или кому-либо из участников конкурса преимущественные условия участия в конкурсе. 49-3. Иное лицо, представляющее заявку о готовности к участию в конкурсе на заключение концессионного соглашения, вправе изменить или отозвать свою заявку о готовности к участию в конкурсе на заключение концессионного соглашения в любое время до истечения срока представления такой заявки, установленного частью 49 настоящей статьи. Изменение заявки о готовности к участию в конкурсе на заключение концессионного соглашения или уведомление о ее отзыве считается действительным, если указанные изменение или уведомление поступило в орган, уполномоченный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до истечения срока представления такой заявки, установленного частью 49 настоящей статьи. В конкурсной документации может быть предусмотрена обязанность лица, с которым заключено концессионное соглашение, возместить лицу, выступившему с инициативой заключения концессионного соглашения, расходы на подготовку предложения о заключении концессионного соглашения в размере, не превышающем предельного размера расходов, установленного Правительством Российской Федерации. Расходами на подготовку предложения о заключении концессионного соглашения признаются обоснованные и документально подтвержденные затраты. Размер, порядок и срок возмещения расходов на подготовку предложения о заключении концессионного соглашения устанавливаются конкурсной документацией, а также в концессионном соглашении."</w:t>
      </w:r>
    </w:p>
    <w:p>
      <w:r>
        <w:rPr>
          <w:b/>
        </w:rPr>
        <w:t xml:space="preserve">48. </w:t>
      </w:r>
      <w:r>
        <w:t>в абзаце первом части 410 слова "в информационно-телекоммуникационной сети "Интернет" и слова ", определенном Правительством Российской Федерации," исключить; л) часть 411 изложить в следующей редакции: "411. Лицо, выступающее с инициативой заключения концессионного соглашения, иные лица, представляющие заявки о готовности к участию в конкурсе на заключение концессионного соглашения, должны отвечать требованиям, предъявляемым к концессионеру в соответствии с настоящим Федеральным законом, а также подтвердить наличие средств или возможности их получения в размере не менее пяти процентов объема заявленных в проекте концессионного соглашения инвестиций (предельного размера расходов на создание и (или) реконструкцию объекта концессионного соглашения, которые предполагается осуществить концессионером, на каждый год срока действия концессионного соглашения) и отсутствие неисполненной обязанности по уплате налогов, сборов, пеней, штрафов, процентов, подлежащих уплате в соответствии с законодательством о налогах и сборах."</w:t>
      </w:r>
    </w:p>
    <w:p>
      <w:r>
        <w:rPr>
          <w:b/>
        </w:rPr>
        <w:t xml:space="preserve">2. </w:t>
      </w:r>
      <w:r>
        <w:t>дополнить главой 31 следующего содержания: "Глава 31. Проведение конкурса в электронной форме</w:t>
      </w:r>
    </w:p>
    <w:p>
      <w:r>
        <w:rPr>
          <w:b/>
        </w:rPr>
        <w:t>Статья 382. Особенности проведения конкурса в электронной форме</w:t>
      </w:r>
    </w:p>
    <w:p>
      <w:r>
        <w:rPr>
          <w:b/>
        </w:rPr>
        <w:t xml:space="preserve">1. </w:t>
      </w:r>
      <w:r>
        <w:t>Оператор электронной площадки, электронная площадка, порядок ее функционирования должны соответствовать единым требованиям к операторам электронных площадок, электронным площадкам и функционированию электронных площадок, установленным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(далее - единые требования)</w:t>
      </w:r>
    </w:p>
    <w:p>
      <w:r>
        <w:rPr>
          <w:b/>
        </w:rPr>
        <w:t xml:space="preserve">2. </w:t>
      </w:r>
      <w:r>
        <w:t>Не допускается взимание оператором электронной площадки с концедента, заявителя, участника конкурса в электронной форме и организации, осуществляющей выдачу безотзывной банковской гарантии, предоставляемой в качестве обеспечения заявки на участие в конкурсе в электронной форме (далее - гарант), платы за аккредитацию, идентификацию и аутентификацию на электронной площадке, а также при проведении конкурса в электронной форме</w:t>
      </w:r>
    </w:p>
    <w:p>
      <w:r>
        <w:rPr>
          <w:b/>
        </w:rPr>
        <w:t xml:space="preserve">3. </w:t>
      </w:r>
      <w:r>
        <w:t>Оператор электронной площадки в целях организации и проведения конкурса в электронной форме обеспечивает</w:t>
      </w:r>
    </w:p>
    <w:p>
      <w:r>
        <w:rPr>
          <w:b/>
        </w:rPr>
        <w:t xml:space="preserve">4. </w:t>
      </w:r>
      <w:r>
        <w:t>Оператор электронной площадки несет ответственность</w:t>
      </w:r>
    </w:p>
    <w:p>
      <w:r>
        <w:rPr>
          <w:b/>
        </w:rPr>
        <w:t xml:space="preserve">5. </w:t>
      </w:r>
      <w:r>
        <w:t>Оператор электронной площадки приостанавливает проведение конкурса в электронной форме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конкурса в электронной форме начинается с того момента, с которого конкурс в электронной форме был прерван. В течение одного часа с момента приостановления проведения конкурса в электронной форме оператор электронной площадки размещает на электронной площадке информацию о причине приостановления проведения конкурса в электронной форме, времени приостановления и возобновления проведения конкурса в электронной форме, уведомляет об этом концедента, заявителя и участника конкурса в электронной форме</w:t>
      </w:r>
    </w:p>
    <w:p>
      <w:r>
        <w:rPr>
          <w:b/>
        </w:rPr>
        <w:t xml:space="preserve">6. </w:t>
      </w:r>
      <w:r>
        <w:t>Операторы электронных площадок, которые включены в перечень операторов электронных площадок, утвержденный Правительством Российской Федерации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ежегодно до 25 января представляют в федеральный орган исполнительной власти, уполномоченный на осуществление государственной политики в области инвестиционной деятельности, годовой отчет о деятельности соответствующей электронной площадки, включающий в себя информацию о проведенных конкурсах в электронной форме на федеральном, региональном и муниципальном уровнях, по форме, установленной таким органом</w:t>
      </w:r>
    </w:p>
    <w:p>
      <w:r>
        <w:rPr>
          <w:b/>
        </w:rPr>
        <w:t xml:space="preserve">7. </w:t>
      </w:r>
      <w:r>
        <w:t>Документы и материалы, размещаемые на электронной площадке оператором электронной площадки, концедентом, заявителем, участником конкурса в электронной форме и гарантом в соответствии с настоящим Федеральным законом и нормативными правовыми актами Правительства Российской Федерации, регулирующими отношения, связанные с организацией и проведением конкурса в электронной форме, должны быть представлены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подписанных (заверенных) усиленной квалифицированной электронной подписью оператора электронной площадки, концедента, заявителя, участника конкурса в электронной форме, гаранта либо лица, имеющего право действовать от их имени</w:t>
      </w:r>
    </w:p>
    <w:p>
      <w:r>
        <w:rPr>
          <w:b/>
        </w:rPr>
        <w:t xml:space="preserve">8. </w:t>
      </w:r>
      <w:r>
        <w:t>Уведомления, направляемые оператором электронной площадки, концедентом, заявителем и участником конкурса в электронной форме с использованием программно-аппаратных средств электронной площадки в соответствии с настоящим Федеральным законом и нормативными правовыми актами Правительства Российской Федерации, регулирующими отношения, связанные с организацией и проведением конкурса в электронной форме, должны быть подписаны усиленной квалифицированной электронной подписью оператора электронной площадки, концедента, заявителя, участника конкурса в электронной форме либо лица, имеющего право действовать от их имени</w:t>
      </w:r>
    </w:p>
    <w:p>
      <w:r>
        <w:rPr>
          <w:b/>
        </w:rPr>
        <w:t xml:space="preserve">9. </w:t>
      </w:r>
      <w:r>
        <w:t>Лица, разместившие на электронной площадке документы и материалы, указанные в части 7 настоящей статьи, а также лица, направившие указанные в части 8 настоящей статьи уведомления, несут ответственность за подлинность и достоверность таких документов, материалов и информации, представленной в указанных уведомлениях</w:t>
      </w:r>
    </w:p>
    <w:p>
      <w:r>
        <w:rPr>
          <w:b/>
        </w:rPr>
        <w:t xml:space="preserve">10. </w:t>
      </w:r>
      <w:r>
        <w:t>Документы и материалы, связанные с организацией и проведением конкурса в электронной форме, в том числе поступившие от концедента, заявителя, участника конкурса в электронной форме и гаранта, хранятся оператором электронной площадки</w:t>
      </w:r>
    </w:p>
    <w:p>
      <w:r>
        <w:rPr>
          <w:b/>
        </w:rPr>
        <w:t xml:space="preserve">11. </w:t>
      </w:r>
      <w:r>
        <w:t>Размещение концедентом в соответствии с настоящим Федеральным законом на электронной площадке документов и материалов осуществляется в открытом разделе электронной площадки после прохождения процедур аккредитации, идентификации и аутентификации на этой электронной площадке в соответствии с порядком организации и проведения конкурса в электронной форме и аккредитации на электронной площадке лиц, принимающих участие в процедуре организации и проведения конкурса в электронной форме, установленным Правительством Российской Федерации</w:t>
      </w:r>
    </w:p>
    <w:p>
      <w:r>
        <w:rPr>
          <w:b/>
        </w:rPr>
        <w:t xml:space="preserve">3. </w:t>
      </w:r>
      <w:r>
        <w:t>проведение конкурса в электронной форме в соответствии с требованиями настоящего Федерального закона и нормативных правовых актов Правительства Российской Федерации, регулирующих отношения, связанные с организацией и проведением конкурса в электронной форме</w:t>
      </w:r>
    </w:p>
    <w:p>
      <w:r>
        <w:rPr>
          <w:b/>
        </w:rPr>
        <w:t xml:space="preserve">3. </w:t>
      </w:r>
      <w:r>
        <w:t>непрерывность проведения конкурса в электронной форме, надежность функционирования программно-аппаратных средств электронной площадки, используемых для его проведения</w:t>
      </w:r>
    </w:p>
    <w:p>
      <w:r>
        <w:rPr>
          <w:b/>
        </w:rPr>
        <w:t xml:space="preserve">3. </w:t>
      </w:r>
      <w:r>
        <w:t>бесперебойное функционирование электронной площадки и круглосуточный бесплатный доступ физических и юридических лиц для ознакомления с информацией о проведении конкурса в электронной форме, размещенной на электронной площадке (за исключением времени проведения профилактических работ)</w:t>
      </w:r>
    </w:p>
    <w:p>
      <w:r>
        <w:rPr>
          <w:b/>
        </w:rPr>
        <w:t xml:space="preserve">3. </w:t>
      </w:r>
      <w:r>
        <w:t>возможность размещения на электронной площадке концедентом, заявителем, участником конкурса в электронной форме и гарантом документов и материалов, предусмотренных настоящим Федеральным законом и нормативными правовыми актами Правительства Российской Федерации, регулирующими отношения, связанные с организацией и проведением конкурса в электронной форме</w:t>
      </w:r>
    </w:p>
    <w:p>
      <w:r>
        <w:rPr>
          <w:b/>
        </w:rPr>
        <w:t xml:space="preserve">3. </w:t>
      </w:r>
      <w:r>
        <w:t>регистрацию заявок на участие в конкурсе в электронной форме, конкурсных предложений, а также безотзывных банковских гарантий, предоставляемых в качестве обеспечения таких заявок</w:t>
      </w:r>
    </w:p>
    <w:p>
      <w:r>
        <w:rPr>
          <w:b/>
        </w:rPr>
        <w:t xml:space="preserve">3. </w:t>
      </w:r>
      <w:r>
        <w:t>хранение и обработку документов и материалов, размещаемых концедентом, заявителем, участником конкурса в электронной форме, а также гарантом на электронной площадке, с использованием сертифицированных в установленном законодательством Российской Федерации порядке средств защиты информации</w:t>
      </w:r>
    </w:p>
    <w:p>
      <w:r>
        <w:rPr>
          <w:b/>
        </w:rPr>
        <w:t xml:space="preserve">3. </w:t>
      </w:r>
      <w:r>
        <w:t>прекращение приема заявок на участие в конкурсе в электронной форме и прилагаемых к ним документов, а также конкурсных предложений по истечении срока, указанного в сообщении о проведении конкурса и установленного конкурсной документацией</w:t>
      </w:r>
    </w:p>
    <w:p>
      <w:r>
        <w:rPr>
          <w:b/>
        </w:rPr>
        <w:t xml:space="preserve">3. </w:t>
      </w:r>
      <w:r>
        <w:t>защиту информации, находящейся в документах и материалах, размещаемых концедентом, заявителем, участником конкурса в электронной форме и гарантом на электронной площадке, в том числе сохранность указанной информации, предупреждение ее уничтожения, несанкционированных изменения и копирования</w:t>
      </w:r>
    </w:p>
    <w:p>
      <w:r>
        <w:rPr>
          <w:b/>
        </w:rPr>
        <w:t xml:space="preserve">3. </w:t>
      </w:r>
      <w:r>
        <w:t>равный доступ всех заявителей и участников конкурса в электронной форме к участию в конкурсе в электронной форме</w:t>
      </w:r>
    </w:p>
    <w:p>
      <w:r>
        <w:rPr>
          <w:b/>
        </w:rPr>
        <w:t xml:space="preserve">3. </w:t>
      </w:r>
      <w:r>
        <w:t>возможность поиска на электронной площадке информации о проведении конкурса в электронной форме</w:t>
      </w:r>
    </w:p>
    <w:p>
      <w:r>
        <w:rPr>
          <w:b/>
        </w:rPr>
        <w:t xml:space="preserve">3. </w:t>
      </w:r>
      <w:r>
        <w:t>автоматическое уведомление концедента, заявителя, участника конкурса в электронной форме и гаранта о сроках проведения профилактических работ в момент размещения информации о проведении конкурса в электронной форме на электронной площадке, но не позднее чем за пять календарных дней до дня начала проведения таких работ</w:t>
      </w:r>
    </w:p>
    <w:p>
      <w:r>
        <w:rPr>
          <w:b/>
        </w:rPr>
        <w:t xml:space="preserve">4. </w:t>
      </w:r>
      <w:r>
        <w:t>за обеспечение технической возможности проведения конкурса в электронной форме и доступа концедента, заявителя, участника конкурса в электронной форме и гаранта к электронной площадке</w:t>
      </w:r>
    </w:p>
    <w:p>
      <w:r>
        <w:rPr>
          <w:b/>
        </w:rPr>
        <w:t xml:space="preserve">4. </w:t>
      </w:r>
      <w:r>
        <w:t>за обеспечение конфиденциальности процедуры проведения конкурса в электронной форме, сведений о поступивших от заявителя, участника конкурса в электронной форме и гаранта документах и материалах, предусмотренных настоящим Федеральным законом, а также сведений о лицах, представивших такие документы и материалы, за исключением случаев доступа концедента к таким документам и материалам в порядке, установленном настоящим Федеральным законом</w:t>
      </w:r>
    </w:p>
    <w:p>
      <w:r>
        <w:rPr>
          <w:b/>
        </w:rPr>
        <w:t>Статья 383. Представление заявок на участие в конкурсе в электронной форме</w:t>
      </w:r>
    </w:p>
    <w:p>
      <w:r>
        <w:rPr>
          <w:b/>
        </w:rPr>
        <w:t xml:space="preserve">1. </w:t>
      </w:r>
      <w:r>
        <w:t>Представление заявок на участие в конкурсе в электронной форме осуществляется только заявителями, аккредитованными на электронной площадке</w:t>
      </w:r>
    </w:p>
    <w:p>
      <w:r>
        <w:rPr>
          <w:b/>
        </w:rPr>
        <w:t xml:space="preserve">2. </w:t>
      </w:r>
      <w:r>
        <w:t>Заявка на участие в конкурсе в электронной форме должна соответствовать требованиям, установленным к такой заявке конкурсной документацией, и содержать документы и материалы, предусмотренные конкурсной документацией и подтверждающие соответствие заявителей требованиям, предъявляемым к участникам конкурса в электронной форме, а также опись документов и материалов, содержащихся в такой заявке. В качестве заявителей могут выступать лица, указанные в пункте 2 части 1 статьи 5 настоящего Федерального закона</w:t>
      </w:r>
    </w:p>
    <w:p>
      <w:r>
        <w:rPr>
          <w:b/>
        </w:rPr>
        <w:t xml:space="preserve">3. </w:t>
      </w:r>
      <w:r>
        <w:t>Заявка на участие в конкурсе в электронной форме оформляется на русском языке и подписывается (заверяется) усиленной квалифицированной электронной подписью заявителя или лица, имеющего право действовать от его имени</w:t>
      </w:r>
    </w:p>
    <w:p>
      <w:r>
        <w:rPr>
          <w:b/>
        </w:rPr>
        <w:t xml:space="preserve">4. </w:t>
      </w:r>
      <w:r>
        <w:t>Срок представления заявок на участие в конкурсе в электронной форме должен составлять не менее чем тридцать рабочих дней со дня опубликования и размещения сообщения о проведении конкурса в электронной форме</w:t>
      </w:r>
    </w:p>
    <w:p>
      <w:r>
        <w:rPr>
          <w:b/>
        </w:rPr>
        <w:t xml:space="preserve">5. </w:t>
      </w:r>
      <w:r>
        <w:t>Заявка на участие в конкурсе в электронной форме, содержащая документы и материалы, предусмотренные частью 2 настоящей статьи, размещается заявителем в соответствующем разделе закрытой части электронной площадки, созданном оператором электронной площадки для размещения заявок на участие в конкурсе в электронной форме и конкурсных предложений (далее - закрытый раздел электронной площадки), в порядке, установленном конкурсной документацией, с учетом требований, предусмотренных частью 7 статьи 382 настоящего Федерального закона</w:t>
      </w:r>
    </w:p>
    <w:p>
      <w:r>
        <w:rPr>
          <w:b/>
        </w:rPr>
        <w:t xml:space="preserve">6. </w:t>
      </w:r>
      <w:r>
        <w:t>В течение одного часа с момента размещения заявителем в закрытом разделе электронной площадки заявки на участие в конкурсе в электронной форме оператор электронной площадки осуществляет регистрацию такой заявки в электронном журнале заявок, за исключением случаев, установленных частью 8 настоящей статьи, и направляет заявителю уведомление о ее поступлении в форме электронного документа с указанием присвоенного такой заявке идентификационного номера. Каждой заявке на участие в конкурсе в электронной форме присваивается идентификационный номер с указанием даты и точного времени ее представления (часы и минуты)</w:t>
      </w:r>
    </w:p>
    <w:p>
      <w:r>
        <w:rPr>
          <w:b/>
        </w:rPr>
        <w:t xml:space="preserve">7. </w:t>
      </w:r>
      <w:r>
        <w:t>В течение одного часа с момента регистрации заявки на участие в конкурсе в электронной форме в электронном журнале заявок оператор электронной площадки направляет концеденту уведомление о поступлении заявки на участие в конкурсе в электронной форме с указанием наименования (для юридического лица) или фамилии, имени и (при наличии) отчества (для индивидуального предпринимателя) заявителя, разместившего такую заявку</w:t>
      </w:r>
    </w:p>
    <w:p>
      <w:r>
        <w:rPr>
          <w:b/>
        </w:rPr>
        <w:t xml:space="preserve">8. </w:t>
      </w:r>
      <w:r>
        <w:t>В течение одного часа с момента размещения заявителем в закрытом разделе электронной площадки заявки на участие в конкурсе в электронной форме оператор электронной площадки возвращает такую заявку представившему ее заявителю без ее регистрации в электронном журнале заявок в случае</w:t>
      </w:r>
    </w:p>
    <w:p>
      <w:r>
        <w:rPr>
          <w:b/>
        </w:rPr>
        <w:t xml:space="preserve">9. </w:t>
      </w:r>
      <w:r>
        <w:t>Одновременно с возвратом заявки на участие в конкурсе в электронной форме оператор электронной площадки уведомляет в форме электронного документа заявителя, представившего такую заявку, об основаниях ее возврата</w:t>
      </w:r>
    </w:p>
    <w:p>
      <w:r>
        <w:rPr>
          <w:b/>
        </w:rPr>
        <w:t xml:space="preserve">10. </w:t>
      </w:r>
      <w:r>
        <w:t>В случае, если по истечении срока представления заявок на участие в конкурсе в электронной форме представлено менее двух заявок на участие в конкурсе в электронной форме, конкурс в электронной форме по решению концедента, принимаемому на следующий день после истечения указанного срока, объявляется несостоявшимся. Конкурсная комиссия рассматривает единственную представленную заявку на участие в конкурсе в электронной форме в порядке, установленном частью 1 статьи 3810 настоящего Федерального закона</w:t>
      </w:r>
    </w:p>
    <w:p>
      <w:r>
        <w:rPr>
          <w:b/>
        </w:rPr>
        <w:t xml:space="preserve">11. </w:t>
      </w:r>
      <w:r>
        <w:t>Заявитель, представивший заявку на участие в конкурсе в электронной форме в закрытом разделе электронной площадки, имеет возможность просмотра, изменения и отзыва такой заявки до истечения срока (даты и времени) представления заявок на участие в конкурсе в электронной форме, указанного в сообщении о проведении конкурса и установленного конкурсной документацией</w:t>
      </w:r>
    </w:p>
    <w:p>
      <w:r>
        <w:rPr>
          <w:b/>
        </w:rPr>
        <w:t xml:space="preserve">12. </w:t>
      </w:r>
      <w:r>
        <w:t>В случае изменения заявки на участие в конкурсе в электронной форме заявитель размещает в закрытом разделе электронной площадки новую заявку на участие в конкурсе в электронной форме взамен ранее размещенной в соответствии с требованиями частей 2 - 5 настоящей статьи. Оператор электронной площадки осуществляет регистрацию новой заявки на участие в конкурсе в электронной форме в порядке, установленном частями 6 - 9 настоящей статьи</w:t>
      </w:r>
    </w:p>
    <w:p>
      <w:r>
        <w:rPr>
          <w:b/>
        </w:rPr>
        <w:t xml:space="preserve">13. </w:t>
      </w:r>
      <w:r>
        <w:t>В случае отзыва заявителем заявки на участие в конкурсе в электронной форме заявитель направляет уведомление об отзыве заявки на участие в конкурсе в электронной форме оператору электронной площадки. Оператор электронной площадки в течение одного часа с момента поступления ему такого уведомления вносит в электронный журнал заявок на участие в конкурсе в электронной форме информацию об отзыве заявителем заявки на участие в конкурсе в электронной форме и направляет концеденту соответствующее уведомление об отзыве заявителем заявки на участие в конкурсе в электронной форме</w:t>
      </w:r>
    </w:p>
    <w:p>
      <w:r>
        <w:rPr>
          <w:b/>
        </w:rPr>
        <w:t xml:space="preserve">14. </w:t>
      </w:r>
      <w:r>
        <w:t>Оператор электронной площадки в течение одного часа с момента поступления от заявителя уведомления об отзыве заявки на участие в конкурсе в электронной форме направляет заявителю уведомление об отзыве его заявки с приложенными документами и материалами, размещенными заявителем в составе заявки на участие в конкурсе в электронной форме в закрытом разделе электронной площадки</w:t>
      </w:r>
    </w:p>
    <w:p>
      <w:r>
        <w:rPr>
          <w:b/>
        </w:rPr>
        <w:t xml:space="preserve">15. </w:t>
      </w:r>
      <w:r>
        <w:t>Концедент в течение пяти рабочих дней со дня поступления ему уведомления об отзыве заявителем заявки на участие в конкурсе в электронной форме возвращает внесенную заявителем сумму задатка и (или) отказывается от своих прав по безотзывной банковской гарантии, предоставленной заявителем в качестве обеспечения заявки на участие в конкурсе в электронной форме, а также выполняет иные условия, необходимые для прекращения обязательства гаранта перед бенефициаром по данной безотзывной банковской гарантии, в случае, если такие условия предусмотрены данной безотзывной банковской гарантией и (или) соглашением гаранта с бенефициаром</w:t>
      </w:r>
    </w:p>
    <w:p>
      <w:r>
        <w:rPr>
          <w:b/>
        </w:rPr>
        <w:t xml:space="preserve">16. </w:t>
      </w:r>
      <w:r>
        <w:t>В случае, если конкурсной документацией предусмотрено перечисление суммы задатка на счет оператора электронной площадки, оператор электронной площадки не позднее одного рабочего дня, следующего за днем поступления уведомления об отзыве заявителем заявки на участие в конкурсе в электронной форме, возвращает такому заявителю сумму задатка</w:t>
      </w:r>
    </w:p>
    <w:p>
      <w:r>
        <w:rPr>
          <w:b/>
        </w:rPr>
        <w:t xml:space="preserve">8. </w:t>
      </w:r>
      <w:r>
        <w:t>представления заявки с нарушением требований, предусмотренных частью 7 статьи 382 настоящего Федерального закона</w:t>
      </w:r>
    </w:p>
    <w:p>
      <w:r>
        <w:rPr>
          <w:b/>
        </w:rPr>
        <w:t xml:space="preserve">8. </w:t>
      </w:r>
      <w:r>
        <w:t>представления одним заявителем двух и более заявок на участие в конкурсе в электронной форме при условии, что представленные ранее заявки этим заявителем не отозваны. В данном случае заявителю возвращаются все размещенные им заявки на участие в конкурсе в электронной форме</w:t>
      </w:r>
    </w:p>
    <w:p>
      <w:r>
        <w:rPr>
          <w:b/>
        </w:rPr>
        <w:t xml:space="preserve">8. </w:t>
      </w:r>
      <w:r>
        <w:t>размещения заявки после истечения срока (даты и времени) представления заявок на участие в конкурсе в электронной форме</w:t>
      </w:r>
    </w:p>
    <w:p>
      <w:r>
        <w:rPr>
          <w:b/>
        </w:rPr>
        <w:t xml:space="preserve">8. </w:t>
      </w:r>
      <w:r>
        <w:t>размещения заявки заявителем, срок аккредитации которого на электронной площадке истекает менее чем через три месяца</w:t>
      </w:r>
    </w:p>
    <w:p>
      <w:r>
        <w:rPr>
          <w:b/>
        </w:rPr>
        <w:t>Статья 384. Обеспечение заявки при проведении конкурса в электронной форме</w:t>
      </w:r>
    </w:p>
    <w:p>
      <w:r>
        <w:rPr>
          <w:b/>
        </w:rPr>
        <w:t xml:space="preserve">1. </w:t>
      </w:r>
      <w:r>
        <w:t>Обеспечение заявки на участие в конкурсе в электронной форме осуществляется заявителем путем внесения суммы задатка и (или) предоставления безотзывной банковской гарантии в соответствии с требованиями к такому обеспечению, установленными конкурсной документацией. Правила предоставления безотзывной банковской гарантии, предоставляемой в качестве обеспечения заявки на участие в конкурсе в электронной форме, устанавливаются Правительством Российской Федерации</w:t>
      </w:r>
    </w:p>
    <w:p>
      <w:r>
        <w:rPr>
          <w:b/>
        </w:rPr>
        <w:t xml:space="preserve">2. </w:t>
      </w:r>
      <w:r>
        <w:t>Взыскание по безотзывной банковской гарантии, предоставленной в качестве обеспечения заявки на участие в конкурсе в электронной форме, производится в случае отказа или уклонения победителя конкурса в электронной форме от подписания в установленный срок концессионного соглашения</w:t>
      </w:r>
    </w:p>
    <w:p>
      <w:r>
        <w:rPr>
          <w:b/>
        </w:rPr>
        <w:t xml:space="preserve">3. </w:t>
      </w:r>
      <w:r>
        <w:t>В случае, если концедентом в качестве способа обеспечения заявки на участие в конкурсе в электронной форме выбрано внесение суммы задатка, концедент вправе при определении в конкурсной документации реквизитов счета, на который вносится сумма задатка, указать реквизиты счета оператора электронной площадки, на которой планируется проведение конкурса в электронной форме. Информация о реквизитах счета, на который вносится сумма задатка, размещается концедентом в открытом разделе электронной площадки</w:t>
      </w:r>
    </w:p>
    <w:p>
      <w:r>
        <w:rPr>
          <w:b/>
        </w:rPr>
        <w:t xml:space="preserve">4. </w:t>
      </w:r>
      <w:r>
        <w:t>Требования к банкам, в которых оператор электронной площадки вправе открывать счета для учета денежных средств, предоставляемых заявителями в качестве обеспечения заявки на участие в конкурсе в электронной форме, утверждаются Правительством Российской Федерации</w:t>
      </w:r>
    </w:p>
    <w:p>
      <w:r>
        <w:rPr>
          <w:b/>
        </w:rPr>
        <w:t xml:space="preserve">5. </w:t>
      </w:r>
      <w:r>
        <w:t>В случае, если конкурсной документацией предусмотрено перечисление суммы задатка на счет оператора электронной площадки, оператор электронной площадки в течение одного часа с момента истечения срока представления заявок на участие в конкурсе в электронной форме формирует реестр поступивших задатков, в котором содержится информация о сумме задатка, предусмотренной конкурсной документацией, и суммах задатков, поступивших от заявителей на счет оператора электронной площадки</w:t>
      </w:r>
    </w:p>
    <w:p>
      <w:r>
        <w:rPr>
          <w:b/>
        </w:rPr>
        <w:t xml:space="preserve">6. </w:t>
      </w:r>
      <w:r>
        <w:t>Оператор электронной площадки возвращает сумму задатка заявителю, участнику конкурса в электронной форме, в том числе признанному победителем конкурса в электронной форме, в случаях, предусмотренных настоящим Федеральным законом</w:t>
      </w:r>
    </w:p>
    <w:p>
      <w:r>
        <w:rPr>
          <w:b/>
        </w:rPr>
        <w:t>Статья 385. Проведение предварительного отбора участников конкурса в электронной форме</w:t>
      </w:r>
    </w:p>
    <w:p>
      <w:r>
        <w:rPr>
          <w:b/>
        </w:rPr>
        <w:t xml:space="preserve">1. </w:t>
      </w:r>
      <w:r>
        <w:t>На дату и время начала рассмотрения заявок на участие в конкурсе в электронной форме, которые установлены конкурсной документацией и указаны в сообщении о проведении конкурса, оператор электронной площадки через рабочий раздел электронной площадки, доступ к которому имеет только концедент (далее - личный кабинет концедента), обеспечивает доступ концедента к представленным заявителями заявкам на участие в конкурсе в электронной форме и содержащимся в них документам и материалам, а также к электронному журналу заявок</w:t>
      </w:r>
    </w:p>
    <w:p>
      <w:r>
        <w:rPr>
          <w:b/>
        </w:rPr>
        <w:t xml:space="preserve">2. </w:t>
      </w:r>
      <w:r>
        <w:t>В случае, если конкурсной документацией предусмотрено предоставление заявителями безотзывных банковских гарантий в качестве обеспечения заявки на участие в конкурсе в электронной форме, на дату и время начала рассмотрения заявок на участие в конкурсе в электронной форме, которые установлены конкурсной документацией и указаны в сообщении о проведении конкурса, оператор электронной площадки через личный кабинет концедента обеспечивает доступ концедента к предоставленным безотзывным банковским гарантиям и электронному журналу банковских гарантий</w:t>
      </w:r>
    </w:p>
    <w:p>
      <w:r>
        <w:rPr>
          <w:b/>
        </w:rPr>
        <w:t xml:space="preserve">3. </w:t>
      </w:r>
      <w:r>
        <w:t>В случае, если конкурсной документацией предусмотрено перечисление суммы задатка на счет оператора электронной площадки, на дату и время начала рассмотрения заявок на участие в конкурсе в электронной форме, которые установлены конкурсной документацией и указаны в сообщении о проведении конкурса, оператор электронной площадки через личный кабинет концедента обеспечивает доступ концедента к реестру поступивших задатков</w:t>
      </w:r>
    </w:p>
    <w:p>
      <w:r>
        <w:rPr>
          <w:b/>
        </w:rPr>
        <w:t xml:space="preserve">4. </w:t>
      </w:r>
      <w:r>
        <w:t>До даты и времени начала рассмотрения заявок на участие в конкурсе в электронной форме, которые установлены конкурсной документацией и указаны в сообщении о проведении конкурса, у концедента отсутствует доступ к представленным заявителями заявкам на участие в конкурсе в электронной форме и содержащимся в них документам и материалам, а также к реестру поступивших задатков, электронному журналу заявок и электронному журналу банковских гарантий</w:t>
      </w:r>
    </w:p>
    <w:p>
      <w:r>
        <w:rPr>
          <w:b/>
        </w:rPr>
        <w:t xml:space="preserve">5. </w:t>
      </w:r>
      <w:r>
        <w:t>Предварительный отбор участников конкурса в электронной форме проводится в установленном конкурсной документацией порядке конкурсной комиссией, которая определяет</w:t>
      </w:r>
    </w:p>
    <w:p>
      <w:r>
        <w:rPr>
          <w:b/>
        </w:rPr>
        <w:t xml:space="preserve">6. </w:t>
      </w:r>
      <w:r>
        <w:t>Конкурсная комиссия на основании результатов проведения предварительного отбора участников конкурса в электронной форме принимает решение о допуске заявителя к участию в конкурсе в электронной форме или об отказе в допуске заявителя к участию в конкурсе в электронной форме и оформляет это решение протоколом проведения предварительного отбора участников конкурса в электронной форме, включающим в себя наименование (для юридического лица) или фамилию, имя и (при наличии) отчество (для индивидуального предпринимателя) заявителя, прошедшего предварительный отбор участников конкурса в электронной форме и допущенного к участию в конкурсе в электронной форме, а также наименование (для юридического лица) или фамилию, имя и (при наличии) отчество (для индивидуального предпринимателя) заявителя, не прошедшего предварительный отбор участников конкурса в электронной форме и не допущенного к участию в конкурсе в электронной форме, с обоснованием этого решения</w:t>
      </w:r>
    </w:p>
    <w:p>
      <w:r>
        <w:rPr>
          <w:b/>
        </w:rPr>
        <w:t xml:space="preserve">7. </w:t>
      </w:r>
      <w:r>
        <w:t>В случае, если по результатам проведения предварительного отбора участников конкурса в электронной форме ни один заявитель не был признан участником конкурса в электронной форме, решение о заключении концессионного соглашения подлежит отмене или изменению</w:t>
      </w:r>
    </w:p>
    <w:p>
      <w:r>
        <w:rPr>
          <w:b/>
        </w:rPr>
        <w:t xml:space="preserve">8. </w:t>
      </w:r>
      <w:r>
        <w:t>Решение об отказе в допуске заявителя к участию в конкурсе в электронной форме принимается конкурсной комиссией по основаниям, установленным частью 3 статьи 29 настоящего Федерального закона</w:t>
      </w:r>
    </w:p>
    <w:p>
      <w:r>
        <w:rPr>
          <w:b/>
        </w:rPr>
        <w:t xml:space="preserve">9. </w:t>
      </w:r>
      <w:r>
        <w:t>Решение об отказе в допуске заявителя к участию в конкурсе в электронной форме может быть обжаловано в порядке, установленном законодательством Российской Федерации</w:t>
      </w:r>
    </w:p>
    <w:p>
      <w:r>
        <w:rPr>
          <w:b/>
        </w:rPr>
        <w:t xml:space="preserve">10. </w:t>
      </w:r>
      <w:r>
        <w:t>Протокол проведения предварительного отбора участников конкурса в электронной форме в течение трех рабочих дней со дня его подписания членами конкурсной комиссии, но не позднее чем за шестьдесят рабочих дней до дня истечения срока представления конкурсных предложений направляется оператору электронной площадки, размещается концедентом на официальном сайте концедента и в открытом разделе электронной площадки</w:t>
      </w:r>
    </w:p>
    <w:p>
      <w:r>
        <w:rPr>
          <w:b/>
        </w:rPr>
        <w:t xml:space="preserve">11. </w:t>
      </w:r>
      <w:r>
        <w:t>В течение одного часа с момента поступления оператору электронной площадки протокола проведения предварительного отбора участников конкурса в электронной форме оператор электронной площадки размещает такой протокол на официальном сайте для размещения информации о проведении торгов и направляет участникам конкурса в электронной форме уведомления с предложением представить конкурсные предложения с приложением копии протокола проведения предварительного отбора участников конкурса в электронной форме. Заявителям, не допущенным к участию в конкурсе в электронной форме, оператором электронной площадки направляются уведомления об отказе в допуске к участию в конкурсе в электронной форме с приложением копии такого протокола</w:t>
      </w:r>
    </w:p>
    <w:p>
      <w:r>
        <w:rPr>
          <w:b/>
        </w:rPr>
        <w:t xml:space="preserve">12. </w:t>
      </w:r>
      <w:r>
        <w:t>В течение пяти рабочих дней со дня подписания протокола проведения предварительного отбора участников конкурса в электронной форме концедент возвращает внесенные заявителями, не допущенными к участию в конкурсе в электронной форме, суммы задатков и (или) отказывается от своих прав по безотзывным банковским гарантиям, предоставленным этими заявителями в качестве обеспечения заявки на участие в конкурсе в электронной форме, а также выполняет иные условия, необходимые для прекращения обязательства гаранта перед бенефициаром по данной безотзывной банковской гарантии, в случае, если такие условия предусмотрены безотзывной банковской гарантией и (или) соглашением гаранта с бенефициаром</w:t>
      </w:r>
    </w:p>
    <w:p>
      <w:r>
        <w:rPr>
          <w:b/>
        </w:rPr>
        <w:t xml:space="preserve">13. </w:t>
      </w:r>
      <w:r>
        <w:t>В случае, если конкурсной документацией предусмотрено перечисление суммы задатка на счет оператора электронной площадки, оператор электронной площадки не позднее одного рабочего дня, следующего за днем поступления ему протокола проведения предварительного отбора участников конкурса в электронной форме, возвращает заявителям, не допущенным к участию в конкурсе в электронной форме, их суммы задатков</w:t>
      </w:r>
    </w:p>
    <w:p>
      <w:r>
        <w:rPr>
          <w:b/>
        </w:rPr>
        <w:t xml:space="preserve">5. </w:t>
      </w:r>
      <w:r>
        <w:t>соответствие заявки на участие в конкурсе в электронной форме требованиям конкурсной документации. Конкурсная комиссия вправе потребовать от заявителя разъяснения положений представленной им заявки на участие в конкурсе в электронной форме путем направления ему соответствующего запроса с использованием программно-аппаратных средств электронной площадки</w:t>
      </w:r>
    </w:p>
    <w:p>
      <w:r>
        <w:rPr>
          <w:b/>
        </w:rPr>
        <w:t xml:space="preserve">5. </w:t>
      </w:r>
      <w:r>
        <w:t>соответствие заявителя - индивидуального предпринимателя, юридического лица или выступающих в качестве заявителя юридических лиц - участников договора простого товарищества требованиям конкурсной документации к участникам конкурса в электронной форме. Конкурсная комиссия вправе потребовать от заявителя разъяснения положений представленных им документов и материалов, подтверждающих его соответствие указанным требованиям, путем направления ему соответствующего запроса с использованием программно-аппаратных средств электронной площадки</w:t>
      </w:r>
    </w:p>
    <w:p>
      <w:r>
        <w:rPr>
          <w:b/>
        </w:rPr>
        <w:t xml:space="preserve">5. </w:t>
      </w:r>
      <w:r>
        <w:t>соответствие заявителя требованиям, предъявляемым к концессионеру в соответствии с настоящим Федеральным законом</w:t>
      </w:r>
    </w:p>
    <w:p>
      <w:r>
        <w:rPr>
          <w:b/>
        </w:rPr>
        <w:t>Статья 386. Представление участниками конкурса в электронной форме конкурсных предложений</w:t>
      </w:r>
    </w:p>
    <w:p>
      <w:r>
        <w:rPr>
          <w:b/>
        </w:rPr>
        <w:t xml:space="preserve">1. </w:t>
      </w:r>
      <w:r>
        <w:t>Участники конкурса в электронной форме, которым оператором электронной площадки направлены уведомления с предложением представить конкурсные предложения, размещают конкурсные предложения в закрытом разделе электронной площадки в порядке, установленном конкурсной документацией, с учетом требований, установленных частью 7 статьи 382 настоящего Федерального закона. Участник конкурса в электронной форме может подать только одно конкурсное предложение</w:t>
      </w:r>
    </w:p>
    <w:p>
      <w:r>
        <w:rPr>
          <w:b/>
        </w:rPr>
        <w:t xml:space="preserve">2. </w:t>
      </w:r>
      <w:r>
        <w:t>Конкурсное предложение должно соответствовать требованиям, установленным к конкурсным предложениям конкурсной документацией, и содержать документы и материалы, предусмотренные конкурсной документацией, а также опись документов и материалов, содержащихся в конкурсном предложении</w:t>
      </w:r>
    </w:p>
    <w:p>
      <w:r>
        <w:rPr>
          <w:b/>
        </w:rPr>
        <w:t xml:space="preserve">3. </w:t>
      </w:r>
      <w:r>
        <w:t>Конкурсное предложение оформляется на русском языке и подписывается (заверяется) усиленной квалифицированной электронной подписью участника конкурса в электронной форме или лица, имеющего право действовать от его имени</w:t>
      </w:r>
    </w:p>
    <w:p>
      <w:r>
        <w:rPr>
          <w:b/>
        </w:rPr>
        <w:t xml:space="preserve">4. </w:t>
      </w:r>
      <w:r>
        <w:t>В конкурсном предложении для каждого критерия конкурса указывается значение предлагаемого участником конкурса в электронной форме условия в виде числа. 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представление конкурсных предложений осуществляется с учетом требований статьи 49 настоящего Федерального закона</w:t>
      </w:r>
    </w:p>
    <w:p>
      <w:r>
        <w:rPr>
          <w:b/>
        </w:rPr>
        <w:t xml:space="preserve">5. </w:t>
      </w:r>
      <w:r>
        <w:t>В течение одного часа с момента размещения участником конкурса в электронной форме в закрытом разделе электронной площадки конкурсного предложения оператор электронной площадки осуществляет регистрацию конкурсного предложения в электронном журнале конкурсных предложений, за исключением случаев, установленных частью 7 настоящей статьи, и направляет участнику конкурса в электронной форме уведомление о его поступлении в форме электронного документа с указанием присвоенного конкурсному предложению идентификационного номера. Каждому конкурсному предложению присваивается идентификационный номер с указанием даты и точного времени его представления (часы и минуты)</w:t>
      </w:r>
    </w:p>
    <w:p>
      <w:r>
        <w:rPr>
          <w:b/>
        </w:rPr>
        <w:t xml:space="preserve">6. </w:t>
      </w:r>
      <w:r>
        <w:t>В течение одного часа с момента регистрации конкурсного предложения в электронном журнале конкурсных предложений оператор электронной площадки направляет концеденту уведомление о поступлении конкурсного предложения с указанием наименования (для юридического лица) или фамилии, имени и (при наличии) отчества (для индивидуального предпринимателя) участника конкурса в электронной форме, разместившего конкурсное предложение</w:t>
      </w:r>
    </w:p>
    <w:p>
      <w:r>
        <w:rPr>
          <w:b/>
        </w:rPr>
        <w:t xml:space="preserve">7. </w:t>
      </w:r>
      <w:r>
        <w:t>В течение одного часа с момента размещения участником конкурса в электронной форме в закрытом разделе электронной площадки конкурсного предложения оператор электронной площадки возвращает конкурсное предложение представившему его участнику конкурса в электронной форме без регистрации конкурсного предложения в электронном журнале конкурсных предложений в случае</w:t>
      </w:r>
    </w:p>
    <w:p>
      <w:r>
        <w:rPr>
          <w:b/>
        </w:rPr>
        <w:t xml:space="preserve">8. </w:t>
      </w:r>
      <w:r>
        <w:t>Одновременно с возвратом конкурсного предложения оператор электронной площадки уведомляет в форме электронного документа участника конкурса в электронной форме, представившего конкурсное предложение, об основаниях такого возврата</w:t>
      </w:r>
    </w:p>
    <w:p>
      <w:r>
        <w:rPr>
          <w:b/>
        </w:rPr>
        <w:t xml:space="preserve">9. </w:t>
      </w:r>
      <w:r>
        <w:t>Участник конкурса в электронной форме, разместивший конкурсное предложение в закрытом разделе электронной площадки, имеет возможность просмотра, изменения и отзыва конкурсного предложения до истечения срока (даты и времени) представления конкурсных предложений, установленного конкурсной документацией и указанного в сообщении о проведении конкурса</w:t>
      </w:r>
    </w:p>
    <w:p>
      <w:r>
        <w:rPr>
          <w:b/>
        </w:rPr>
        <w:t xml:space="preserve">10. </w:t>
      </w:r>
      <w:r>
        <w:t>В случае изменения конкурсного предложения участник конкурса в электронной форме размещает в закрытом разделе электронной площадки новое конкурсное предложение взамен ранее размещенного в соответствии с требованиями частей 1 - 4 настоящей статьи. Оператор электронной площадки осуществляет регистрацию нового конкурсного предложения в порядке, установленном частями 5 - 8 настоящей статьи</w:t>
      </w:r>
    </w:p>
    <w:p>
      <w:r>
        <w:rPr>
          <w:b/>
        </w:rPr>
        <w:t xml:space="preserve">11. </w:t>
      </w:r>
      <w:r>
        <w:t>В случае отзыва участником конкурса в электронной форме конкурсного предложения этот участник направляет уведомление об отзыве конкурсного предложения оператору электронной площадки. Оператор электронной площадки в течение одного часа с момента поступления ему такого уведомления от участника конкурса в электронной форме вносит в электронный журнал конкурсных предложений информацию об отзыве участником конкурса в электронной форме конкурсного предложения и направляет соответствующее уведомление об отзыве конкурсного предложения концеденту</w:t>
      </w:r>
    </w:p>
    <w:p>
      <w:r>
        <w:rPr>
          <w:b/>
        </w:rPr>
        <w:t xml:space="preserve">12. </w:t>
      </w:r>
      <w:r>
        <w:t>Оператор электронной площадки в течение одного часа с момента поступления от участника конкурса в электронной форме уведомления об отзыве конкурсного предложения направляет этому участнику уведомление об отзыве его конкурсного предложения с приложенными документами и материалами, размещенными этим участником в составе конкурсного предложения в закрытом разделе электронной площадки</w:t>
      </w:r>
    </w:p>
    <w:p>
      <w:r>
        <w:rPr>
          <w:b/>
        </w:rPr>
        <w:t xml:space="preserve">13. </w:t>
      </w:r>
      <w:r>
        <w:t>Концедент в течение пяти рабочих дней со дня поступления ему уведомления об отзыве участником конкурса в электронной форме конкурсного предложения возвращает внесенную этим участником сумму задатка и (или) отказывается от своих прав по безотзывной банковской гарантии, предоставленной этим участником в качестве обеспечения заявки на участие в конкурсе в электронной форме, а также выполняет иные условия, необходимые для прекращения обязательства гаранта перед бенефициаром по данной безотзывной банковской гарантии, в случае, если такие условия предусмотрены данной безотзывной банковской гарантией и (или) соглашением гаранта с бенефициаром</w:t>
      </w:r>
    </w:p>
    <w:p>
      <w:r>
        <w:rPr>
          <w:b/>
        </w:rPr>
        <w:t xml:space="preserve">14. </w:t>
      </w:r>
      <w:r>
        <w:t>В случае, если конкурсной документацией предусмотрено перечисление суммы задатка на счет оператора электронной площадки, оператор электронной площадки не позднее одного рабочего дня, следующего за днем поступления уведомления об отзыве участником конкурса в электронной форме конкурсного предложения, возвращает этому участнику конкурса в электронной форме сумму задатка</w:t>
      </w:r>
    </w:p>
    <w:p>
      <w:r>
        <w:rPr>
          <w:b/>
        </w:rPr>
        <w:t xml:space="preserve">15. </w:t>
      </w:r>
      <w:r>
        <w:t>В случае, если по истечении срока представления конкурсных предложений представлено менее двух конкурсных предложений, конкурс в электронной форме по решению концедента, принимаемому на следующий день после истечения этого срока, объявляется несостоявшимся. Конкурсная комиссия рассматривает единственное представленное конкурсное предложение в порядке, установленном частью 5 статьи 3810 настоящего Федерального закона</w:t>
      </w:r>
    </w:p>
    <w:p>
      <w:r>
        <w:rPr>
          <w:b/>
        </w:rPr>
        <w:t xml:space="preserve">7. </w:t>
      </w:r>
      <w:r>
        <w:t>представления конкурсного предложения с нарушением требований, предусмотренных частью 7 статьи 382 настоящего Федерального закона</w:t>
      </w:r>
    </w:p>
    <w:p>
      <w:r>
        <w:rPr>
          <w:b/>
        </w:rPr>
        <w:t xml:space="preserve">7. </w:t>
      </w:r>
      <w:r>
        <w:t>представления одним участником конкурса в электронной форме двух и более конкурсных предложений при условии, что представленные ранее конкурсные предложения этим участником конкурса в электронной форме не отозваны. В указанном случае этому участнику конкурса в электронной форме возвращаются все размещенные им конкурсные предложения</w:t>
      </w:r>
    </w:p>
    <w:p>
      <w:r>
        <w:rPr>
          <w:b/>
        </w:rPr>
        <w:t xml:space="preserve">7. </w:t>
      </w:r>
      <w:r>
        <w:t>размещения конкурсного предложения после истечения срока (даты и времени) представления конкурсного предложения</w:t>
      </w:r>
    </w:p>
    <w:p>
      <w:r>
        <w:rPr>
          <w:b/>
        </w:rPr>
        <w:t xml:space="preserve">7. </w:t>
      </w:r>
      <w:r>
        <w:t>размещения конкурсного предложения участником конкурса в электронной форме, срок аккредитации которого на электронной площадке истекает менее чем через три месяца</w:t>
      </w:r>
    </w:p>
    <w:p>
      <w:r>
        <w:rPr>
          <w:b/>
        </w:rPr>
        <w:t>Статья 387. Порядок рассмотрения и оценки конкурсных предложений, представленных участниками конкурса в электронной форме</w:t>
      </w:r>
    </w:p>
    <w:p>
      <w:r>
        <w:rPr>
          <w:b/>
        </w:rPr>
        <w:t xml:space="preserve">1. </w:t>
      </w:r>
      <w:r>
        <w:t>На дату и время начала рассмотрения конкурсных предложений, которые установлены конкурсной документацией и указаны в сообщении о проведении конкурса, оператор электронной площадки через личный кабинет концедента обеспечивает доступ концедента к конкурсным предложениям, представленным участниками конкурса в электронной форме, и содержащимся в них документам и материалам, а также к электронному журналу конкурсных предложений</w:t>
      </w:r>
    </w:p>
    <w:p>
      <w:r>
        <w:rPr>
          <w:b/>
        </w:rPr>
        <w:t xml:space="preserve">2. </w:t>
      </w:r>
      <w:r>
        <w:t>До даты и времени начала рассмотрения конкурсных предложений, которые установлены конкурсной документацией и указаны в сообщении о проведении конкурса, у концедента отсутствует доступ к конкурсным предложениям, представленным участниками конкурса в электронной форме, и содержащимся в них документам и материалам, а также к электронному журналу конкурсных предложений</w:t>
      </w:r>
    </w:p>
    <w:p>
      <w:r>
        <w:rPr>
          <w:b/>
        </w:rPr>
        <w:t xml:space="preserve">3. </w:t>
      </w:r>
      <w:r>
        <w:t>Рассмотрение и оценка конкурсных предложений, представленных участниками конкурса в электронной форме, осуществляются в установленном конкурсной документацией порядке конкурсной комиссией, которая определяет соответствие конкурсного предложения требованиям конкурсной документации и проводит оценку конкурсных предложений, в отношении которых принято решение об их соответствии требованиям конкурсной документации, в целях определения победителя конкурса в электронной форме</w:t>
      </w:r>
    </w:p>
    <w:p>
      <w:r>
        <w:rPr>
          <w:b/>
        </w:rPr>
        <w:t xml:space="preserve">4. </w:t>
      </w:r>
      <w:r>
        <w:t>Конкурсная комиссия на основании результатов рассмотрения конкурсных предложений, представленных участниками конкурса в электронной форме, принимает решение о соответствии или несоответствии конкурсного предложения требованиям конкурсной документации</w:t>
      </w:r>
    </w:p>
    <w:p>
      <w:r>
        <w:rPr>
          <w:b/>
        </w:rPr>
        <w:t xml:space="preserve">5. </w:t>
      </w:r>
      <w:r>
        <w:t>В случае, если по результатам рассмотрения конкурсных предложений, представленных участниками конкурса в электронной форме, конкурсной комиссией ни одно конкурсное предложение не было признано соответствующим требованиям конкурсной документации, в том числе критериям конкурса, решение о заключении концессионного соглашения подлежит отмене или изменению</w:t>
      </w:r>
    </w:p>
    <w:p>
      <w:r>
        <w:rPr>
          <w:b/>
        </w:rPr>
        <w:t xml:space="preserve">6. </w:t>
      </w:r>
      <w:r>
        <w:t>Решение о несоответствии конкурсного предложения, представленного участником конкурса в электронной форме, требованиям конкурсной документации принимается конкурсной комиссией в случае, если</w:t>
      </w:r>
    </w:p>
    <w:p>
      <w:r>
        <w:rPr>
          <w:b/>
        </w:rPr>
        <w:t xml:space="preserve">7. </w:t>
      </w:r>
      <w:r>
        <w:t>Решение о несоответствии конкурсного предложения, представленного участником конкурса в электронной форме, требованиям конкурсной документации может быть обжаловано в порядке, установленном законодательством Российской Федерации</w:t>
      </w:r>
    </w:p>
    <w:p>
      <w:r>
        <w:rPr>
          <w:b/>
        </w:rPr>
        <w:t xml:space="preserve">8. </w:t>
      </w:r>
      <w:r>
        <w:t>Оценка конкурсных предложений, представленных участниками конкурса в электронной форме, осуществляется в порядке, установленном частями 5, 51 и 6 статьи 32 настоящего Федерального закона</w:t>
      </w:r>
    </w:p>
    <w:p>
      <w:r>
        <w:rPr>
          <w:b/>
        </w:rPr>
        <w:t xml:space="preserve">9. </w:t>
      </w:r>
      <w:r>
        <w:t>По результатам рассмотрения и оценки конкурсных предложений, представленных участниками конкурса в электронной форме, конкурсная комиссия определяет победителя конкурса в электронной форме, предложившего наилучшие условия, в порядке, предусмотренном частью 1 статьи 33 настоящего Федерального закона</w:t>
      </w:r>
    </w:p>
    <w:p>
      <w:r>
        <w:rPr>
          <w:b/>
        </w:rPr>
        <w:t xml:space="preserve">10. </w:t>
      </w:r>
      <w:r>
        <w:t>В случае, если конкурсной комиссией по результатам рассмотрения и оценки конкурсных предложений, представленных участниками конкурса в электронной форме, признано соответствующим требованиям конкурсной документации, в том числе критериям конкурса, только одно конкурсное предложение, победителем конкурса в электронной форме признается участник конкурса в электронной форме, представивший такое конкурсное предложение</w:t>
      </w:r>
    </w:p>
    <w:p>
      <w:r>
        <w:rPr>
          <w:b/>
        </w:rPr>
        <w:t xml:space="preserve">11. </w:t>
      </w:r>
      <w:r>
        <w:t>В случае, если два и более конкурсных предложения, представленных участниками конкурса в электронной форме, содержат равные наилучшие условия, победителем конкурса в электронной форме признается участник конкурса в электронной форме, разместивший в соответствии с электронным журналом конкурсных предложений на электронной площадке конкурсное предложение раньше других указанных участников конкурса в электронной форме</w:t>
      </w:r>
    </w:p>
    <w:p>
      <w:r>
        <w:rPr>
          <w:b/>
        </w:rPr>
        <w:t xml:space="preserve">12. </w:t>
      </w:r>
      <w:r>
        <w:t>Решение об определении победителя конкурса в электронной форме принимается конкурсной комиссией и оформляется протоколом рассмотрения и оценки конкурсных предложений, представленных участниками конкурса в электронной форме, в котором указываются</w:t>
      </w:r>
    </w:p>
    <w:p>
      <w:r>
        <w:rPr>
          <w:b/>
        </w:rPr>
        <w:t xml:space="preserve">13. </w:t>
      </w:r>
      <w:r>
        <w:t>Решение о признании участника конкурса в электронной форме победителем конкурса в электронной форме может быть обжаловано в порядке, установленном законодательством Российской Федерации</w:t>
      </w:r>
    </w:p>
    <w:p>
      <w:r>
        <w:rPr>
          <w:b/>
        </w:rPr>
        <w:t xml:space="preserve">14. </w:t>
      </w:r>
      <w:r>
        <w:t>Протокол рассмотрения и оценки конкурсных предложений, представленных участниками конкурса в электронной форме, не позднее одного рабочего дня, следующего за днем его подписания конкурсной комиссией, направляется концедентом оператору электронной площадки, размещается концедентом на официальном сайте концедента и в открытом разделе электронной площадки</w:t>
      </w:r>
    </w:p>
    <w:p>
      <w:r>
        <w:rPr>
          <w:b/>
        </w:rPr>
        <w:t xml:space="preserve">15. </w:t>
      </w:r>
      <w:r>
        <w:t>В течение одного часа с момента поступления оператору электронной площадки протокола рассмотрения и оценки конкурсных предложений, представленных участниками конкурса в электронной форме, оператор электронной площадки размещает такой протокол на официальном сайте для размещения информации о проведении торгов и направляет победителю конкурса в электронной форме уведомление о признании его победителем с приложением копии такого протокола, а также направляет уведомления участникам конкурса в электронной форме, не признанным победителями конкурса в электронной форме, о завершении конкурса в электронной форме и копии такого протокола</w:t>
      </w:r>
    </w:p>
    <w:p>
      <w:r>
        <w:rPr>
          <w:b/>
        </w:rPr>
        <w:t xml:space="preserve">6. </w:t>
      </w:r>
      <w:r>
        <w:t>участником конкурса в электронной форме не представлены документы и материалы, предусмотренные конкурсной документацией, подтверждающие соответствие представленного им конкурсного предложения требованиям конкурсной документации и достоверность информации, содержащейся в таком конкурсном предложении</w:t>
      </w:r>
    </w:p>
    <w:p>
      <w:r>
        <w:rPr>
          <w:b/>
        </w:rPr>
        <w:t xml:space="preserve">6. </w:t>
      </w:r>
      <w:r>
        <w:t>условие, содержащееся в конкурсном предложении, представленном участником конкурса в электронной форме, не соответствует установленным критериям конкурса в электронной форме и (или) предельным значениям критериев конкурса в электронной форме</w:t>
      </w:r>
    </w:p>
    <w:p>
      <w:r>
        <w:rPr>
          <w:b/>
        </w:rPr>
        <w:t xml:space="preserve">6. </w:t>
      </w:r>
      <w:r>
        <w:t>представленные участником конкурса в электронной форме документы и материалы являются недостоверными</w:t>
      </w:r>
    </w:p>
    <w:p>
      <w:r>
        <w:rPr>
          <w:b/>
        </w:rPr>
        <w:t xml:space="preserve">12. </w:t>
      </w:r>
      <w:r>
        <w:t>информация о месте, дате и времени рассмотрения конкурсных предложений, представленных участниками конкурса в электронной форме</w:t>
      </w:r>
    </w:p>
    <w:p>
      <w:r>
        <w:rPr>
          <w:b/>
        </w:rPr>
        <w:t xml:space="preserve">12. </w:t>
      </w:r>
      <w:r>
        <w:t>информация об участниках конкурса в электронной форме, конкурсные предложения которых были рассмотрены</w:t>
      </w:r>
    </w:p>
    <w:p>
      <w:r>
        <w:rPr>
          <w:b/>
        </w:rPr>
        <w:t xml:space="preserve">12. </w:t>
      </w:r>
      <w:r>
        <w:t>критерии конкурса</w:t>
      </w:r>
    </w:p>
    <w:p>
      <w:r>
        <w:rPr>
          <w:b/>
        </w:rPr>
        <w:t xml:space="preserve">12. </w:t>
      </w:r>
      <w:r>
        <w:t>условия, содержащиеся в конкурсных предложениях, представленных участниками конкурса в электронной форме</w:t>
      </w:r>
    </w:p>
    <w:p>
      <w:r>
        <w:rPr>
          <w:b/>
        </w:rPr>
        <w:t xml:space="preserve">12. </w:t>
      </w:r>
      <w:r>
        <w:t>результаты рассмотрения конкурсных предложений, представленных участниками конкурса в электронной форме, с указанием конкурсных предложений, в отношении которых принято решение об их несоответствии требованиям конкурсной документации</w:t>
      </w:r>
    </w:p>
    <w:p>
      <w:r>
        <w:rPr>
          <w:b/>
        </w:rPr>
        <w:t xml:space="preserve">12. </w:t>
      </w:r>
      <w:r>
        <w:t>результаты оценки конкурсных предложений, представленных участниками конкурса в электронной форме, в соответствии с частями 5, 51 и 6 статьи 32 настоящего Федерального закона</w:t>
      </w:r>
    </w:p>
    <w:p>
      <w:r>
        <w:rPr>
          <w:b/>
        </w:rPr>
        <w:t xml:space="preserve">12. </w:t>
      </w:r>
      <w:r>
        <w:t>наименование и место нахождения (для юридического лица), фамилия, имя и (при наличии) отчество, место жительства (для индивидуального предпринимателя) победителя конкурса в электронной форме, обоснование принятого конкурсной комиссией решения о признании участника конкурса в электронной форме победителем конкурса в электронной форме</w:t>
      </w:r>
    </w:p>
    <w:p>
      <w:r>
        <w:rPr>
          <w:b/>
        </w:rPr>
        <w:t>Статья 388. Содержание протокола о результатах проведения конкурса в электронной форме и срок его подписания, уведомление участников конкурса в электронной форме о результатах проведения конкурса в электронной форме</w:t>
      </w:r>
    </w:p>
    <w:p>
      <w:r>
        <w:rPr>
          <w:b/>
        </w:rPr>
        <w:t xml:space="preserve">1. </w:t>
      </w:r>
      <w:r>
        <w:t>Конкурсной комиссией не позднее чем через пять рабочих дней со дня подписания ею протокола рассмотрения и оценки конкурсных предложений, представленных участниками конкурса в электронной форме, подписывается протокол о результатах проведения конкурса в электронной форме, в который включаются</w:t>
      </w:r>
    </w:p>
    <w:p>
      <w:r>
        <w:rPr>
          <w:b/>
        </w:rPr>
        <w:t xml:space="preserve">2. </w:t>
      </w:r>
      <w:r>
        <w:t>Протокол о результатах проведения конкурса в электронной форме не позднее одного рабочего дня, следующего за днем его подписания конкурсной комиссией, направляется концедентом оператору электронной площадки, размещается концедентом на официальном сайте концедента и в открытом разделе электронной площадки</w:t>
      </w:r>
    </w:p>
    <w:p>
      <w:r>
        <w:rPr>
          <w:b/>
        </w:rPr>
        <w:t xml:space="preserve">3. </w:t>
      </w:r>
      <w:r>
        <w:t>В течение одного часа с момента поступления оператору электронной площадки протокола о результатах проведения конкурса в электронной форме оператор электронной площадки размещает такой протокол на официальном сайте для размещения информации о проведении торгов и направляет такой протокол всем участникам конкурса в электронной форме</w:t>
      </w:r>
    </w:p>
    <w:p>
      <w:r>
        <w:rPr>
          <w:b/>
        </w:rPr>
        <w:t xml:space="preserve">4. </w:t>
      </w:r>
      <w:r>
        <w:t>Протокол о результатах проведения конкурса в электронной форме хранится у концедента в течение срока действия концессионного соглашения</w:t>
      </w:r>
    </w:p>
    <w:p>
      <w:r>
        <w:rPr>
          <w:b/>
        </w:rPr>
        <w:t xml:space="preserve">5. </w:t>
      </w:r>
      <w:r>
        <w:t>Заключение концессионного соглашения по итогам проведения конкурса в электронной форме осуществляется в порядке, установленном статьей 36 настоящего Федерального закона, после подписания конкурсной комиссией протокола о результатах проведения конкурса в электронной форме</w:t>
      </w:r>
    </w:p>
    <w:p>
      <w:r>
        <w:rPr>
          <w:b/>
        </w:rPr>
        <w:t xml:space="preserve">6. </w:t>
      </w:r>
      <w:r>
        <w:t>Концедент в течение пяти рабочих дней со дня подписания протокола о результатах проведения конкурса в электронной форме возвращает внесенные участниками конкурса в электронной форме суммы задатков всем участникам конкурса в электронной форме, за исключением победителя конкурса в электронной форме, и (или) отказывается от своих прав по безотзывным банковским гарантиям, предоставленным всеми участниками конкурса в электронной форме в качестве обеспечения заявок на участие в конкурсе в электронной форме, за исключением прав по безотзывной банковской гарантии, предоставленной победителем конкурса в электронной форме в качестве обеспечения заявки на участие в конкурсе в электронной форме</w:t>
      </w:r>
    </w:p>
    <w:p>
      <w:r>
        <w:rPr>
          <w:b/>
        </w:rPr>
        <w:t xml:space="preserve">7. </w:t>
      </w:r>
      <w:r>
        <w:t>В случае, если конкурсной документацией предусмотрено перечисление суммы задатка на счет оператора электронной площадки, оператор электронной площадки не позднее одного рабочего дня, следующего за днем поступления ему протокола о результатах проведения конкурса в электронной форме, возвращает участникам конкурса в электронной форме, за исключением победителя конкурса в электронной форме, суммы задатков</w:t>
      </w:r>
    </w:p>
    <w:p>
      <w:r>
        <w:rPr>
          <w:b/>
        </w:rPr>
        <w:t xml:space="preserve">8. </w:t>
      </w:r>
      <w:r>
        <w:t>В случае, если конкурсной документацией предусмотрено перечисление суммы задатка на счет оператора электронной площадки, концедент не позднее одного рабочего дня, следующего за днем заключения концессионного соглашения с победителем конкурса в электронной форме, направляет оператору электронной площадки уведомление о заключении концессионного соглашения с указанием наименования (для юридического лица) или фамилии, имени и (при наличии) отчества (для индивидуального предпринимателя) победителя конкурса в электронной форме, с которым заключено концессионное соглашение, а также присвоенного электронной площадкой идентификационного номера конкурса в электронной форме, по итогам проведения которого заключено концессионное соглашение</w:t>
      </w:r>
    </w:p>
    <w:p>
      <w:r>
        <w:rPr>
          <w:b/>
        </w:rPr>
        <w:t xml:space="preserve">9. </w:t>
      </w:r>
      <w:r>
        <w:t>Оператор электронной площадки не позднее одного рабочего дня, следующего за днем поступления ему уведомления о заключении концессионного соглашения, возвращает победителю конкурса в электронной форме сумму задатка</w:t>
      </w:r>
    </w:p>
    <w:p>
      <w:r>
        <w:rPr>
          <w:b/>
        </w:rPr>
        <w:t xml:space="preserve">10. </w:t>
      </w:r>
      <w:r>
        <w:t>В случае неподписания победителем конкурса в электронной форме в установленный срок концессионного соглашения концедент направляет оператору электронной площадки уведомление о незаключении концессионного соглашения с указанием наименования (для юридического лица) или фамилии, имени и (при наличии) отчества (для индивидуального предпринимателя) победителя конкурса в электронной форме, с которым концессионное соглашение не было заключено, а также присвоенного электронной площадкой идентификационного номера конкурса в электронной форме, по итогам проведения которого концессионное соглашение не было заключено</w:t>
      </w:r>
    </w:p>
    <w:p>
      <w:r>
        <w:rPr>
          <w:b/>
        </w:rPr>
        <w:t xml:space="preserve">11. </w:t>
      </w:r>
      <w:r>
        <w:t>Оператор электронной площадки не позднее одного рабочего дня, следующего за днем поступления ему уведомления о незаключении концессионного соглашения, перечисляет концеденту сумму задатка, внесенную победителем конкурса в электронной форме</w:t>
      </w:r>
    </w:p>
    <w:p>
      <w:r>
        <w:rPr>
          <w:b/>
        </w:rPr>
        <w:t xml:space="preserve">1. </w:t>
      </w:r>
      <w:r>
        <w:t>решение о заключении концессионного соглашения</w:t>
      </w:r>
    </w:p>
    <w:p>
      <w:r>
        <w:rPr>
          <w:b/>
        </w:rPr>
        <w:t xml:space="preserve">1. </w:t>
      </w:r>
      <w:r>
        <w:t>сообщение о проведении конкурса</w:t>
      </w:r>
    </w:p>
    <w:p>
      <w:r>
        <w:rPr>
          <w:b/>
        </w:rPr>
        <w:t xml:space="preserve">1. </w:t>
      </w:r>
      <w:r>
        <w:t>конкурсная документация и внесенные в нее изменения</w:t>
      </w:r>
    </w:p>
    <w:p>
      <w:r>
        <w:rPr>
          <w:b/>
        </w:rPr>
        <w:t xml:space="preserve">1. </w:t>
      </w:r>
      <w:r>
        <w:t>запросы заявителей о разъяснении положений конкурсной документации и соответствующие разъяснения концедента или конкурсной комиссии</w:t>
      </w:r>
    </w:p>
    <w:p>
      <w:r>
        <w:rPr>
          <w:b/>
        </w:rPr>
        <w:t xml:space="preserve">1. </w:t>
      </w:r>
      <w:r>
        <w:t>выписка из электронного журнала заявок, полученного с электронной площадки, на которой проводился конкурс в электронной форме</w:t>
      </w:r>
    </w:p>
    <w:p>
      <w:r>
        <w:rPr>
          <w:b/>
        </w:rPr>
        <w:t xml:space="preserve">1. </w:t>
      </w:r>
      <w:r>
        <w:t>копии поступивших заявок на участие в конкурсе в электронной форме, полученные с электронной площадки, на которой проводился конкурс в электронной форме, и сведения об усиленных квалифицированных электронных подписях лиц, подписавших (заверивших) такие заявки</w:t>
      </w:r>
    </w:p>
    <w:p>
      <w:r>
        <w:rPr>
          <w:b/>
        </w:rPr>
        <w:t xml:space="preserve">1. </w:t>
      </w:r>
      <w:r>
        <w:t>протокол проведения предварительного отбора участников конкурса в электронной форме</w:t>
      </w:r>
    </w:p>
    <w:p>
      <w:r>
        <w:rPr>
          <w:b/>
        </w:rPr>
        <w:t xml:space="preserve">1. </w:t>
      </w:r>
      <w:r>
        <w:t>перечень участников конкурса в электронной форме, которым были направлены уведомления с предложением представить конкурсные предложения</w:t>
      </w:r>
    </w:p>
    <w:p>
      <w:r>
        <w:rPr>
          <w:b/>
        </w:rPr>
        <w:t xml:space="preserve">1. </w:t>
      </w:r>
      <w:r>
        <w:t>выписка из электронного журнала конкурсных предложений, полученного с электронной площадки, на которой проводился конкурс в электронной форме</w:t>
      </w:r>
    </w:p>
    <w:p>
      <w:r>
        <w:rPr>
          <w:b/>
        </w:rPr>
        <w:t xml:space="preserve">1. </w:t>
      </w:r>
      <w:r>
        <w:t>протокол рассмотрения и оценки конкурсных предложений, представленных участниками конкурса в электронной форме</w:t>
      </w:r>
    </w:p>
    <w:p>
      <w:r>
        <w:rPr>
          <w:b/>
        </w:rPr>
        <w:t>Статья 389. Опубликование и размещение сообщения о результатах проведения конкурса в электронной форме</w:t>
      </w:r>
    </w:p>
    <w:p>
      <w:r>
        <w:rPr>
          <w:b/>
        </w:rPr>
        <w:t xml:space="preserve">1. </w:t>
      </w:r>
      <w:r>
        <w:t>Конкурсная комиссия в течение пятнадцати рабочих дней со дня подписания протокола о результатах проведения конкурса в электронной форме или принятия концедентом решения об объявлении конкурса в электронной форме несостоявшимся обязана опубликовать сообщение о результатах проведения конкурса в электронной форме с указанием наименования (для юридического лица) или фамилии, имени и (при наличии) отчества (для индивидуального предпринимателя) победителя конкурса в электронной форме или решение об объявлении конкурса в электронной форме несостоявшимся с обоснованием этого решения в официальном издании, в котором было опубликовано сообщение о проведении конкурса, и разместить такое сообщение на официальном сайте для размещения информации о проведении торгов, на официальном сайте концедента и в открытом разделе электронной площадки</w:t>
      </w:r>
    </w:p>
    <w:p>
      <w:r>
        <w:rPr>
          <w:b/>
        </w:rPr>
        <w:t xml:space="preserve">2. </w:t>
      </w:r>
      <w:r>
        <w:t>Любой участник конкурса в электронной форме вправе обратиться к концеденту за разъяснениями результатов проведения конкурса в электронной форме с использованием программно-аппаратных средств электронной площадки, на которой проводился конкурс в электронной форме, и концедент обязан предоставить ему соответствующие разъяснения в течение тридцати дней со дня получения данного обращения с использованием программно-аппаратных средств указанной электронной площадки</w:t>
      </w:r>
    </w:p>
    <w:p>
      <w:r>
        <w:rPr>
          <w:b/>
        </w:rPr>
        <w:t>Статья 38.10. Последствия признания конкурса в электронной форме несостоявшимся</w:t>
      </w:r>
    </w:p>
    <w:p>
      <w:r>
        <w:rPr>
          <w:b/>
        </w:rPr>
        <w:t xml:space="preserve">1. </w:t>
      </w:r>
      <w:r>
        <w:t>В случае, если конкурс в электронной форме объявлен не состоявшимся в соответствии с частью 10 статьи 383 настоящего Федерального закона, конкурсная комиссия рассматривает единственную представленную заявку на участие в конкурсе в электронной форме в следующем порядке</w:t>
      </w:r>
    </w:p>
    <w:p>
      <w:r>
        <w:rPr>
          <w:b/>
        </w:rPr>
        <w:t xml:space="preserve">2. </w:t>
      </w:r>
      <w:r>
        <w:t>Концедент возвращает заявителю, представившему единственную заявку на участие в конкурсе в электронной форме, внесенную им сумму задатка и (или) отказывается от своих прав по безотзывной банковской гарантии, предоставленной таким заявителем в качестве обеспечения заявки на участие в конкурсе в электронной форме, а также выполняет иные условия, необходимые для прекращения обязательства гаранта перед бенефициаром по данной безотзывной банковской гарантии, если эти условия предусмотрены данной безотзывной банковской гарантией и (или) соглашением гаранта с бенефициаром, в случае</w:t>
      </w:r>
    </w:p>
    <w:p>
      <w:r>
        <w:rPr>
          <w:b/>
        </w:rPr>
        <w:t xml:space="preserve">3. </w:t>
      </w:r>
      <w:r>
        <w:t>Если конкурсной документацией предусмотрено перечисление суммы задатка на счет оператора электронной площадки, оператор электронной площадки возвращает заявителю, представившему единственную заявку на участие в конкурсе в электронной форме, сумму задатка в случае</w:t>
      </w:r>
    </w:p>
    <w:p>
      <w:r>
        <w:rPr>
          <w:b/>
        </w:rPr>
        <w:t xml:space="preserve">4. </w:t>
      </w:r>
      <w:r>
        <w:t>В случае, если по решению концедента конкурс в электронной форме объявлен не состоявшимся в связи с тем, что по истечении срока представления заявок на участие в конкурсе в электронной форме не было представлено ни одной заявки на участие в конкурсе в электронной форме, либо в результате рассмотрения единственной представленной заявки на участие в конкурсе в электронной форме заявителю не было в установленный срок предложено представить предложение о заключении концессионного соглашения, либо заявитель не представил в установленный срок предложение о заключении концессионного соглашения, либо конкурсной комиссией по результатам рассмотрения предложения о заключении концессионного соглашения, представленного единственным заявителем, принято решение о несоответствии предложения о заключении концессионного соглашения, представленного единственным заявителем, требованиям конкурсной документации, решение о заключении концессионного соглашения подлежит отмене или изменению</w:t>
      </w:r>
    </w:p>
    <w:p>
      <w:r>
        <w:rPr>
          <w:b/>
        </w:rPr>
        <w:t xml:space="preserve">5. </w:t>
      </w:r>
      <w:r>
        <w:t>В случае, если конкурс в электронной форме объявлен не состоявшимся в соответствии с частью 15 статьи 386 настоящего Федерального закона, конкурсная комиссия рассматривает единственное конкурсное предложение, представленное участником конкурса в электронной форме, в следующем порядке</w:t>
      </w:r>
    </w:p>
    <w:p>
      <w:r>
        <w:rPr>
          <w:b/>
        </w:rPr>
        <w:t xml:space="preserve">6. </w:t>
      </w:r>
      <w:r>
        <w:t>Концедент возвращает участнику конкурса в электронной форме, представившему единственное конкурсное предложение, внесенную им сумму задатка и (или) отказывается от своих прав по безотзывной банковской гарантии, предоставленной этим участником конкурса в электронной форме в качестве обеспечения заявки на участие в конкурсе в электронной форме, а также выполняет условия, необходимые для прекращения обязательства гаранта перед бенефициаром по данной безотзывной банковской гарантии, если такие условия предусмотрены данной безотзывной банковской гарантией и (или) соглашением гаранта с бенефициаром, в случае, если по результатам рассмотрения конкурсного предложения, представленного единственным участником конкурса в электронной форме, конкурсной комиссией принято решение о несоответствии конкурсного предложения, представленного единственным участником конкурса в электронной форме, требованиям конкурсной документации, в течение пяти рабочих дней после дня истечения установленного срока принятия конкурсной комиссией такого решения</w:t>
      </w:r>
    </w:p>
    <w:p>
      <w:r>
        <w:rPr>
          <w:b/>
        </w:rPr>
        <w:t xml:space="preserve">7. </w:t>
      </w:r>
      <w:r>
        <w:t>Если конкурсной документацией предусмотрено перечисление суммы задатка на счет оператора электронной площадки, оператор электронной площадки не позднее одного рабочего дня, следующего за днем поступления ему протокола рассмотрения конкурсного предложения, представленного единственным участником конкурса в электронной форме, возвращает единственному участнику конкурса в электронной форме сумму задатка в случае, если по результатам рассмотрения конкурсного предложения, представленного единственным участником конкурса в электронной форме, конкурсной комиссией принято решение о несоответствии конкурсного предложения, представленного единственным участником конкурса в электронной форме, требованиям конкурсной документации</w:t>
      </w:r>
    </w:p>
    <w:p>
      <w:r>
        <w:rPr>
          <w:b/>
        </w:rPr>
        <w:t xml:space="preserve">8. </w:t>
      </w:r>
      <w:r>
        <w:t>В случае, если по решению концедента конкурс объявлен не состоявшимся в связи с тем, что по истечении срока представления конкурсных предложений не было представлено ни одного конкурсного предложения либо в результате рассмотрения конкурсного предложения, представленного единственным участником конкурса в электронной форме, конкурсной комиссией принято решение о несоответствии конкурсного предложения, представленного единственным участником конкурса в электронной форме, требованиям конкурсной документации, решение о заключении концессионного соглашения подлежит отмене или изменению</w:t>
      </w:r>
    </w:p>
    <w:p>
      <w:r>
        <w:rPr>
          <w:b/>
        </w:rPr>
        <w:t xml:space="preserve">9. </w:t>
      </w:r>
      <w:r>
        <w:t>Заключение концессионного соглашения в случае принятия концедентом решения о заключении концессионного соглашения с заявителем, представившим единственную заявку на участие в конкурсе в электронной форме, или решения о заключении концессионного соглашения с участником конкурса в электронной форме, представившим единственное конкурсное предложение, осуществляется в порядке, установленном статьей 36 настоящего Федерального закона</w:t>
      </w:r>
    </w:p>
    <w:p>
      <w:r>
        <w:rPr>
          <w:b/>
        </w:rPr>
        <w:t xml:space="preserve">10. </w:t>
      </w:r>
      <w:r>
        <w:t>В случае, если конкурсной документацией предусмотрено перечисление суммы задатка на счет оператора электронной площадки, концедент не позднее одного рабочего дня, следующего за днем заключения концессионного соглашения с заявителем, представившим единственную заявку на участие в конкурсе в электронной форме, или участником конкурса в электронной форме, представившим единственное конкурсное предложение, направляет оператору электронной площадки уведомление о заключении концессионного соглашения с указанием наименования (для юридического лица) или фамилии, имени и (при наличии) отчества (для индивидуального предпринимателя) лица, с которым заключено концессионное соглашение, а также присвоенного электронной площадкой идентификационного номера конкурса в электронной форме, по итогам проведения которого заключено концессионное соглашение. Оператор электронной площадки не позднее одного рабочего дня, следующего за днем поступления ему уведомления о заключении концессионного соглашения, возвращает сумму задатка заявителю, представившему единственную заявку на участие в конкурсе в электронной форме, или участнику конкурса в электронной форме, представившему единственное конкурсное предложение</w:t>
      </w:r>
    </w:p>
    <w:p>
      <w:r>
        <w:rPr>
          <w:b/>
        </w:rPr>
        <w:t xml:space="preserve">11. </w:t>
      </w:r>
      <w:r>
        <w:t>В случае неподписания заявителем, представившим единственную заявку на участие в конкурсе в электронной форме, или участником конкурса в электронной форме, представившим единственное конкурсное предложение, в установленный срок концессионного соглашения концедент направляет уведомление оператору электронной площадки о незаключении концессионного соглашения с указанием наименования (для юридического лица) или фамилии, имени и (при наличии) отчества (для индивидуального предпринимателя) лица, с которым концессионное соглашение не было заключено, а также присвоенного электронной площадкой идентификационного номера конкурса в электронной форме, по итогам проведения которого концессионное соглашение не было заключено</w:t>
      </w:r>
    </w:p>
    <w:p>
      <w:r>
        <w:rPr>
          <w:b/>
        </w:rPr>
        <w:t xml:space="preserve">12. </w:t>
      </w:r>
      <w:r>
        <w:t>Оператор электронной площадки не позднее одного рабочего дня, следующего за днем поступления ему уведомления о незаключении концессионного соглашения, перечисляет концеденту сумму задатка, внесенного заявителем, представившим единственную заявку на участие в конкурсе в электронной форме, или участником конкурса в электронной форме, представившим единственное конкурсное предложение.";</w:t>
      </w:r>
    </w:p>
    <w:p>
      <w:r>
        <w:rPr>
          <w:b/>
        </w:rPr>
        <w:t xml:space="preserve">1. </w:t>
      </w:r>
      <w:r>
        <w:t>конкурсная комиссия в течение десяти рабочих дней со дня принятия концедентом решения о признании конкурса в электронной форме несостоявшимся рассматривает единственную представленную заявку на участие в конкурсе в электронной форме и в случае, если заявитель и представленная им заявка на участие в конкурсе в электронной форме соответствуют требованиям, установленным настоящим Федеральным законом и конкурсной документацией, принимает решение о предложении заявителю представить предложение о заключении концессионного соглашения на условиях, соответствующих конкурсной документации, либо в случае, если заявитель и (или) представленная заявка на участие в конкурсе в электронной форме не соответствуют требованиям, установленным настоящим Федеральным законом и конкурсной документацией, принимает решение об отказе в предложении заявителю представить предложение о заключении концессионного соглашения на условиях, соответствующих конкурсной документации. Решения конкурсной комиссии, указанные в настоящем пункте, оформляются протоколом рассмотрения единственной заявки на участие в конкурсе в электронной форме</w:t>
      </w:r>
    </w:p>
    <w:p>
      <w:r>
        <w:rPr>
          <w:b/>
        </w:rPr>
        <w:t xml:space="preserve">1. </w:t>
      </w:r>
      <w:r>
        <w:t>концедент не позднее одного рабочего дня, следующего за днем подписания членами конкурсной комиссии протокола рассмотрения единственной заявки на участие в конкурсе в электронной форме, направляет оператору электронной площадки такой протокол, размещает его на официальном сайте концедента и в открытом разделе электронной площадки</w:t>
      </w:r>
    </w:p>
    <w:p>
      <w:r>
        <w:rPr>
          <w:b/>
        </w:rPr>
        <w:t xml:space="preserve">1. </w:t>
      </w:r>
      <w:r>
        <w:t>оператор электронной площадки в течение одного часа с момента поступления протокола рассмотрения единственной заявки на участие в конкурсе в электронной форме размещает такой протокол на официальном сайте для размещения информации о проведении торгов и направляет заявителю, представившему единственную заявку на участие в конкурсе в электронной форме, в соответствии с таким протоколом уведомление с предложением представить предложение о заключении концессионного соглашения либо уведомление об отказе в предложении представить предложение о заключении концессионного соглашения и копию такого протокола</w:t>
      </w:r>
    </w:p>
    <w:p>
      <w:r>
        <w:rPr>
          <w:b/>
        </w:rPr>
        <w:t xml:space="preserve">1. </w:t>
      </w:r>
      <w:r>
        <w:t>заявитель в случае поступления ему от оператора электронной площадки уведомления с предложением представить предложение о заключении концессионного соглашения в течение шестидесяти рабочих дней со дня получения этого уведомления вправе представить предложение о заключении концессионного соглашения путем размещения его в закрытом разделе электронной площадки с учетом требований, установленных частью 7 статьи 382 настоящего Федерального закона и конкурсной документацией</w:t>
      </w:r>
    </w:p>
    <w:p>
      <w:r>
        <w:rPr>
          <w:b/>
        </w:rPr>
        <w:t xml:space="preserve">1. </w:t>
      </w:r>
      <w:r>
        <w:t>оператор электронной площадки в течение одного часа с момента размещения заявителем предложения о заключении концессионного соглашения проверяет соответствие указанного предложения требованиям, предусмотренным частью 7 статьи 382 настоящего Федерального закона, в случае соответствия указанного предложения данным требованиям направляет концеденту уведомление о поступлении указанного предложения и через личный кабинет концедента обеспечивает концеденту доступ к представленному заявителем предложению о заключении концессионного соглашения и содержащимся в нем документам и материалам</w:t>
      </w:r>
    </w:p>
    <w:p>
      <w:r>
        <w:rPr>
          <w:b/>
        </w:rPr>
        <w:t xml:space="preserve">1. </w:t>
      </w:r>
      <w:r>
        <w:t>конкурсная комиссия рассматривает предложение о заключении концессионного соглашения, представленное заявителем, в срок, установленный протоколом рассмотрения единственной заявки на участие в конкурсе в электронной форме, который не может составлять более чем пятнадцать рабочих дней со дня представления заявителем указанного предложения, и в случае, если предложение о заключении концессионного соглашения, представленное заявителем, соответствует требованиям конкурсной документации, в том числе критериям конкурса, принимает решение о соответствии предложения, представленного единственным заявителем, требованиям конкурсной документации либо в случае, если предложение о заключении концессионного соглашения, представленное заявителем, не соответствует требованиям конкурсной документации, в том числе критериям конкурса, принимает решение о несоответствии предложения, представленного единственным заявителем, требованиям конкурсной документации. Решения конкурсной комиссии, указанные в настоящем пункте, оформляются протоколом рассмотрения предложения о заключении концессионного соглашения на условиях, соответствующих требованиям конкурсной документации</w:t>
      </w:r>
    </w:p>
    <w:p>
      <w:r>
        <w:rPr>
          <w:b/>
        </w:rPr>
        <w:t xml:space="preserve">1. </w:t>
      </w:r>
      <w:r>
        <w:t>концедент не позднее одного рабочего дня, следующего за днем подписания членами конкурсной комиссии протокола рассмотрения предложения о заключении концессионного соглашения на условиях, соответствующих требованиям конкурсной документации, направляет оператору электронной площадки такой протокол, размещает его на официальном сайте концедента и в открытом разделе электронной площадки</w:t>
      </w:r>
    </w:p>
    <w:p>
      <w:r>
        <w:rPr>
          <w:b/>
        </w:rPr>
        <w:t xml:space="preserve">1. </w:t>
      </w:r>
      <w:r>
        <w:t>оператор электронной площадки в течение одного часа с момента поступления протокола рассмотрения предложения о заключении концессионного соглашения на условиях, соответствующих требованиям конкурсной документации, размещает такой протокол на официальном сайте для размещения информации о проведении торгов и направляет в соответствии с таким протоколом заявителю, представившему единственную заявку на участие в конкурсе в электронной форме, уведомление о соответствии или несоответствии представленного им предложения о заключении концессионного соглашения требованиям конкурсной документации и копию такого протокола</w:t>
      </w:r>
    </w:p>
    <w:p>
      <w:r>
        <w:rPr>
          <w:b/>
        </w:rPr>
        <w:t xml:space="preserve">1. </w:t>
      </w:r>
      <w:r>
        <w:t>в случае принятия конкурсной комиссией решения о соответствии предложения, представленного единственным заявителем, требованиям конкурсной документации концедент в течение трех рабочих дней со дня подписания конкурсной комиссией протокола рассмотрения предложения о заключении концессионного соглашения на условиях, соответствующих конкурсной документации, принимает решение о заключении концессионного соглашения с заявителем, представившим единственную заявку на участие в конкурсе в электронной форме</w:t>
      </w:r>
    </w:p>
    <w:p>
      <w:r>
        <w:rPr>
          <w:b/>
        </w:rPr>
        <w:t xml:space="preserve">1. </w:t>
      </w:r>
      <w:r>
        <w:t>концедент не позднее одного рабочего дня, следующего за днем принятия решения о заключении концессионного соглашения с заявителем, представившим единственную заявку на участие в конкурсе в электронной форме, направляет такое решение оператору электронной площадки и размещает его на официальном сайте для размещения информации о проведении торгов, на официальном сайте концедента и в открытом разделе электронной площадки</w:t>
      </w:r>
    </w:p>
    <w:p>
      <w:r>
        <w:rPr>
          <w:b/>
        </w:rPr>
        <w:t xml:space="preserve">1. </w:t>
      </w:r>
      <w:r>
        <w:t>оператор электронной площадки в течение одного часа с момента поступления решения о заключении концессионного соглашения с заявителем, представившим единственную заявку на участие в конкурсе в электронной форме, направляет в соответствии с таким решением заявителю, представившему предложение о заключении концессионного соглашения, уведомление о принятии решения о заключении с ним концессионного соглашения и копию такого решения</w:t>
      </w:r>
    </w:p>
    <w:p>
      <w:r>
        <w:rPr>
          <w:b/>
        </w:rPr>
        <w:t xml:space="preserve">2. </w:t>
      </w:r>
      <w:r>
        <w:t>если заявителю не было предложено представить предложение о заключении концессионного соглашения, - в течение пятнадцати рабочих дней со дня принятия решения о признании конкурса в электронной форме несостоявшимся</w:t>
      </w:r>
    </w:p>
    <w:p>
      <w:r>
        <w:rPr>
          <w:b/>
        </w:rPr>
        <w:t xml:space="preserve">2. </w:t>
      </w:r>
      <w:r>
        <w:t>если заявитель не представил предложение о заключении концессионного соглашения, - в течение пяти рабочих дней после дня истечения установленного срока представления такого предложения</w:t>
      </w:r>
    </w:p>
    <w:p>
      <w:r>
        <w:rPr>
          <w:b/>
        </w:rPr>
        <w:t xml:space="preserve">2. </w:t>
      </w:r>
      <w:r>
        <w:t>если конкурсной комиссией по результатам рассмотрения представленного единственным заявителем предложения о заключении концессионного соглашения принято решение о несоответствии предложения, представленного единственным заявителем, требованиям конкурсной документации, - в течение пяти рабочих дней после дня истечения установленного срока принятия конкурсной комиссией указанного решения</w:t>
      </w:r>
    </w:p>
    <w:p>
      <w:r>
        <w:rPr>
          <w:b/>
        </w:rPr>
        <w:t xml:space="preserve">3. </w:t>
      </w:r>
      <w:r>
        <w:t>если заявителю не было предложено представить предложение о заключении концессионного соглашения, - не позднее одного рабочего дня, следующего за днем получения оператором электронной площадки протокола рассмотрения единственной заявки на участие в конкурсе в электронной форме</w:t>
      </w:r>
    </w:p>
    <w:p>
      <w:r>
        <w:rPr>
          <w:b/>
        </w:rPr>
        <w:t xml:space="preserve">3. </w:t>
      </w:r>
      <w:r>
        <w:t>если заявитель не представил предложение о заключении концессионного соглашения, - не позднее одного рабочего дня, следующего за днем истечения установленного срока представления такого предложения</w:t>
      </w:r>
    </w:p>
    <w:p>
      <w:r>
        <w:rPr>
          <w:b/>
        </w:rPr>
        <w:t xml:space="preserve">3. </w:t>
      </w:r>
      <w:r>
        <w:t>если конкурсной комиссией по результатам рассмотрения предложения о заключении концессионного соглашения, представленного единственным заявителем, принято решение о несоответствии предложения о заключении концессионного соглашения, представленного единственным заявителем, требованиям конкурсной документации, - не позднее одного рабочего дня, следующего за днем получения оператором электронной площадки протокола рассмотрения предложения о заключении концессионного соглашения на условиях, соответствующих конкурсной документации</w:t>
      </w:r>
    </w:p>
    <w:p>
      <w:r>
        <w:rPr>
          <w:b/>
        </w:rPr>
        <w:t xml:space="preserve">5. </w:t>
      </w:r>
      <w:r>
        <w:t>конкурсная комиссия в течение пятнадцати рабочих дней со дня принятия концедентом решения о признании конкурса в электронной форме несостоявшимся рассматривает единственное конкурсное предложение, представленное участником конкурса в электронной форме, и в случае, если такое конкурсное предложение соответствует требованиям конкурсной документации, в том числе критериям конкурса, принимает решение о соответствии конкурсного предложения, представленного единственным участником конкурса в электронной форме, требованиям конкурсной документации либо в случае, если единственное конкурсное предложение, представленное участником конкурса в электронной форме, не соответствует требованиям конкурсной документации, в том числе критериям конкурса, принимает решение о несоответствии конкурсного предложения, представленного единственным участником конкурса в электронной форме, требованиям конкурсной документации. Решения конкурсной комиссии, указанные в настоящем пункте, оформляются протоколом рассмотрения конкурсного предложения, представленного единственным участником конкурса в электронной форме</w:t>
      </w:r>
    </w:p>
    <w:p>
      <w:r>
        <w:rPr>
          <w:b/>
        </w:rPr>
        <w:t xml:space="preserve">5. </w:t>
      </w:r>
      <w:r>
        <w:t>концедент не позднее одного рабочего дня, следующего за днем подписания членами конкурсной комиссии протокола рассмотрения конкурсного предложения, представленного единственным участником конкурса в электронной форме, направляет оператору электронной площадки такой протокол и размещает его на официальном сайте концедента и в открытом разделе электронной площадки</w:t>
      </w:r>
    </w:p>
    <w:p>
      <w:r>
        <w:rPr>
          <w:b/>
        </w:rPr>
        <w:t xml:space="preserve">5. </w:t>
      </w:r>
      <w:r>
        <w:t>оператор электронной площадки в течение одного часа с момента поступления протокола рассмотрения конкурсного предложения, представленного единственным участником конкурса в электронной форме, размещает такой протокол на официальном сайте для размещения информации о проведении торгов и направляет в соответствии с таким протоколом участнику конкурса в электронной форме, представившему единственное конкурсное предложение, уведомление о соответствии или несоответствии представленного им конкурсного предложения требованиям конкурсной документации и копию такого протокола</w:t>
      </w:r>
    </w:p>
    <w:p>
      <w:r>
        <w:rPr>
          <w:b/>
        </w:rPr>
        <w:t xml:space="preserve">5. </w:t>
      </w:r>
      <w:r>
        <w:t>в случае принятия конкурсной комиссией решения о соответствии конкурсного предложения, представленного единственным участником конкурса в электронной форме, требованиям конкурсной документации концедент в течение трех рабочих дней со дня подписания конкурсной комиссией протокола рассмотрения конкурсного предложения, представленного единственным участником конкурса в электронной форме, принимает решение о заключении концессионного соглашения с участником конкурса в электронной форме, представившим единственное конкурсное предложение</w:t>
      </w:r>
    </w:p>
    <w:p>
      <w:r>
        <w:rPr>
          <w:b/>
        </w:rPr>
        <w:t xml:space="preserve">5. </w:t>
      </w:r>
      <w:r>
        <w:t>концедент не позднее одного рабочего дня, следующего за днем принятия решения о заключении концессионного соглашения с участником конкурса в электронной форме, представившим единственное конкурсное предложение, направляет оператору электронной площадки такое решение и размещает его на официальном сайте для размещения информации о проведении торгов, на официальном сайте концедента и в открытом разделе электронной площадки</w:t>
      </w:r>
    </w:p>
    <w:p>
      <w:r>
        <w:rPr>
          <w:b/>
        </w:rPr>
        <w:t xml:space="preserve">5. </w:t>
      </w:r>
      <w:r>
        <w:t>оператор электронной площадки в течение одного часа с момента поступления решения о заключении концессионного соглашения с участником конкурса в электронной форме, представившим единственное конкурсное предложение, направляет в соответствии с таким решением уведомление участнику конкурса в электронной форме, представившему единственное конкурсное предложение, о принятии решения о заключении с ним концессионного соглашения и копию такого решения</w:t>
      </w:r>
    </w:p>
    <w:p>
      <w:r>
        <w:rPr>
          <w:b/>
        </w:rPr>
        <w:t xml:space="preserve">12. </w:t>
      </w:r>
      <w:r>
        <w:t>в части 20 статьи 39 слова "указанных в настоящей части официальных сайтах в информационно-телекоммуникационной сети "Интернет" заменить словами "официальном сайте для размещения информации о проведении торгов и на официальном сайте концедента"</w:t>
      </w:r>
    </w:p>
    <w:p>
      <w:r>
        <w:rPr>
          <w:b/>
        </w:rPr>
        <w:t xml:space="preserve">12. </w:t>
      </w:r>
      <w:r>
        <w:t>в пункте 2 части 1 статьи 42 цифры "22" заменить цифрами "45"</w:t>
      </w:r>
    </w:p>
    <w:p>
      <w:r>
        <w:rPr>
          <w:b/>
        </w:rPr>
        <w:t xml:space="preserve">12. </w:t>
      </w:r>
      <w:r>
        <w:t>в статье 46:</w:t>
      </w:r>
    </w:p>
    <w:p>
      <w:r>
        <w:rPr>
          <w:b/>
        </w:rPr>
        <w:t xml:space="preserve">12. </w:t>
      </w:r>
      <w:r>
        <w:t>в части 1 статьи 47:</w:t>
      </w:r>
    </w:p>
    <w:p>
      <w:r>
        <w:rPr>
          <w:b/>
        </w:rPr>
        <w:t xml:space="preserve">12. </w:t>
      </w:r>
      <w:r>
        <w:t>в части 3 статьи 49:</w:t>
      </w:r>
    </w:p>
    <w:p>
      <w:r>
        <w:rPr>
          <w:b/>
        </w:rPr>
        <w:t xml:space="preserve">12. </w:t>
      </w:r>
      <w:r>
        <w:t>часть 2 статьи 50 после слов "находящиеся на" дополнить словами "территории одного субъекта Российской Федерации или"</w:t>
      </w:r>
    </w:p>
    <w:p>
      <w:r>
        <w:rPr>
          <w:b/>
        </w:rPr>
        <w:t xml:space="preserve">12. </w:t>
      </w:r>
      <w:r>
        <w:t>в статье 521:</w:t>
      </w:r>
    </w:p>
    <w:p>
      <w:r>
        <w:rPr>
          <w:b/>
        </w:rPr>
        <w:t xml:space="preserve">12. </w:t>
      </w:r>
      <w:r>
        <w:t>статью 532 дополнить частью 9 следующего содержания: "9.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информационных технологий, вправе установить порядок определения стоимости создания объектов информационных технологий."</w:t>
      </w:r>
    </w:p>
    <w:p>
      <w:r>
        <w:rPr>
          <w:b/>
        </w:rPr>
        <w:t xml:space="preserve">12. </w:t>
      </w:r>
      <w:r>
        <w:t>в пункте 14 части 1 слова "в информационно-телекоммуникационной сети "Интернет" заменить словами "для размещения информации о проведении торгов и на официальном сайте концедента"</w:t>
      </w:r>
    </w:p>
    <w:p>
      <w:r>
        <w:rPr>
          <w:b/>
        </w:rPr>
        <w:t xml:space="preserve">12. </w:t>
      </w:r>
      <w:r>
        <w:t>в части 6 слова "в информационно-телекоммуникационной сети "Интернет" заменить словами "для размещения информации о проведении торгов и на официальном сайте концедента"</w:t>
      </w:r>
    </w:p>
    <w:p>
      <w:r>
        <w:rPr>
          <w:b/>
        </w:rPr>
        <w:t xml:space="preserve">12. </w:t>
      </w:r>
      <w:r>
        <w:t>пункт 2 изложить в следующей редакции: "2) объем финансового участия концедента в исполнении концессионного соглашения в формах, предусмотренных пунктами 1 - 3 части 1 статьи 101 настоящего Федерального закона, на каждый год срока действия концессионного соглашения в случае, если решением о заключении концессионного соглашения, конкурсной документацией предусмотрено финансовое участие концедента в исполнении концессионного соглашения в таких формах;"</w:t>
      </w:r>
    </w:p>
    <w:p>
      <w:r>
        <w:rPr>
          <w:b/>
        </w:rPr>
        <w:t xml:space="preserve">12. </w:t>
      </w:r>
      <w:r>
        <w:t>пункты 3 и 6 признать утратившими силу</w:t>
      </w:r>
    </w:p>
    <w:p>
      <w:r>
        <w:rPr>
          <w:b/>
        </w:rPr>
        <w:t xml:space="preserve">12. </w:t>
      </w:r>
      <w:r>
        <w:t>пункт 2 изложить в следующей редакции: "2) объем финансового участия концедента в исполнении концессионного соглашения в формах, предусмотренных пунктами 1 - 3 части 1 статьи 101 настоящего Федерального закона, на каждый год срока действия концессионного соглашения в случае, если решением о заключении концессионного соглашения, конкурсной документацией предусмотрено финансовое участие концедента в исполнении концессионного соглашения в таких формах;"</w:t>
      </w:r>
    </w:p>
    <w:p>
      <w:r>
        <w:rPr>
          <w:b/>
        </w:rPr>
        <w:t xml:space="preserve">12. </w:t>
      </w:r>
      <w:r>
        <w:t>пункты 4 и 5 признать утратившими силу</w:t>
      </w:r>
    </w:p>
    <w:p>
      <w:r>
        <w:rPr>
          <w:b/>
        </w:rPr>
        <w:t xml:space="preserve">12. </w:t>
      </w:r>
      <w:r>
        <w:t>в части 5 слова "в информационно-телекоммуникационной сети "Интернет" и слова ", определенном Правительством Российской Федерации," исключить</w:t>
      </w:r>
    </w:p>
    <w:p>
      <w:r>
        <w:rPr>
          <w:b/>
        </w:rPr>
        <w:t xml:space="preserve">12. </w:t>
      </w:r>
      <w:r>
        <w:t>в части 6 слова "в информационно-телекоммуникационной сети "Интернет" и слова ", определенном Правительством Российской Федерации," исключить</w:t>
      </w:r>
    </w:p>
    <w:p>
      <w:r>
        <w:rPr>
          <w:b/>
        </w:rPr>
        <w:t>Статья 3</w:t>
      </w:r>
    </w:p>
    <w:p>
      <w:r>
        <w:t>Внести в Федеральный закон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(Собрание законодательства Российской Федерации, 2015, № 29, ст. 4350; 2016, № 1, ст. 11; № 27, ст. 4293, 4294; 2018, № 27, ст. 3948, 3956; № 31, ст. 4850; 2021, № 1, ст. 3; 2022, № 1, ст. 58; № 18, ст. 3012; № 24, ст. 3914; 2023, № 1, ст. 51) следующие изменения: 1) статью 5 дополнить частью 31 следующего содержания: "31. Хозяйственные товарищества и общества, хозяйственные партнерства, являющиеся финансирующими лицами и находящиеся в соответствии с частью 3 настоящей статьи под контролем Российской Федерации, субъекта Российской Федерации или муниципального образования, а также под контролем организаций, указанных в пунктах 1 - 4 части 2 настоящей статьи, не являются лицами, участвующими на стороне частного партнера."; 2) в пункте 1 части 2 статьи 6 слова "частным партнером;" заменить словами "частным партнером. В целях настоящего Федерального закона к реконструкции объекта соглашения относятся мероприятия по его переустройству на основе внедрения новых технологий, механизации и автоматизации производства, модернизации и замены морально устаревшего и физически изношенного оборудования новым более производительным оборудованием, изменению технологического или функционального назначения объекта соглашения или его отдельных частей, иные мероприятия по улучшению характеристик и эксплуатационных свойств объекта соглашения;"; 3) в части 41 статьи 7 слова "в целях осуществления частным партнером деятельности, предусмотренной частью 1 статьи 12 настоящего Федерального закона" заменить словами "для создания на его основе объекта соглашения"; 4) в статье 8: а) пункты 6 и 8 части 7 признать утратившими силу; б) дополнить частью 71 следующего содержания: "71. Допускается принятие публичным партнером решения о невозможности реализации проекта в случае, если объект соглашения является несвободным от прав третьих лиц, а также в случае, если у публично-правового образования отсутствуют в соответствии с федеральными законами и (или) нормативными правовыми актами Российской Федерации, законами и (или) иными нормативными правовыми актами субъектов Российской Федерации, муниципальными правовыми актами средства на реализацию проекта на предложенных инициатором проекта условиях."; в) часть 9 дополнить словами "или в случае, если публичным партнером является муниципальное образование и у такого муниципального образования отсутствует официальный сайт в информационно-телекоммуникационной сети "Интернет", на официальном сайте субъекта Российской Федерации, в границах которого расположено такое муниципальное образование, в информационно-телекоммуникационной сети "Интернет" (далее - официальный сайт публичного партнера)"; 5) в части 10 статьи 9 слово "решение" заменить словами "соответствующее заключение"; 6) в статье 10: а) в части 1 слово "шестидесяти" заменить словом "тридцати"; б) пункт 9 части 3 после слов "Правительством Российской Федерации" дополнить словами "(далее - официальный сайт для размещения информации о проведении торгов)"; в) часть 31 дополнить пунктом 4 следующего содержания: "4) порядок заключения соглашения."; г) в части 8 слова "Российской Федерации в информационно-телекоммуникационной сети "Интернет" и слова ", определенном Правительством Российской Федерации," исключить, слова "на официальном сайте публичного партнера в информационно-телекоммуникационной сети "Интернет" заменить словами "на официальном сайте публичного партнера"; д) в части 9 слова "Российской Федерации в информационно-телекоммуникационной сети "Интернет" и слова ", определенном Правительством Российской Федерации," исключить, после слов "публичный партнер" дополнить словами "в течение тридцати календарных дней после истечения срока, установленного настоящей частью для направления иными лицами заявлений о намерении участвовать в конкурсе на право заключения соглашения,", дополнить словами ", который не может превышать один месяц"; е) в части 10 слова "Российской Федерации в информационно-телекоммуникационной сети "Интернет" и слова ", определенном Правительством Российской Федерации," исключить; 7) в статье 12: а) в пункте 9 части 2 слова "(предоставление банком или иной кредитной организацией независимой гарантии (банковской гарантии)" заменить словами "(предоставление государственной корпорацией развития "ВЭБ.РФ" или банком безотзывной банковской гарантии в соответствии с требованиями части 71 статьи 19 настоящего Федерального закона)"; б) часть 5 после слов "указываются в соглашении" дополнить словами "и являются его существенными условиями"; в) часть 11 дополнить пунктом 101 следующего содержания: "101) обстоятельства, наступление которых может привести к неисполнению или ненадлежащему исполнению частным партнером обязательств по соглашению и (или) возникновению у него дополнительных расходов и (или) недополученных доходов по соглашению, связанных с наступлением указанных обстоятельств, а также последствия наступления обстоятельств, к которым может относиться в том числе обязательство публичного партнера по возмещению таких дополнительных расходов и (или) компенсации таких недополученных доходов частного партнера;"; 8) в статье 13: а) часть 12 после слов "требованиям к" дополнить словами "частным партнерам, установленным настоящим Федеральным законом, а в случае заключения соглашения по итогам конкурса также требованиям к"; б) часть 14 после слов "настоящим Федеральным законом" дополнить словами ", а в случае заключения соглашения по итогам конкурса также требованиям к участникам конкурса, установленным настоящим Федеральным законом"; 9) часть 6 статьи 14 изложить в следующей редакции: "6. Акт о результатах контроля подлежит размещению публичным партнером в течение пяти дней с даты составления данного акта на официальном сайте публичного партнера. Доступ к данному акту обеспечивается в течение срока действия соглашения и после дня окончания срока его действия в течение трех лет."; 10) в статье 19: а) в пункте 1 части 2 слова "Российской Федерации в информационно-телекоммуникационной сети "Интернет" и слова ", определенном Правительством Российской Федерации," исключить; б) дополнить частями 31 и 32 следующего содержания: "31. С 1 марта 2024 года открытый конкурс может проводиться в электронной форме (далее - конкурс в электронной форме) на электронной площадке, определенной публичным партнером для проведения конкурса в электронной форме (далее также - электронная площадка), оператор которой включен в перечень операторов электронных площадок, утвержденный Правительством Российской Федерации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(далее также - оператор электронной площадки), с учетом положений главы 51 настоящего Федерального закона.</w:t>
      </w:r>
    </w:p>
    <w:p>
      <w:r>
        <w:rPr>
          <w:b/>
        </w:rPr>
        <w:t xml:space="preserve">32. </w:t>
      </w:r>
      <w:r>
        <w:t>С 1 января 2026 года проведение открытого конкурса осуществляется исключительно в электронной форме на электронной площадке, оператор которой включен в перечень операторов электронных площадок, утвержденный Правительством Российской Федерации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с учетом положений главы 51 настоящего Федерального закона."; в) в части 4: пункт 1 изложить в следующей редакции: "1) размещение сообщения о проведении конкурса на официальном сайте для размещения информации о проведении торгов, на официальном сайте публичного партнера, а также в разделе открытой части электронной площадки, доступ к которому имеет неограниченный круг лиц и в котором публичным партнером размещаются необходимые документы и материалы при проведении конкурса в электронной форме в соответствии с настоящим Федеральным законом (далее - открытый раздел электронной площадки), или в случае проведения закрытого конкурса направление лицам, определенным решением о реализации проекта, уведомления о проведении закрытого конкурса с приглашением принять участие в закрытом конкурсе;"; пункт 3 дополнить словами "или определение заявителей конкурса в электронной форме (при проведении конкурса в электронной форме)"; пункт 6 дополнить словами "или определение участников конкурса в электронной форме, представивших конкурсные предложения (при проведении конкурса в электронной форме)"; пункт 8 изложить в следующей редакции: "8) подписание протокола о результатах проведения конкурса, размещение сообщения о результатах проведения конкурса на официальном сайте для размещения информации о проведении торгов и на официальном сайте публичного партнера, уведомление участников конкурса о результатах проведения конкурса либо при проведении конкурса в электронной форме подписание протокола о результатах проведения конкурса в электронной форме, размещение сообщения о результатах проведения конкурса в электронной форме на официальном сайте для размещения информации о проведении торгов, на официальном сайте публичного партнера, в открытом разделе электронной площадки, а также уведомление участников конкурса в электронной форме о результатах проведения конкурса в электронной форме."; г) часть 5 признать утратившей силу; д) в части 7 слова "Российской Федерации в информационно-телекоммуникационной сети "Интернет" и слова ", определенном Правительством Российской Федерации" исключить; е) дополнить частью 71 следующего содержания: "71. Публичный партнер в качестве способа обеспечения заявки на участие в конкурсе, обеспечения исполнения обязательств частного партнера по соглашению вправе выбрать предоставление заявителем (частным партнером) безотзывной банковской гарантии, соответствующей требованиям, установленным Правительством Российской Федерации, и выданной государственной корпорацией развития "ВЭБ.РФ" или банком, соответствующим требованиям, установленным Правительством Российской Федерации."; ж) часть 9 изложить в следующей редакции: "9. К критериям конкурса могут относиться</w:t>
      </w:r>
    </w:p>
    <w:p>
      <w:r>
        <w:rPr>
          <w:b/>
        </w:rPr>
        <w:t xml:space="preserve">5. </w:t>
      </w:r>
      <w:r>
        <w:t>Публичный партнер, конкурсная комиссия обязаны предоставлять в письменной форме разъяснения положений конкурсной документации по запросам заявителей, если такие запросы поступили к публичному партнеру, в конкурсную комиссию не позднее чем за десять рабочих дней до дня истечения срока представления заявок на участие в конкурсе. Разъяснения положений конкурсной документации направляются публичным партнером, конкурсной комиссией каждому заявителю в сроки, установленные конкурсной документацией, но не позднее чем за пять рабочих дней до дня истечения срока представления заявок на участие в конкурсе с приложением содержания запроса без указания заявителя, от которого поступил запрос. В случае проведения открытого конкурса разъяснения положений конкурсной документации с приложением содержания запроса без указания заявителя, от которого поступил запрос, также размещаются на официальном сайте для размещения информации о проведении торгов и на официальном сайте публичного партнера. Указанные в настоящей части запросы заявителей и разъяснения положений конкурсной документации по запросам заявителей с приложением содержания запроса без указания заявителя, от которого поступил запрос, могут также направляться им в электронной форме. Разъяснения положений конкурсной документации в случае проведения конкурса в электронной форме даются с учетом особенностей, установленных частью 51 настоящей статьи."; в) дополнить частью 51 следующего содержания: "51. В случае проведения конкурса в электронной форме заявитель, аккредитованный на электронной площадке, не позднее чем за десять рабочих дней до дня истечения срока представления заявок на участие в конкурсе в электронной форме вправе направить оператору электронной площадки с использованием программно-аппаратных средств электронной площадки, на которой планируется проведение конкурса в электронной форме, запрос о даче разъяснений положений конкурсной документации. Данный запрос в течение одного часа с момента поступления оператору электронной площадки направляется оператором электронной площадки публичному партнеру без указания сведений о заявителе, направившем данный запрос. В случае поступления от оператора электронной площадки запроса о даче разъяснений положений конкурсной документации публичный партнер в сроки, установленные конкурсной документацией, но не позднее чем за пять рабочих дней до дня истечения срока представления заявок на участие в конкурсе в электронной форме размещает в открытом разделе электронной площадки разъяснения положений конкурсной документации с указанием содержания данного запроса."; г) часть 6 изложить в следующей редакции: "6. Публичный партнер вправе вносить изменения в конкурсную документацию при условии обязательного продления срока представления заявок на участие в конкурсе или конкурсных предложений таким образом, чтобы данный срок составлял не менее чем тридцать рабочих дней со дня внесения соответствующих изменений. Сообщение о внесении изменений в конкурсную документацию в течение трех рабочих дней со дня их внесения размещается конкурсной комиссией на официальном сайте для размещения информации о проведении торгов и на официальном сайте публичного партнера, а также при проведении конкурса в электронной форме в открытом разделе электронной площадки или направляется лицам, которым направлены приглашения принять участие в закрытом конкурсе.";</w:t>
      </w:r>
    </w:p>
    <w:p>
      <w:r>
        <w:rPr>
          <w:b/>
        </w:rPr>
        <w:t xml:space="preserve">62. </w:t>
      </w:r>
      <w:r>
        <w:t>В случае, если заявитель и (или) представленная им заявка на участие в конкурсе не соответствуют требованиям, установленным настоящим Федеральным законом и конкурсной документацией, конкурсная комиссия в течение десяти рабочих дней со дня принятия публичным партнером решения о признании конкурса несостоявшимся принимает решение об отказе в предложении заявителю представить предложение о заключении соглашения</w:t>
      </w:r>
    </w:p>
    <w:p>
      <w:r>
        <w:rPr>
          <w:b/>
        </w:rPr>
        <w:t xml:space="preserve">63. </w:t>
      </w:r>
      <w:r>
        <w:t>Решения конкурсной комиссии, указанные в частях 61 и 62 настоящей статьи, оформляются протоколом рассмотрения единственной заявки на участие в конкурсе</w:t>
      </w:r>
    </w:p>
    <w:p>
      <w:r>
        <w:rPr>
          <w:b/>
        </w:rPr>
        <w:t xml:space="preserve">64. </w:t>
      </w:r>
      <w:r>
        <w:t>Конкурсная комиссия в течение трех рабочих дней со дня подписания членами конкурсной комиссии протокола рассмотрения единственной заявки на участие в конкурсе направляет заявителю в соответствии с таким протоколом уведомление с предложением представить предложение о заключении соглашения на условиях, соответствующих конкурсной документации, либо уведомление об отказе в предложении заявителю представить предложение о заключении соглашения и копию такого протокола</w:t>
      </w:r>
    </w:p>
    <w:p>
      <w:r>
        <w:rPr>
          <w:b/>
        </w:rPr>
        <w:t xml:space="preserve">65. </w:t>
      </w:r>
      <w:r>
        <w:t>Срок представления заявителем предложения о заключении соглашения составляет не более чем шестьдесят рабочих дней со дня получения заявителем от конкурсной комиссии уведомления с предложением представить предложение о заключении соглашения на условиях, соответствующих конкурсной документации. Срок рассмотрения конкурсной комиссией такого предложения, представленного заявителем, устанавливается протоколом рассмотрения единственной заявки на участие в конкурсе, но не может составлять более чем пятнадцать рабочих дней со дня представления заявителем такого предложения</w:t>
      </w:r>
    </w:p>
    <w:p>
      <w:r>
        <w:rPr>
          <w:b/>
        </w:rPr>
        <w:t xml:space="preserve">66. </w:t>
      </w:r>
      <w:r>
        <w:t>По результатам рассмотрения предложения о заключении соглашения, представленного заявителем, конкурсная комиссия в случае, если такое предложение соответствует требованиям конкурсной документации, в том числе критериям конкурса, принимает решение о соответствии такого предложения требованиям конкурсной документации либо в случае, если предложение о заключении соглашения, представленное заявителем, не соответствует требованиям конкурсной документации, в том числе критериям конкурса, принимает решение о несоответствии такого предложения требованиям конкурсной документации. Решения конкурсной комиссии, указанные в настоящей части, оформляются протоколом рассмотрения предложения о заключении соглашения на условиях, соответствующих конкурсной документации</w:t>
      </w:r>
    </w:p>
    <w:p>
      <w:r>
        <w:rPr>
          <w:b/>
        </w:rPr>
        <w:t xml:space="preserve">67. </w:t>
      </w:r>
      <w:r>
        <w:t>Конкурсная комиссия в течение трех рабочих дней со дня подписания членами конкурсной комиссии протокола рассмотрения предложения о заключении соглашения на условиях, соответствующих конкурсной документации, направляет заявителю в соответствии с таким протоколом уведомление о соответствии или несоответствии предложения о заключении соглашения, представленного заявителем, требованиям конкурсной документации и копию такого протокола</w:t>
      </w:r>
    </w:p>
    <w:p>
      <w:r>
        <w:rPr>
          <w:b/>
        </w:rPr>
        <w:t xml:space="preserve">68. </w:t>
      </w:r>
      <w:r>
        <w:t>В случае принятия конкурсной комиссией решения о соответствии предложения о заключении соглашения, представленного единственным заявителем, требованиям конкурсной документации публичный партнер в течение трех рабочих дней со дня подписания конкурсной комиссией протокола рассмотрения предложения о заключении соглашения на условиях, соответствующих конкурсной документации, принимает решение о заключении соглашения с заявителем, представившим единственную заявку на участие в конкурсе."; д) часть 7 изложить в следующей редакции: "7. Публичный партнер возвращает заявителю, представившему единственную заявку на участие в конкурсе, внесенную им сумму задатка и (или) отказывается от своих прав по безотзывной банковской гарантии, предоставленной этим заявителем в качестве обеспечения заявки на участие в конкурсе, а также выполняет иные условия, необходимые для прекращения обязательства гаранта перед бенефициаром по данной безотзывной банковской гарантии, если такие условия предусмотрены данной безотзывной банковской гарантией и (или) соглашением гаранта с бенефициаром, в случае</w:t>
      </w:r>
    </w:p>
    <w:p>
      <w:r>
        <w:rPr>
          <w:b/>
        </w:rPr>
        <w:t xml:space="preserve">9. </w:t>
      </w:r>
      <w:r>
        <w:t>В случае принятия конкурсной комиссией решения о соответствии конкурсного предложения, представленного единственным участником конкурса, требованиям конкурсной документации публичный партнер в течение трех рабочих дней со дня подписания конкурсной комиссией протокола рассмотрения конкурсного предложения, представленного единственным участником конкурса, принимает решение о заключении соглашения с участником конкурса, представившим единственное конкурсное предложение</w:t>
      </w:r>
    </w:p>
    <w:p>
      <w:r>
        <w:rPr>
          <w:b/>
        </w:rPr>
        <w:t xml:space="preserve">10. </w:t>
      </w:r>
      <w:r>
        <w:t>Публичный партнер возвращает участнику конкурса, представившему единственное конкурсное предложение, внесенную им сумму задатка и (или) отказывается от своих прав по безотзывной банковской гарантии, предоставленной этим участником конкурса в качестве обеспечения заявки на участие в конкурсе, а также выполняет иные условия, необходимые для прекращения обязательства гаранта перед бенефициаром по данной безотзывной банковской гарантии, если такие условия предусмотрены данной безотзывной банковской гарантией и (или) соглашением гаранта с бенефициаром, в случае, если конкурсной комиссией по результатам рассмотрения конкурсного предложения, представленного единственным участником конкурса, принято решение о несоответствии конкурсного предложения, представленного единственным участником конкурса, требованиям конкурсной документации, в течение пяти рабочих дней после дня истечения установленного срока принятия конкурсной комиссией указанного решения</w:t>
      </w:r>
    </w:p>
    <w:p>
      <w:r>
        <w:rPr>
          <w:b/>
        </w:rPr>
        <w:t xml:space="preserve">11. </w:t>
      </w:r>
      <w:r>
        <w:t>В случае, если по истечении срока представления конкурсных предложений в конкурсную комиссию не представлено ни одного конкурсного предложения, либо по результатам рассмотрения конкурсных предложений конкурсной комиссией ни одно конкурсное предложение не признано соответствующим требованиям конкурсной документации, либо в результате рассмотрения конкурсного предложения, представленного единственным участником конкурса, конкурсной комиссией принято решение о несоответствии конкурсного предложения, представленного единственным участником конкурса, требованиям конкурсной документации, решение о реализации проекта подлежит отмене или изменению.";</w:t>
      </w:r>
    </w:p>
    <w:p>
      <w:r>
        <w:rPr>
          <w:b/>
        </w:rPr>
        <w:t xml:space="preserve">32. </w:t>
      </w:r>
      <w:r>
        <w:t>технические критерии (технико-экономические показатели объекта соглашения, качественная характеристика архитектурного, функционально-технологического, конструктивного или инженерно-технического решения для обеспечения создания объекта соглашения, объем производства товаров, выполнения работ, оказания услуг при осуществлении деятельности, предусмотренной соглашением)</w:t>
      </w:r>
    </w:p>
    <w:p>
      <w:r>
        <w:rPr>
          <w:b/>
        </w:rPr>
        <w:t xml:space="preserve">32. </w:t>
      </w:r>
      <w:r>
        <w:t>финансово-экономические критерии (размер финансового обеспечения обязательств публичного партнера, размер платы частного партнера, предельные цены (тарифы) на производимые товары, выполняемые работы, оказываемые услуги, надбавки к таким ценам (тарифам) при осуществлении деятельности, предусмотренной соглашением, и (или) долгосрочные параметры регулирования деятельности частного партнера, обязательства, принимаемые на себя частным партнером в случаях недополучения запланированных доходов от эксплуатации и (или) технического обслуживания объекта соглашения, возникновения дополнительных расходов при создании объекта соглашения, его эксплуатации и (или) техническом обслуживании)</w:t>
      </w:r>
    </w:p>
    <w:p>
      <w:r>
        <w:rPr>
          <w:b/>
        </w:rPr>
        <w:t xml:space="preserve">32. </w:t>
      </w:r>
      <w:r>
        <w:t>юридические критерии (срок действия соглашения, сроки создания объекта соглашения, период со дня подписания соглашения до дня, когда созданный объект соглашения будет соответствовать установленным соглашением технико-экономическим показателям, период со дня подписания соглашения до дня, когда производство товаров, выполнение работ, оказание услуг при осуществлении деятельности, предусмотренной соглашением, будут осуществляться в объеме, установленном соглашением).";</w:t>
      </w:r>
    </w:p>
    <w:p>
      <w:r>
        <w:rPr>
          <w:b/>
        </w:rPr>
        <w:t xml:space="preserve">32. </w:t>
      </w:r>
      <w:r>
        <w:t>в статье 20:</w:t>
      </w:r>
    </w:p>
    <w:p>
      <w:r>
        <w:rPr>
          <w:b/>
        </w:rPr>
        <w:t xml:space="preserve">32. </w:t>
      </w:r>
      <w:r>
        <w:t>в статье 21:</w:t>
      </w:r>
    </w:p>
    <w:p>
      <w:r>
        <w:rPr>
          <w:b/>
        </w:rPr>
        <w:t xml:space="preserve">32. </w:t>
      </w:r>
      <w:r>
        <w:t>часть 18 изложить в следующей редакции: "18. В случае, если соглашением предусматривается частичное финансовое обеспечение проекта публичным партнером, в критерии конкурса в обязательном порядке включается размер указанного финансового обеспечения. В этом случае максимальные значения весовых коэффициентов, учитывающих значимость указанных в пунктах 1 и 3 части 9 настоящей статьи критериев конкурса, в совокупности не могут составлять более чем ноль целых пять десятых."</w:t>
      </w:r>
    </w:p>
    <w:p>
      <w:r>
        <w:rPr>
          <w:b/>
        </w:rPr>
        <w:t xml:space="preserve">32. </w:t>
      </w:r>
      <w:r>
        <w:t>часть 23 изложить в следующей редакции: "23. Результаты оценки конкурсных предложений отражаются в протоколе рассмотрения и оценки конкурсных предложений, который подлежит размещению на официальном сайте для размещения информации о проведении торгов и на официальном сайте публичного партнера в порядке, установленном конкурсной документацией, в течение десяти рабочих дней со дня истечения срока рассмотрения конкурсных предложений."</w:t>
      </w:r>
    </w:p>
    <w:p>
      <w:r>
        <w:rPr>
          <w:b/>
        </w:rPr>
        <w:t xml:space="preserve">32. </w:t>
      </w:r>
      <w:r>
        <w:t>в части 24 слова "допускается заключение соглашения с участником" заменить словами "публичный партнер вправе предложить заключить соглашение участнику"; л) дополнить частью 241 следующего содержания: "241. В случае, если до установленного конкурсной документацией дня подписания соглашения участник конкурса, которому в соответствии с частью 24 настоящей статьи публичный партнер предложил заключить соглашение, не представил публичному партнеру документы, предусмотренные конкурсной документацией и (или) проектом соглашения, публичный партнер принимает решение об отказе в заключении соглашения с таким участником конкурса и об объявлении конкурса несостоявшимся."; м) в части 25: в пункте 1 слова "чем через один день со дня истечения срока представления заявок на участие в конкурсе" заменить словами "одного рабочего дня, следующего за днем истечения срока представления заявок на участие в конкурсе,"; в пункте 3 слова "чем через один день со дня истечения срока представления конкурсных предложений" заменить словами "одного рабочего дня, следующего за днем истечения срока представления конкурсных предложений,"; пункт 4 изложить в следующей редакции: "4) не позднее одного рабочего дня, следующего за днем истечения срока для подписания соглашения участником конкурса, конкурсное предложение которого по результатам рассмотрения и оценки конкурсных предложений содержит лучшие условия, следующие после условий, предложенных победителем конкурса, если в течение такого срока соглашение не было подписано этим лицом или это лицо не представило публичному партнеру документы, предусмотренные конкурсной документацией и (или) проектом соглашения, либо не позднее одного рабочего дня, следующего за днем отказа этого лица от заключения соглашения."</w:t>
      </w:r>
    </w:p>
    <w:p>
      <w:r>
        <w:rPr>
          <w:b/>
        </w:rPr>
        <w:t xml:space="preserve">32. </w:t>
      </w:r>
      <w:r>
        <w:t>часть 3 после слов "соглашением о проведении совместного конкурса" дополнить словами ", заключаемым такими публичными партнерами"</w:t>
      </w:r>
    </w:p>
    <w:p>
      <w:r>
        <w:rPr>
          <w:b/>
        </w:rPr>
        <w:t xml:space="preserve">32. </w:t>
      </w:r>
      <w:r>
        <w:t>пункт 8 части 5 изложить в следующей редакции: "8) порядок размещения информации об этом соглашении на официальном сайте для размещения информации о проведении торгов;"</w:t>
      </w:r>
    </w:p>
    <w:p>
      <w:r>
        <w:rPr>
          <w:b/>
        </w:rPr>
        <w:t xml:space="preserve">32. </w:t>
      </w:r>
      <w:r>
        <w:t>в части 1: в пункте 4 слова "лицами, представляющими заявки на участие в конкурсе, конкурсные предложения," заменить словом "заявителями"; пункт 6 изложить в следующей редакции: "6) срок размещения сообщения о проведении конкурса на официальном сайте для размещения информации о проведении торгов, на официальном сайте публичного партнера и при проведении конкурса в электронной форме в открытом разделе электронной площадки или срок направления уведомления лицам в соответствии с решением о реализации проекта одновременно с приглашением принять участие в конкурсе;"; пункт 12 дополнить словами ", и (или) размер и условия безотзывной банковской гарантии, предоставляемой в качестве обеспечения заявки на участие в конкурсе, порядок ее предоставления и срок действия безотзывной банковской гарантии"; пункт 15 дополнить словами "или дату и время начала рассмотрения заявок на участие в конкурсе в электронной форме и определения заявителей (при проведении конкурса в электронной форме)"; в пункте 16 слова "в случае, если такой отбор предусмотрен условиями конкурса" заменить словами "или дату подписания протокола о проведении предварительного отбора участников конкурса в электронной форме (при проведении конкурса в электронной форме)"; пункт 17 дополнить словами "или дату и время начала рассмотрения конкурсных предложений и определения участников конкурса в электронной форме, представивших конкурсные предложения (при проведении конкурса в электронной форме)"; пункт 20 дополнить словами "или протокола о результатах проведения конкурса в электронной форме (при проведении конкурса в электронной форме)"; дополнить пунктом 23 следующего содержания: "23) адрес электронной площадки в информационно-телекоммуникационной сети "Интернет", наименование и контактные данные оператора электронной площадки, включающие в том числе номера телефонов и адрес электронной почты оператора электронной площадки (при проведении конкурса в электронной форме)."</w:t>
      </w:r>
    </w:p>
    <w:p>
      <w:r>
        <w:rPr>
          <w:b/>
        </w:rPr>
        <w:t xml:space="preserve">32. </w:t>
      </w:r>
      <w:r>
        <w:t>части 4 и 5 изложить в следующей редакции: "4. В случае проведения открытого конкурса публичный партнер размещает конкурсную документацию на официальном сайте для размещения информации о проведении торгов и на официальном сайте публичного партнера, а также при проведении конкурса в электронной форме в открытом разделе электронной площадки в срок, не превышающий пяти рабочих дней со дня ее утверждения, одновременно с размещением сообщения о проведении открытого конкурса. Конкурсная документация, размещенная на официальном сайте для размещения информации о проведении торгов, на официальном сайте публичного партнера и при проведении конкурса в электронной форме в открытом разделе электронной площадки, должна быть доступна для ознакомления без взимания платы. Со дня размещения конкурсной документации на официальном сайте для размещения информации о проведении торгов, на официальном сайте публичного партнера и при проведении конкурса в электронной форме в открытом разделе электронной площадки публичный партнер, конкурсная комиссия обязаны на основании поданного в письменной форме заявления любого заинтересованного лица предоставлять такому лицу конкурсную документацию в порядке и в сроки, которые указаны в сообщении о проведении открытого конкурса. В случае проведения закрытого конкурса публичный партнер, конкурсная комиссия обязаны предоставлять конкурсную документацию лицам, которым направлено приглашение принять участие в закрытом конкурсе, в порядке и в сроки, которые установлены конкурсной документацией</w:t>
      </w:r>
    </w:p>
    <w:p>
      <w:r>
        <w:rPr>
          <w:b/>
        </w:rPr>
        <w:t xml:space="preserve">5. </w:t>
      </w:r>
      <w:r>
        <w:t>в части 3 статьи 22:</w:t>
      </w:r>
    </w:p>
    <w:p>
      <w:r>
        <w:rPr>
          <w:b/>
        </w:rPr>
        <w:t xml:space="preserve">5. </w:t>
      </w:r>
      <w:r>
        <w:t>в статье 23:</w:t>
      </w:r>
    </w:p>
    <w:p>
      <w:r>
        <w:rPr>
          <w:b/>
        </w:rPr>
        <w:t xml:space="preserve">5. </w:t>
      </w:r>
      <w:r>
        <w:t>в части 1 статьи 24 слова "протокол о вскрытии" заменить словами "протокол вскрытия"</w:t>
      </w:r>
    </w:p>
    <w:p>
      <w:r>
        <w:rPr>
          <w:b/>
        </w:rPr>
        <w:t xml:space="preserve">5. </w:t>
      </w:r>
      <w:r>
        <w:t>в статье 25:</w:t>
      </w:r>
    </w:p>
    <w:p>
      <w:r>
        <w:rPr>
          <w:b/>
        </w:rPr>
        <w:t xml:space="preserve">5. </w:t>
      </w:r>
      <w:r>
        <w:t>в пункте 7 слова "лицами, представившими заявки на участие в конкурсе, конкурсные предложения," заменить словом "заявителями"</w:t>
      </w:r>
    </w:p>
    <w:p>
      <w:r>
        <w:rPr>
          <w:b/>
        </w:rPr>
        <w:t xml:space="preserve">5. </w:t>
      </w:r>
      <w:r>
        <w:t>в пункте 8 слова "лиц, представивших заявки на участие в конкурсе, конкурсные предложения, и самих конкурсных предложений" заменить словами "заявителей и представленных ими заявок на участие в конкурсе"</w:t>
      </w:r>
    </w:p>
    <w:p>
      <w:r>
        <w:rPr>
          <w:b/>
        </w:rPr>
        <w:t xml:space="preserve">5. </w:t>
      </w:r>
      <w:r>
        <w:t>в пункте 9 слова "лицами, представившими заявки на участие в конкурсе" заменить словом "заявителями"</w:t>
      </w:r>
    </w:p>
    <w:p>
      <w:r>
        <w:rPr>
          <w:b/>
        </w:rPr>
        <w:t xml:space="preserve">5. </w:t>
      </w:r>
      <w:r>
        <w:t>в пункте 10 слова "лица, представившего заявку на участие в конкурсе," заменить словом "заявителя", слова "такого лица" заменить словом "заявителя", слова "такому лицу" заменить словом "заявителю"</w:t>
      </w:r>
    </w:p>
    <w:p>
      <w:r>
        <w:rPr>
          <w:b/>
        </w:rPr>
        <w:t xml:space="preserve">5. </w:t>
      </w:r>
      <w:r>
        <w:t>пункт 13 изложить в следующей редакции: "13) осуществляет предварительный отбор участников конкурса;"</w:t>
      </w:r>
    </w:p>
    <w:p>
      <w:r>
        <w:rPr>
          <w:b/>
        </w:rPr>
        <w:t xml:space="preserve">5. </w:t>
      </w:r>
      <w:r>
        <w:t>пункт 17 изложить в следующей редакции: "17) размещает на официальном сайте для размещения информации о проведении торгов и на официальном сайте публичного партнера сведения о результатах проведения конкурса;"</w:t>
      </w:r>
    </w:p>
    <w:p>
      <w:r>
        <w:rPr>
          <w:b/>
        </w:rPr>
        <w:t xml:space="preserve">5. </w:t>
      </w:r>
      <w:r>
        <w:t>дополнить пунктом 18 следующего содержания: "18) осуществляет иные функции, предусмотренные настоящим Федеральным законом."</w:t>
      </w:r>
    </w:p>
    <w:p>
      <w:r>
        <w:rPr>
          <w:b/>
        </w:rPr>
        <w:t xml:space="preserve">5. </w:t>
      </w:r>
      <w:r>
        <w:t>часть 2 после слова "тридцать" дополнить словом "рабочих"</w:t>
      </w:r>
    </w:p>
    <w:p>
      <w:r>
        <w:rPr>
          <w:b/>
        </w:rPr>
        <w:t xml:space="preserve">5. </w:t>
      </w:r>
      <w:r>
        <w:t>дополнить частью 6 следующего содержания: "6. Публичный партнер в течение пяти рабочих дней со дня поступления ему от заявителя уведомления об отзыве заявки на участие в конкурсе возвращает внесенную этим заявителем сумму задатка и (или) отказывается от своих прав по безотзывной банковской гарантии, предоставленной этим заявителем в качестве обеспечения заявки на участие в конкурсе, а также выполняет иные условия, необходимые для прекращения обязательства гаранта перед бенефициаром по данной безотзывной банковской гарантии, в случае, если такие условия предусмотрены данной безотзывной банковской гарантией и (или) соглашением гаранта с бенефициаром."</w:t>
      </w:r>
    </w:p>
    <w:p>
      <w:r>
        <w:rPr>
          <w:b/>
        </w:rPr>
        <w:t xml:space="preserve">5. </w:t>
      </w:r>
      <w:r>
        <w:t>пункт 4 части 3 изложить в следующей редакции: "4) задаток заявителя не поступил на счет в срок и в размере, которые установлены конкурсной документацией, и (или) заявителем не предоставлена безотзывная банковская гарантия, предоставляемая в качестве обеспечения заявки на участие в конкурсе."</w:t>
      </w:r>
    </w:p>
    <w:p>
      <w:r>
        <w:rPr>
          <w:b/>
        </w:rPr>
        <w:t xml:space="preserve">5. </w:t>
      </w:r>
      <w:r>
        <w:t>часть 4 изложить в следующей редакции: "4. Конкурсная комиссия в течение трех рабочих дней со дня подписания членами конкурсной комиссии протокола проведения предварительного отбора участников конкурса, но не позднее чем за шестьдесят рабочих дней до дня истечения срока представления конкурсных предложений в конкурсную комиссию направляет участникам конкурса уведомление с предложением представить конкурсные предложения. Заявителям, не допущенным к участию в конкурсе, направляется уведомление об отказе в допуске к участию в конкурсе с приложением копии указанного протокола. В течение пяти рабочих дней со дня подписания указанного протокола членами конкурсной комиссии публичный партнер возвращает внесенные этими заявителями суммы задатков и (или) отказывается от своих прав по безотзывным банковским гарантиям, предоставленным этими заявителями в качестве обеспечения заявки на участие в конкурсе, а также выполняет иные условия, необходимые для прекращения обязательства гаранта перед бенефициаром, в случае, если такие условия предусмотрены безотзывной банковской гарантией и (или) соглашением гаранта с бенефициаром."</w:t>
      </w:r>
    </w:p>
    <w:p>
      <w:r>
        <w:rPr>
          <w:b/>
        </w:rPr>
        <w:t xml:space="preserve">5. </w:t>
      </w:r>
      <w:r>
        <w:t>часть 6 изложить в следующей редакции: "6. В случае, если конкурс объявлен не состоявшимся в соответствии с пунктом 1 части 25 статьи 19 настоящего Федерального закона, конкурсная комиссия вскрывает конверт с единственной представленной заявкой на участие в конкурсе и рассматривает эту заявку в порядке, установленном настоящей статьей, в течение трех рабочих дней со дня принятия публичным партнером решения о признании конкурса несостоявшимся."</w:t>
      </w:r>
    </w:p>
    <w:p>
      <w:r>
        <w:rPr>
          <w:b/>
        </w:rPr>
        <w:t xml:space="preserve">5. </w:t>
      </w:r>
      <w:r>
        <w:t>дополнить частями 61 - 68 следующего содержания: "61. В случае, если заявитель и представленная им заявка на участие в конкурсе соответствуют требованиям, установленным настоящим Федеральным законом и конкурсной документацией, конкурсная комиссия в течение десяти рабочих дней со дня принятия публичным партнером решения о признании конкурса несостоявшимся принимает решение о предложении заявителю представить предложение о заключении соглашения на условиях, соответствующих конкурсной документации</w:t>
      </w:r>
    </w:p>
    <w:p>
      <w:r>
        <w:rPr>
          <w:b/>
        </w:rPr>
        <w:t xml:space="preserve">68. </w:t>
      </w:r>
      <w:r>
        <w:t>если заявителю не было предложено представить в конкурсную комиссию предложение о заключении соглашения, - в течение пятнадцати рабочих дней со дня принятия решения о признании конкурса несостоявшимся</w:t>
      </w:r>
    </w:p>
    <w:p>
      <w:r>
        <w:rPr>
          <w:b/>
        </w:rPr>
        <w:t xml:space="preserve">68. </w:t>
      </w:r>
      <w:r>
        <w:t>если заявитель не представил в конкурсную комиссию предложение о заключении соглашения, - в течение пяти рабочих дней после дня истечения установленного срока представления предложения о заключении соглашения</w:t>
      </w:r>
    </w:p>
    <w:p>
      <w:r>
        <w:rPr>
          <w:b/>
        </w:rPr>
        <w:t xml:space="preserve">68. </w:t>
      </w:r>
      <w:r>
        <w:t>если конкурсной комиссией по результатам рассмотрения предложения о заключении соглашения, представленного единственным заявителем, принято решение о несоответствии такого предложения требованиям конкурсной документации, - в течение пяти рабочих дней после дня истечения установленного срока принятия конкурсной комиссией указанного решения.";</w:t>
      </w:r>
    </w:p>
    <w:p>
      <w:r>
        <w:rPr>
          <w:b/>
        </w:rPr>
        <w:t xml:space="preserve">68. </w:t>
      </w:r>
      <w:r>
        <w:t>в статье 26:</w:t>
      </w:r>
    </w:p>
    <w:p>
      <w:r>
        <w:rPr>
          <w:b/>
        </w:rPr>
        <w:t xml:space="preserve">68. </w:t>
      </w:r>
      <w:r>
        <w:t>в статье 27:</w:t>
      </w:r>
    </w:p>
    <w:p>
      <w:r>
        <w:rPr>
          <w:b/>
        </w:rPr>
        <w:t xml:space="preserve">68. </w:t>
      </w:r>
      <w:r>
        <w:t>в статье 28:</w:t>
      </w:r>
    </w:p>
    <w:p>
      <w:r>
        <w:rPr>
          <w:b/>
        </w:rPr>
        <w:t xml:space="preserve">68. </w:t>
      </w:r>
      <w:r>
        <w:t>дополнить частью 8 следующего содержания: "8. В случае, если по истечении срока представления заявок на участие в конкурсе не были представлены заявки на участие в конкурсе, либо по результатам проведения предварительного отбора ни один заявитель не был признан участником конкурса, либо в результате рассмотрения единственной представленной заявки на участие в конкурсе заявителю не было предложено в установленный срок представить в конкурсную комиссию предложение о заключении соглашения, либо заявитель в установленный срок не представил в конкурсную комиссию предложение о заключении соглашения, либо конкурсной комиссией по результатам рассмотрения предложения о заключении соглашения, представленного единственным заявителем, принято решение о несоответствии такого предложения о заключении соглашения требованиям конкурсной документации, решение о реализации проекта подлежит отмене или изменению."</w:t>
      </w:r>
    </w:p>
    <w:p>
      <w:r>
        <w:rPr>
          <w:b/>
        </w:rPr>
        <w:t xml:space="preserve">68. </w:t>
      </w:r>
      <w:r>
        <w:t>часть 1 дополнить предложением следующего содержания: "Участник конкурса вправе представить только одно конкурсное предложение."</w:t>
      </w:r>
    </w:p>
    <w:p>
      <w:r>
        <w:rPr>
          <w:b/>
        </w:rPr>
        <w:t xml:space="preserve">68. </w:t>
      </w:r>
      <w:r>
        <w:t>часть 3 признать утратившей силу</w:t>
      </w:r>
    </w:p>
    <w:p>
      <w:r>
        <w:rPr>
          <w:b/>
        </w:rPr>
        <w:t xml:space="preserve">68. </w:t>
      </w:r>
      <w:r>
        <w:t>дополнить частью 61 следующего содержания: "61. Публичный партнер в течение пяти рабочих дней со дня поступления ему от участника конкурса уведомления об отзыве конкурсного предложения возвращает внесенную участником конкурса сумму задатка и (или) отказывается от своих прав по безотзывной банковской гарантии, предоставленной участником конкурса в качестве обеспечения заявки на участие в конкурсе, а также выполняет иные условия, необходимые для прекращения обязательства гаранта перед бенефициаром по данной безотзывной банковской гарантии, в случае, если такие условия предусмотрены данной безотзывной банковской гарантией и (или) соглашением гаранта с бенефициаром."</w:t>
      </w:r>
    </w:p>
    <w:p>
      <w:r>
        <w:rPr>
          <w:b/>
        </w:rPr>
        <w:t xml:space="preserve">68. </w:t>
      </w:r>
      <w:r>
        <w:t>в части 3 слова ", за исключением конвертов с конкурсными предложениями, представленными участниками конкурса, которыми не были соблюдены установленные конкурсной документацией порядок, размер и (или) срок внесения задатков" исключить</w:t>
      </w:r>
    </w:p>
    <w:p>
      <w:r>
        <w:rPr>
          <w:b/>
        </w:rPr>
        <w:t xml:space="preserve">68. </w:t>
      </w:r>
      <w:r>
        <w:t>в части 4 слова "а также конверт с конкурсным предложением, представленным участником конкурса, которым не были соблюдены установленные конкурсной документацией порядок, размер и (или) срок внесения задатка," исключить</w:t>
      </w:r>
    </w:p>
    <w:p>
      <w:r>
        <w:rPr>
          <w:b/>
        </w:rPr>
        <w:t xml:space="preserve">68. </w:t>
      </w:r>
      <w:r>
        <w:t>часть 7 изложить в следующей редакции: "7. В случае, если конкурс объявлен не состоявшимся в соответствии с пунктом 3 части 25 статьи 19 настоящего Федерального закона, конкурсная комиссия в течение пятнадцати рабочих дней со дня принятия публичным партнером решения о признании конкурса несостоявшимся рассматривает конкурсное предложение, представленное единственным участником конкурса, в порядке, установленном настоящей статьей, и в случае его соответствия требованиям конкурсной документации, в том числе критериям конкурса, принимает решение о соответствии конкурсного предложения, представленного единственным участником конкурса, требованиям конкурсной документации либо в случае, если конкурсное предложение, представленное единственным участником конкурса, не соответствует требованиям конкурсной документации, в том числе критериям конкурса, принимает решение о несоответствии конкурсного предложения, представленного единственным участником конкурса, требованиям конкурсной документации. Решения конкурсной комиссии, указанные в настоящей части, оформляются протоколом рассмотрения конкурсного предложения, представленного единственным участником конкурса."</w:t>
      </w:r>
    </w:p>
    <w:p>
      <w:r>
        <w:rPr>
          <w:b/>
        </w:rPr>
        <w:t xml:space="preserve">68. </w:t>
      </w:r>
      <w:r>
        <w:t>дополнить частями 8 - 11 следующего содержания: "8. Конкурсная комиссия в течение трех рабочих дней со дня подписания членами конкурсной комиссии протокола рассмотрения конкурсного предложения, представленного единственным участником конкурса, направляет в соответствии с таким протоколом участнику конкурса уведомление о соответствии или несоответствии представленного им конкурсного предложения требованиям конкурсной документации и копию такого протокола</w:t>
      </w:r>
    </w:p>
    <w:p>
      <w:r>
        <w:rPr>
          <w:b/>
        </w:rPr>
        <w:t xml:space="preserve">11. </w:t>
      </w:r>
      <w:r>
        <w:t>в статье 29:</w:t>
      </w:r>
    </w:p>
    <w:p>
      <w:r>
        <w:rPr>
          <w:b/>
        </w:rPr>
        <w:t xml:space="preserve">11. </w:t>
      </w:r>
      <w:r>
        <w:t>информация о месте, дате и времени рассмотрения конкурсных предложений</w:t>
      </w:r>
    </w:p>
    <w:p>
      <w:r>
        <w:rPr>
          <w:b/>
        </w:rPr>
        <w:t xml:space="preserve">11. </w:t>
      </w:r>
      <w:r>
        <w:t>информация об участниках конкурса, конкурсные предложения которых были рассмотрены</w:t>
      </w:r>
    </w:p>
    <w:p>
      <w:r>
        <w:rPr>
          <w:b/>
        </w:rPr>
        <w:t xml:space="preserve">11. </w:t>
      </w:r>
      <w:r>
        <w:t>критерии конкурса</w:t>
      </w:r>
    </w:p>
    <w:p>
      <w:r>
        <w:rPr>
          <w:b/>
        </w:rPr>
        <w:t xml:space="preserve">11. </w:t>
      </w:r>
      <w:r>
        <w:t>условия, содержащиеся в конкурсных предложениях</w:t>
      </w:r>
    </w:p>
    <w:p>
      <w:r>
        <w:rPr>
          <w:b/>
        </w:rPr>
        <w:t xml:space="preserve">11. </w:t>
      </w:r>
      <w:r>
        <w:t>результаты рассмотрения конкурсных предложений с указанием конкурсных предложений, в отношении которых принято решение об их несоответствии требованиям конкурсной документации</w:t>
      </w:r>
    </w:p>
    <w:p>
      <w:r>
        <w:rPr>
          <w:b/>
        </w:rPr>
        <w:t xml:space="preserve">11. </w:t>
      </w:r>
      <w:r>
        <w:t>результаты оценки конкурсных предложений</w:t>
      </w:r>
    </w:p>
    <w:p>
      <w:r>
        <w:rPr>
          <w:b/>
        </w:rPr>
        <w:t xml:space="preserve">11. </w:t>
      </w:r>
      <w:r>
        <w:t>наименование и место нахождения победителя конкурса, обоснование принятого конкурсной комиссией решения о признании участника конкурса победителем конкурса, а также участника конкурса, конкурсное предложение которого по результатам рассмотрения и оценки конкурсных предложений содержит лучшие условия, следующие после условий, предложенных победителем конкурса."</w:t>
      </w:r>
    </w:p>
    <w:p>
      <w:r>
        <w:rPr>
          <w:b/>
        </w:rPr>
        <w:t xml:space="preserve">11. </w:t>
      </w:r>
      <w:r>
        <w:t>в статье 30:</w:t>
      </w:r>
    </w:p>
    <w:p>
      <w:r>
        <w:rPr>
          <w:b/>
        </w:rPr>
        <w:t xml:space="preserve">11. </w:t>
      </w:r>
      <w:r>
        <w:t>в статье 31:</w:t>
      </w:r>
    </w:p>
    <w:p>
      <w:r>
        <w:rPr>
          <w:b/>
        </w:rPr>
        <w:t xml:space="preserve">11. </w:t>
      </w:r>
      <w:r>
        <w:t>дополнить частью 21 следующего содержания: "21. В случае, если конкурсной комиссией по результатам рассмотрения и оценки конкурсных предложений единственное конкурсное предложение признано соответствующим требованиям конкурсной документации, в том числе критериям конкурса, победителем конкурса признается участник конкурса, представивший единственное конкурсное предложение."</w:t>
      </w:r>
    </w:p>
    <w:p>
      <w:r>
        <w:rPr>
          <w:b/>
        </w:rPr>
        <w:t xml:space="preserve">11. </w:t>
      </w:r>
      <w:r>
        <w:t>в статье 32:</w:t>
      </w:r>
    </w:p>
    <w:p>
      <w:r>
        <w:rPr>
          <w:b/>
        </w:rPr>
        <w:t xml:space="preserve">11. </w:t>
      </w:r>
      <w:r>
        <w:t>дополнить главой 51 следующего содержания: "Глава 51. Проведение конкурса в электронной форме</w:t>
      </w:r>
    </w:p>
    <w:p>
      <w:r>
        <w:rPr>
          <w:b/>
        </w:rPr>
        <w:t xml:space="preserve">11. </w:t>
      </w:r>
      <w:r>
        <w:t>часть 3 изложить в следующей редакции: "3. Решение об определении победителя конкурса оформляется протоколом рассмотрения и оценки конкурсных предложений, в котором указываются:</w:t>
      </w:r>
    </w:p>
    <w:p>
      <w:r>
        <w:rPr>
          <w:b/>
        </w:rPr>
        <w:t xml:space="preserve">11. </w:t>
      </w:r>
      <w:r>
        <w:t>в части 1: абзац первый после слова "пять" дополнить словом "рабочих"; в пункте 1 слова "заключении соглашения" заменить словами "реализации проекта"; в пункте 5 слова "участников конкурса" заменить словом "заявителей"; пункт 8 изложить в следующей редакции: "8) протокол проведения предварительного отбора участников конкурса;"</w:t>
      </w:r>
    </w:p>
    <w:p>
      <w:r>
        <w:rPr>
          <w:b/>
        </w:rPr>
        <w:t xml:space="preserve">11. </w:t>
      </w:r>
      <w:r>
        <w:t>часть 3 изложить в следующей редакции: "3. Публичный партнер в течение пяти рабочих дней со дня подписания протокола о результатах проведения конкурса возвращает внесенные участниками конкурса суммы задатков всем участникам конкурса, за исключением победителя конкурса, и (или) отказывается от своих прав по безотзывным банковским гарантиям, предоставленным всеми участниками конкурса в качестве обеспечения заявки на участие в конкурсе, за исключением прав по безотзывной банковской гарантии, предоставленной победителем конкурса в качестве обеспечения заявки на участие в конкурсе."</w:t>
      </w:r>
    </w:p>
    <w:p>
      <w:r>
        <w:rPr>
          <w:b/>
        </w:rPr>
        <w:t xml:space="preserve">11. </w:t>
      </w:r>
      <w:r>
        <w:t>абзац первый части 1 изложить в следующей редакции: "1. Конкурсная комиссия в течение пятнадцати рабочих дней со дня подписания протокола о результатах проведения конкурса или принятия публичным партнером решения об объявлении конкурса несостоявшимся обязана разместить на официальном сайте для размещения информации о проведении торгов и на официальном сайте публичного партнера:"</w:t>
      </w:r>
    </w:p>
    <w:p>
      <w:r>
        <w:rPr>
          <w:b/>
        </w:rPr>
        <w:t xml:space="preserve">11. </w:t>
      </w:r>
      <w:r>
        <w:t>часть 2 после слова "пятнадцати" дополнить словом "рабочих"</w:t>
      </w:r>
    </w:p>
    <w:p>
      <w:r>
        <w:rPr>
          <w:b/>
        </w:rPr>
        <w:t xml:space="preserve">11. </w:t>
      </w:r>
      <w:r>
        <w:t>часть 3 после слова "тридцати" дополнить словом "рабочих"</w:t>
      </w:r>
    </w:p>
    <w:p>
      <w:r>
        <w:rPr>
          <w:b/>
        </w:rPr>
        <w:t xml:space="preserve">11. </w:t>
      </w:r>
      <w:r>
        <w:t>часть 1 изложить в следующей редакции: "1. Публичный партнер в течение пяти рабочих дней со дня подписания членами конкурсной комиссии протокола о результатах проведения конкурса (протокола о результатах проведения конкурса в электронной форме) направляет победителю конкурса экземпляр указанного протокола, проект соглашения, включающий в себя условия соглашения, определенные решением о реализации проекта, конкурсной документацией и представленным победителем конкурса конкурсным предложением, а также иные предусмотренные настоящим Федеральным законом, другими федеральными законами условия. Соглашение должно быть подписано в срок, установленный конкурсной документацией, но не ранее чем по истечении десяти дней со дня размещения протокола о результатах проведения конкурса на официальном сайте для размещения информации о проведении торгов и на официальном сайте публичного партнера в случае проведения открытого конкурса."</w:t>
      </w:r>
    </w:p>
    <w:p>
      <w:r>
        <w:rPr>
          <w:b/>
        </w:rPr>
        <w:t xml:space="preserve">11. </w:t>
      </w:r>
      <w:r>
        <w:t>дополнить частью 21 следующего содержания: "21. Публичный партнер не возвращает не подписавшему в установленный срок соглашение победителю конкурса (победителю конкурса в электронной форме) или иному указанному в части 51 настоящей статьи лицу внесенную сумму задатка и (или) предъявляет гаранту требование об осуществлении уплаты денежной суммы по безотзывной банковской гарантии, предоставленной победителем конкурса (победителем конкурса в электронной форме) или иным указанным в части 51 настоящей статьи лицом в качестве обеспечения заявки на участие в конкурсе. Форма требования об осуществлении уплаты денежной суммы по безотзывной банковской гарантии и перечень документов, представляемых публичным партнером одновременно с требованием об осуществлении уплаты денежной суммы по безотзывной банковской гарантии, предоставленной в качестве обеспечения заявки на участие в конкурсе или исполнения обязательств частного партнера по соглашению, утверждаются Правительством Российской Федерации."</w:t>
      </w:r>
    </w:p>
    <w:p>
      <w:r>
        <w:rPr>
          <w:b/>
        </w:rPr>
        <w:t xml:space="preserve">11. </w:t>
      </w:r>
      <w:r>
        <w:t>в части 3 после слов "протокола о результатах проведения конкурса" дополнить словами "(протокола о результатах проведения конкурса в электронной форме)", слова "в информационно-телекоммуникационной сети "Интернет" исключить</w:t>
      </w:r>
    </w:p>
    <w:p>
      <w:r>
        <w:rPr>
          <w:b/>
        </w:rPr>
        <w:t xml:space="preserve">11. </w:t>
      </w:r>
      <w:r>
        <w:t>часть 4 после слова "пяти" дополнить словом "рабочих"</w:t>
      </w:r>
    </w:p>
    <w:p>
      <w:r>
        <w:rPr>
          <w:b/>
        </w:rPr>
        <w:t xml:space="preserve">11. </w:t>
      </w:r>
      <w:r>
        <w:t>в части 5 слова "в случае, если такое обеспечение исполнения обязательств предусмотрено конкурсной документацией" исключить</w:t>
      </w:r>
    </w:p>
    <w:p>
      <w:r>
        <w:rPr>
          <w:b/>
        </w:rPr>
        <w:t xml:space="preserve">11. </w:t>
      </w:r>
      <w:r>
        <w:t>дополнить частью 51 следующего содержания: "51. В случае заключения соглашения в соответствии с частью 68 статьи 25 и частью 1 статьи 329 настоящего Федерального закона не позднее чем через пять рабочих дней со дня принятия публичным партнером решения о заключении соглашения с заявителем, представившим единственную заявку на участие в конкурсе, публичный партнер направляет такому заявителю проект соглашения, включающий в себя условия этого соглашения, определенные решением о реализации проекта, конкурсной документацией, а также иные предусмотренные настоящим Федеральным законом, другими федеральными законами условия. В случае заключения соглашения в соответствии с частью 7 статьи 28 и частью 5 статьи 329 настоящего Федерального закона не позднее чем через пять рабочих дней со дня принятия публичным партнером решения о заключении соглашения с участником конкурса, представившим единственное конкурсное предложение, публичный партнер направляет такому участнику конкурса проект соглашения, включающий в себя условия этого соглашения, определенные решением о реализации проекта, конкурсной документацией и представленным таким участником конкурса конкурсным предложением, а также иные предусмотренные настоящим Федеральным законом, другими федеральными законами условия. В этих случаях соглашение должно быть подписано по итогам проведения переговоров, указанных в части 3 настоящей статьи, в срок, установленный конкурсной документацией и исчисляемый со дня направления такому заявителю или такому участнику конкурса проекта соглашения. В случае, если до установленного конкурсной документацией дня подписания соглашения такой заявитель или такой участник конкурса не представил публичному партнеру документы, предусмотренные конкурсной документацией и (или) проектом соглашения, публичный партнер принимает решение об отказе в заключении соглашения с таким заявителем или таким участником конкурса."</w:t>
      </w:r>
    </w:p>
    <w:p>
      <w:r>
        <w:rPr>
          <w:b/>
        </w:rPr>
        <w:t xml:space="preserve">11. </w:t>
      </w:r>
      <w:r>
        <w:t>дополнить частью 7 следующего содержания: "7. Публичный партнер в течение пяти рабочих дней со дня заключения соглашения с победителем конкурса или другими лицами, указанными в части 51 настоящей статьи, возвращает внесенную победителем конкурса или указанным в части 51 настоящей статьи лицом сумму задатка и (или) отказывается от своих прав по безотзывной банковской гарантии, предоставленной победителем конкурса или этим лицом в качестве обеспечения заявки на участие в конкурсе, а также выполняет иные условия, необходимые для прекращения обязательства гаранта перед бенефициаром по данной безотзывной банковской гарантии, в случае, если такие условия предусмотрены данной безотзывной банковской гарантией и (или) соглашением гаранта с бенефициаром."</w:t>
      </w:r>
    </w:p>
    <w:p>
      <w:r>
        <w:rPr>
          <w:b/>
        </w:rPr>
        <w:t>Статья 321. Особенности проведения конкурса в электронной форме</w:t>
      </w:r>
    </w:p>
    <w:p>
      <w:r>
        <w:rPr>
          <w:b/>
        </w:rPr>
        <w:t xml:space="preserve">1. </w:t>
      </w:r>
      <w:r>
        <w:t>Оператор электронной площадки, электронная площадка, порядок ее функционирования должны соответствовать единым требованиям к операторам электронных площадок, электронным площадкам и функционированию электронных площадок, установленным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(далее - единые требования)</w:t>
      </w:r>
    </w:p>
    <w:p>
      <w:r>
        <w:rPr>
          <w:b/>
        </w:rPr>
        <w:t xml:space="preserve">2. </w:t>
      </w:r>
      <w:r>
        <w:t>Не допускается взимание оператором электронной площадки с публичного партнера, заявителя и участника конкурса в электронной форме, а также с организации, осуществляющей выдачу безотзывной банковской гарантии, предоставляемой в качестве обеспечения заявки на участие в конкурсе в электронной форме (далее - гарант), платы за аккредитацию, идентификацию и аутентификацию на электронной площадке, а также при проведении конкурса в электронной форме</w:t>
      </w:r>
    </w:p>
    <w:p>
      <w:r>
        <w:rPr>
          <w:b/>
        </w:rPr>
        <w:t xml:space="preserve">3. </w:t>
      </w:r>
      <w:r>
        <w:t>Оператор электронной площадки в целях организации и проведения конкурса в электронной форме обеспечивает</w:t>
      </w:r>
    </w:p>
    <w:p>
      <w:r>
        <w:rPr>
          <w:b/>
        </w:rPr>
        <w:t xml:space="preserve">4. </w:t>
      </w:r>
      <w:r>
        <w:t>Оператор электронной площадки несет ответственность</w:t>
      </w:r>
    </w:p>
    <w:p>
      <w:r>
        <w:rPr>
          <w:b/>
        </w:rPr>
        <w:t xml:space="preserve">5. </w:t>
      </w:r>
      <w:r>
        <w:t>Оператор электронной площадки приостанавливает проведение конкурса в электронной форме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конкурса в электронной форме начинается с того момента, с которого конкурс в электронной форме был прерван. В течение одного часа с момента приостановления проведения конкурса в электронной форме оператор электронной площадки размещает на электронной площадке информацию о причине приостановления проведения конкурса в электронной форме, времени приостановления и возобновления проведения конкурса в электронной форме, уведомляет об этом публичного партнера, заявителя и участника конкурса в электронной форме</w:t>
      </w:r>
    </w:p>
    <w:p>
      <w:r>
        <w:rPr>
          <w:b/>
        </w:rPr>
        <w:t xml:space="preserve">6. </w:t>
      </w:r>
      <w:r>
        <w:t>Операторы электронных площадок, которые включены в перечень операторов электронных площадок, утвержденный Правительством Российской Федерации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ежегодно до 25 января представляют в федеральный орган исполнительной власти, уполномоченный на осуществление государственной политики в области инвестиционной деятельности, годовой отчет о деятельности соответствующей электронной площадки, включающий в себя информацию о проведенных конкурсах в электронной форме на федеральном, региональном и муниципальном уровнях, по форме, установленной таким органом</w:t>
      </w:r>
    </w:p>
    <w:p>
      <w:r>
        <w:rPr>
          <w:b/>
        </w:rPr>
        <w:t xml:space="preserve">7. </w:t>
      </w:r>
      <w:r>
        <w:t>Документы и материалы, размещаемые на электронной площадке оператором электронной площадки, публичным партнером, заявителем, участником конкурса в электронной форме и гарантом в соответствии с настоящим Федеральным законом и нормативными правовыми актами Правительства Российской Федерации, регулирующими отношения, связанные с проведением конкурса в электронной форме, должны быть представлены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подписанных (заверенных) усиленной квалифицированной электронной подписью оператора электронной площадки, публичного партнера, заявителя, участника конкурса в электронной форме, гаранта либо лица, имеющего право действовать от их имени</w:t>
      </w:r>
    </w:p>
    <w:p>
      <w:r>
        <w:rPr>
          <w:b/>
        </w:rPr>
        <w:t xml:space="preserve">8. </w:t>
      </w:r>
      <w:r>
        <w:t>Уведомления, направляемые оператором электронной площадки, публичным партнером, заявителем и участником конкурса в электронной форме с использованием программно-аппаратных средств электронной площадки в соответствии с настоящим Федеральным законом и нормативными правовыми актами Правительства Российской Федерации, регулирующими отношения, связанные с проведением конкурса в электронной форме, должны быть подписаны усиленной квалифицированной электронной подписью оператора электронной площадки, публичного партнера, заявителя, участника конкурса в электронной форме либо лица, имеющего право действовать от их имени</w:t>
      </w:r>
    </w:p>
    <w:p>
      <w:r>
        <w:rPr>
          <w:b/>
        </w:rPr>
        <w:t xml:space="preserve">9. </w:t>
      </w:r>
      <w:r>
        <w:t>Лица, разместившие на электронной площадке документы и материалы, указанные в части 7 настоящей статьи, а также лица, направившие указанные в части 8 настоящей статьи уведомления, несут ответственность за подлинность и достоверность таких документов, материалов и информации, представленной в указанных уведомлениях</w:t>
      </w:r>
    </w:p>
    <w:p>
      <w:r>
        <w:rPr>
          <w:b/>
        </w:rPr>
        <w:t xml:space="preserve">10. </w:t>
      </w:r>
      <w:r>
        <w:t>Документы и материалы, связанные с организацией и проведением конкурса в электронной форме, в том числе поступившие от публичного партнера, заявителя, участника конкурса в электронной форме и гаранта, хранятся оператором электронной площадки</w:t>
      </w:r>
    </w:p>
    <w:p>
      <w:r>
        <w:rPr>
          <w:b/>
        </w:rPr>
        <w:t xml:space="preserve">11. </w:t>
      </w:r>
      <w:r>
        <w:t>Размещение публичным партнером в соответствии с настоящим Федеральным законом на электронной площадке документов и материалов осуществляется в открытом разделе электронной площадки после прохождения процедур аккредитации, идентификации и аутентификации на этой электронной площадке в соответствии с порядком организации и проведения конкурса в электронной форме и аккредитации на электронной площадке лиц, принимающих участие в процедуре организации и проведения конкурса в электронной форме, установленным Правительством Российской Федерации</w:t>
      </w:r>
    </w:p>
    <w:p>
      <w:r>
        <w:rPr>
          <w:b/>
        </w:rPr>
        <w:t xml:space="preserve">3. </w:t>
      </w:r>
      <w:r>
        <w:t>проведение конкурса в электронной форме в соответствии с требованиями настоящего Федерального закона и нормативных правовых актов Правительства Российской Федерации, регулирующих отношения, связанные с организацией и проведением конкурса в электронной форме</w:t>
      </w:r>
    </w:p>
    <w:p>
      <w:r>
        <w:rPr>
          <w:b/>
        </w:rPr>
        <w:t xml:space="preserve">3. </w:t>
      </w:r>
      <w:r>
        <w:t>непрерывность проведения конкурса в электронной форме, надежность функционирования программно-аппаратных средств электронной площадки, используемых для его проведения</w:t>
      </w:r>
    </w:p>
    <w:p>
      <w:r>
        <w:rPr>
          <w:b/>
        </w:rPr>
        <w:t xml:space="preserve">3. </w:t>
      </w:r>
      <w:r>
        <w:t>бесперебойное функционирование электронной площадки и круглосуточный бесплатный доступ физических и юридических лиц для ознакомления с информацией о проведении конкурса в электронной форме, размещенной на электронной площадке (за исключением времени проведения профилактических работ)</w:t>
      </w:r>
    </w:p>
    <w:p>
      <w:r>
        <w:rPr>
          <w:b/>
        </w:rPr>
        <w:t xml:space="preserve">3. </w:t>
      </w:r>
      <w:r>
        <w:t>возможность размещения на электронной площадке публичным партнером, заявителем, участником конкурса в электронной форме и гарантом документов и материалов, предусмотренных настоящим Федеральным законом и нормативными правовыми актами Правительства Российской Федерации, регулирующими отношения, связанные с проведением конкурса в электронной форме</w:t>
      </w:r>
    </w:p>
    <w:p>
      <w:r>
        <w:rPr>
          <w:b/>
        </w:rPr>
        <w:t xml:space="preserve">3. </w:t>
      </w:r>
      <w:r>
        <w:t>регистрацию заявок на участие в конкурсе в электронной форме, конкурсных предложений, а также безотзывных банковских гарантий, предоставляемых в качестве обеспечения таких заявок</w:t>
      </w:r>
    </w:p>
    <w:p>
      <w:r>
        <w:rPr>
          <w:b/>
        </w:rPr>
        <w:t xml:space="preserve">3. </w:t>
      </w:r>
      <w:r>
        <w:t>хранение и обработку документов и материалов, размещаемых публичным партнером, заявителем, участником конкурса в электронной форме и гарантом на электронной площадке, с использованием сертифицированных в установленном законодательством Российской Федерации порядке средств защиты информации</w:t>
      </w:r>
    </w:p>
    <w:p>
      <w:r>
        <w:rPr>
          <w:b/>
        </w:rPr>
        <w:t xml:space="preserve">3. </w:t>
      </w:r>
      <w:r>
        <w:t>прекращение приема заявок на участие в конкурсе в электронной форме и прилагаемых к ним документов, а также конкурсных предложений по истечении срока, установленного конкурсной документацией</w:t>
      </w:r>
    </w:p>
    <w:p>
      <w:r>
        <w:rPr>
          <w:b/>
        </w:rPr>
        <w:t xml:space="preserve">3. </w:t>
      </w:r>
      <w:r>
        <w:t>защиту информации, находящейся в документах и материалах, размещаемых публичным партнером, заявителем, участником конкурса в электронной форме и гарантом на электронной площадке, в том числе сохранность указанной информации, предупреждение ее уничтожения, несанкционированных изменения и копирования</w:t>
      </w:r>
    </w:p>
    <w:p>
      <w:r>
        <w:rPr>
          <w:b/>
        </w:rPr>
        <w:t xml:space="preserve">3. </w:t>
      </w:r>
      <w:r>
        <w:t>равный доступ всех заявителей и участников конкурса в электронной форме к участию в конкурсе в электронной форме</w:t>
      </w:r>
    </w:p>
    <w:p>
      <w:r>
        <w:rPr>
          <w:b/>
        </w:rPr>
        <w:t xml:space="preserve">3. </w:t>
      </w:r>
      <w:r>
        <w:t>возможность поиска на электронной площадке информации о проведении конкурса в электронной форме</w:t>
      </w:r>
    </w:p>
    <w:p>
      <w:r>
        <w:rPr>
          <w:b/>
        </w:rPr>
        <w:t xml:space="preserve">3. </w:t>
      </w:r>
      <w:r>
        <w:t>автоматическое уведомление публичного партнера, заявителя, участника конкурса в электронной форме и гаранта о сроках проведения профилактических работ в момент размещения информации о проведении конкурса в электронной форме на электронной площадке, но не позднее чем за пять календарных дней до дня начала проведения профилактических работ</w:t>
      </w:r>
    </w:p>
    <w:p>
      <w:r>
        <w:rPr>
          <w:b/>
        </w:rPr>
        <w:t xml:space="preserve">4. </w:t>
      </w:r>
      <w:r>
        <w:t>за обеспечение технической возможности проведения конкурса в электронной форме и доступа публичного партнера, заявителя, участника конкурса в электронной форме и гаранта к электронной площадке</w:t>
      </w:r>
    </w:p>
    <w:p>
      <w:r>
        <w:rPr>
          <w:b/>
        </w:rPr>
        <w:t xml:space="preserve">4. </w:t>
      </w:r>
      <w:r>
        <w:t>за обеспечение конфиденциальности процедуры проведения конкурса в электронной форме, сведений о поступивших от заявителя, участника конкурса в электронной форме и гаранта документах и материалах, предусмотренных настоящим Федеральным законом, а также сведений о лицах, представивших такие документы и материалы, за исключением случаев доступа публичного партнера к таким документам и материалам в порядке, установленном настоящим Федеральным законом</w:t>
      </w:r>
    </w:p>
    <w:p>
      <w:r>
        <w:rPr>
          <w:b/>
        </w:rPr>
        <w:t>Статья 322. Представление заявок на участие в конкурсе в электронной форме</w:t>
      </w:r>
    </w:p>
    <w:p>
      <w:r>
        <w:rPr>
          <w:b/>
        </w:rPr>
        <w:t xml:space="preserve">1. </w:t>
      </w:r>
      <w:r>
        <w:t>Представление заявок на участие в конкурсе в электронной форме осуществляется только заявителями, аккредитованными на электронной площадке</w:t>
      </w:r>
    </w:p>
    <w:p>
      <w:r>
        <w:rPr>
          <w:b/>
        </w:rPr>
        <w:t xml:space="preserve">2. </w:t>
      </w:r>
      <w:r>
        <w:t>Заявка на участие в конкурсе в электронной форме должна соответствовать требованиям, установленным к такой заявке конкурсной документацией, и содержать документы и материалы, предусмотренные конкурсной документацией и подтверждающие соответствие заявителей требованиям, предъявляемым к участникам конкурса в электронной форме, а также опись документов и материалов, содержащихся в такой заявке</w:t>
      </w:r>
    </w:p>
    <w:p>
      <w:r>
        <w:rPr>
          <w:b/>
        </w:rPr>
        <w:t xml:space="preserve">3. </w:t>
      </w:r>
      <w:r>
        <w:t>Заявка на участие в конкурсе в электронной форме оформляется на русском языке и подписывается (заверяется) усиленной квалифицированной электронной подписью заявителя или лица, имеющего право действовать от его имени</w:t>
      </w:r>
    </w:p>
    <w:p>
      <w:r>
        <w:rPr>
          <w:b/>
        </w:rPr>
        <w:t xml:space="preserve">4. </w:t>
      </w:r>
      <w:r>
        <w:t>Срок представления заявок на участие в конкурсе в электронной форме должен составлять не менее чем тридцать рабочих дней со дня размещения сообщения о проведении конкурса</w:t>
      </w:r>
    </w:p>
    <w:p>
      <w:r>
        <w:rPr>
          <w:b/>
        </w:rPr>
        <w:t xml:space="preserve">5. </w:t>
      </w:r>
      <w:r>
        <w:t>Заявка на участие в конкурсе в электронной форме, содержащая документы и материалы, предусмотренные частью 2 настоящей статьи, размещается заявителем в соответствующем разделе закрытой части электронной площадки, созданном оператором электронной площадки для размещения заявок на участие в конкурсе в электронной форме и конкурсных предложений (далее - закрытый раздел электронной площадки), в порядке, установленном конкурсной документацией, с учетом требований, предусмотренных частью 7 статьи 321 настоящего Федерального закона</w:t>
      </w:r>
    </w:p>
    <w:p>
      <w:r>
        <w:rPr>
          <w:b/>
        </w:rPr>
        <w:t xml:space="preserve">6. </w:t>
      </w:r>
      <w:r>
        <w:t>В течение одного часа с момента размещения заявителем в закрытом разделе электронной площадки заявки на участие в конкурсе в электронной форме оператор электронной площадки осуществляет регистрацию такой заявки в электронном журнале заявок, за исключением случаев, установленных частью 8 настоящей статьи, и направляет заявителю уведомление о ее поступлении в форме электронного документа с указанием присвоенного такой заявке идентификационного номера. Каждой заявке на участие в конкурсе в электронной форме присваивается идентификационный номер с указанием даты и точного времени ее представления (часы и минуты)</w:t>
      </w:r>
    </w:p>
    <w:p>
      <w:r>
        <w:rPr>
          <w:b/>
        </w:rPr>
        <w:t xml:space="preserve">7. </w:t>
      </w:r>
      <w:r>
        <w:t>В течение одного часа с момента регистрации заявки на участие в конкурсе в электронной форме в электронном журнале заявок оператор электронной площадки направляет публичному партнеру уведомление о поступлении заявки на участие в конкурсе в электронной форме с указанием наименования заявителя, разместившего такую заявку</w:t>
      </w:r>
    </w:p>
    <w:p>
      <w:r>
        <w:rPr>
          <w:b/>
        </w:rPr>
        <w:t xml:space="preserve">8. </w:t>
      </w:r>
      <w:r>
        <w:t>В течение одного часа с момента размещения заявителем в закрытом разделе электронной площадки заявки на участие в конкурсе в электронной форме оператор электронной площадки возвращает такую заявку представившему ее заявителю без регистрации такой заявки в электронном журнале заявок в случае</w:t>
      </w:r>
    </w:p>
    <w:p>
      <w:r>
        <w:rPr>
          <w:b/>
        </w:rPr>
        <w:t xml:space="preserve">9. </w:t>
      </w:r>
      <w:r>
        <w:t>Одновременно с возвратом заявки на участие в конкурсе в электронной форме оператор электронной площадки уведомляет в форме электронного документа заявителя, представившего такую заявку, об основаниях ее возврата</w:t>
      </w:r>
    </w:p>
    <w:p>
      <w:r>
        <w:rPr>
          <w:b/>
        </w:rPr>
        <w:t xml:space="preserve">10. </w:t>
      </w:r>
      <w:r>
        <w:t>В случае, если по истечении срока представления заявок на участие в конкурсе в электронной форме представлено менее двух заявок на участие в конкурсе в электронной форме, конкурс в электронной форме по решению публичного партнера, принимаемому на следующий день после истечения указанного срока, объявляется несостоявшимся. Конкурсная комиссия рассматривает единственную представленную заявку на участие в конкурсе в электронной форме в порядке, установленном частью 1 статьи 329 настоящего Федерального закона</w:t>
      </w:r>
    </w:p>
    <w:p>
      <w:r>
        <w:rPr>
          <w:b/>
        </w:rPr>
        <w:t xml:space="preserve">11. </w:t>
      </w:r>
      <w:r>
        <w:t>Заявитель, разместивший заявку на участие в конкурсе в электронной форме в закрытом разделе электронной площадки, имеет возможность просмотра, изменения и отзыва такой заявки до истечения срока (даты и времени) представления заявок на участие в конкурсе в электронной форме, установленного конкурсной документацией</w:t>
      </w:r>
    </w:p>
    <w:p>
      <w:r>
        <w:rPr>
          <w:b/>
        </w:rPr>
        <w:t xml:space="preserve">12. </w:t>
      </w:r>
      <w:r>
        <w:t>В случае изменения заявки на участие в конкурсе в электронной форме заявитель размещает в закрытом разделе электронной площадки новую заявку на участие в конкурсе в электронной форме взамен ранее размещенной в соответствии с требованиями частей 2 - 5 настоящей статьи. Оператор электронной площадки осуществляет регистрацию новой заявки на участие в конкурсе в электронной форме в порядке, установленном частями 6 - 9 настоящей статьи</w:t>
      </w:r>
    </w:p>
    <w:p>
      <w:r>
        <w:rPr>
          <w:b/>
        </w:rPr>
        <w:t xml:space="preserve">13. </w:t>
      </w:r>
      <w:r>
        <w:t>В случае отзыва заявителем заявки на участие в конкурсе в электронной форме заявитель направляет уведомление об отзыве заявки на участие в конкурсе в электронной форме оператору электронной площадки. Оператор электронной площадки в течение одного часа с момента поступления ему такого уведомления вносит в электронный журнал заявок на участие в конкурсе в электронной форме информацию об отзыве заявителем заявки на участие в конкурсе в электронной форме и направляет публичному партнеру соответствующее уведомление об отзыве заявителем заявки на участие в конкурсе в электронной форме</w:t>
      </w:r>
    </w:p>
    <w:p>
      <w:r>
        <w:rPr>
          <w:b/>
        </w:rPr>
        <w:t xml:space="preserve">14. </w:t>
      </w:r>
      <w:r>
        <w:t>Оператор электронной площадки в течение одного часа с момента поступления от заявителя уведомления об отзыве заявки на участие в конкурсе в электронной форме направляет заявителю уведомление об отзыве его заявки с приложенными документами и материалами, размещенными заявителем в составе заявки на участие в конкурсе в электронной форме в закрытом разделе электронной площадки</w:t>
      </w:r>
    </w:p>
    <w:p>
      <w:r>
        <w:rPr>
          <w:b/>
        </w:rPr>
        <w:t xml:space="preserve">15. </w:t>
      </w:r>
      <w:r>
        <w:t>Публичный партнер в течение пяти рабочих дней со дня поступления ему уведомления об отзыве заявителем заявки на участие в конкурсе в электронной форме возвращает внесенную заявителем сумму задатка и (или) отказывается от своих прав по безотзывной банковской гарантии, предоставленной заявителем в качестве обеспечения заявки на участие в конкурсе в электронной форме, а также выполняет иные условия, необходимые для прекращения обязательства гаранта перед бенефициаром по данной безотзывной банковской гарантии, в случае, если такие условия предусмотрены данной безотзывной банковской гарантией и (или) соглашением гаранта с бенефициаром</w:t>
      </w:r>
    </w:p>
    <w:p>
      <w:r>
        <w:rPr>
          <w:b/>
        </w:rPr>
        <w:t xml:space="preserve">16. </w:t>
      </w:r>
      <w:r>
        <w:t>В случае, если конкурсной документацией предусмотрено перечисление суммы задатка на счет оператора электронной площадки, оператор электронной площадки не позднее одного рабочего дня, следующего за днем поступления ему уведомления об отзыве заявителем заявки на участие в конкурсе в электронной форме, возвращает заявителю сумму задатка</w:t>
      </w:r>
    </w:p>
    <w:p>
      <w:r>
        <w:rPr>
          <w:b/>
        </w:rPr>
        <w:t xml:space="preserve">8. </w:t>
      </w:r>
      <w:r>
        <w:t>представления заявки на участие в конкурсе в электронной форме с нарушением требований, предусмотренных частью 7 статьи 321 настоящего Федерального закона</w:t>
      </w:r>
    </w:p>
    <w:p>
      <w:r>
        <w:rPr>
          <w:b/>
        </w:rPr>
        <w:t xml:space="preserve">8. </w:t>
      </w:r>
      <w:r>
        <w:t>представления одним заявителем двух и более заявок на участие в конкурсе в электронной форме при условии, что представленные ранее заявки этим заявителем не отозваны. В данном случае этому заявителю возвращаются все размещенные им заявки на участие в конкурсе в электронной форме</w:t>
      </w:r>
    </w:p>
    <w:p>
      <w:r>
        <w:rPr>
          <w:b/>
        </w:rPr>
        <w:t xml:space="preserve">8. </w:t>
      </w:r>
      <w:r>
        <w:t>размещения заявки на участие в конкурсе в электронной форме после истечения срока (даты и времени) представления заявок на участие в конкурсе в электронной форме</w:t>
      </w:r>
    </w:p>
    <w:p>
      <w:r>
        <w:rPr>
          <w:b/>
        </w:rPr>
        <w:t xml:space="preserve">8. </w:t>
      </w:r>
      <w:r>
        <w:t>размещения заявки на участие в конкурсе в электронной форме заявителем, срок аккредитации которого на электронной площадке истекает менее чем через три месяца</w:t>
      </w:r>
    </w:p>
    <w:p>
      <w:r>
        <w:rPr>
          <w:b/>
        </w:rPr>
        <w:t>Статья 323. Обеспечение заявки при проведении конкурса в электронной форме</w:t>
      </w:r>
    </w:p>
    <w:p>
      <w:r>
        <w:rPr>
          <w:b/>
        </w:rPr>
        <w:t xml:space="preserve">1. </w:t>
      </w:r>
      <w:r>
        <w:t>Обеспечение заявки на участие в конкурсе в электронной форме осуществляется заявителем путем внесения суммы задатка и (или) предоставления безотзывной банковской гарантии в соответствии с требованиями к такому обеспечению, установленными конкурсной документацией. Правила предоставления безотзывной банковской гарантии, предоставляемой в качестве обеспечения заявки на участие в конкурсе в электронной форме, устанавливаются Правительством Российской Федерации</w:t>
      </w:r>
    </w:p>
    <w:p>
      <w:r>
        <w:rPr>
          <w:b/>
        </w:rPr>
        <w:t xml:space="preserve">2. </w:t>
      </w:r>
      <w:r>
        <w:t>Взыскание по безотзывной банковской гарантии, предоставленной в качестве обеспечения заявки на участие в конкурсе в электронной форме, производится в случае отказа или уклонения победителя конкурса в электронной форме от подписания в установленный срок соглашения</w:t>
      </w:r>
    </w:p>
    <w:p>
      <w:r>
        <w:rPr>
          <w:b/>
        </w:rPr>
        <w:t xml:space="preserve">3. </w:t>
      </w:r>
      <w:r>
        <w:t>В случае, если публичным партнером в качестве способа обеспечения заявки на участие в конкурсе в электронной форме выбрано внесение суммы задатка, публичный партнер вправе при определении в конкурсной документации реквизитов счета, на который вносится сумма задатка, указать реквизиты счета оператора электронной площадки, на которой планируется проведение конкурса в электронной форме. Информация о реквизитах счета, на который вносится сумма задатка, размещается публичным партнером в открытом разделе электронной площадки</w:t>
      </w:r>
    </w:p>
    <w:p>
      <w:r>
        <w:rPr>
          <w:b/>
        </w:rPr>
        <w:t xml:space="preserve">4. </w:t>
      </w:r>
      <w:r>
        <w:t>Требования к банкам, в которых оператор электронной площадки вправе открывать счета для учета денежных средств, предоставляемых заявителями в качестве обеспечения заявки на участие в конкурсе в электронной форме, утверждаются Правительством Российской Федерации</w:t>
      </w:r>
    </w:p>
    <w:p>
      <w:r>
        <w:rPr>
          <w:b/>
        </w:rPr>
        <w:t xml:space="preserve">5. </w:t>
      </w:r>
      <w:r>
        <w:t>В случае, если конкурсной документацией предусмотрено перечисление суммы задатка на счет оператора электронной площадки, оператор электронной площадки в течение одного часа с момента истечения срока представления заявок на участие в конкурсе в электронной форме формирует реестр поступивших задатков, в котором содержится информация о сумме задатка, предусмотренной конкурсной документацией, и суммах задатков, поступивших от заявителей на счет оператора электронной площадки</w:t>
      </w:r>
    </w:p>
    <w:p>
      <w:r>
        <w:rPr>
          <w:b/>
        </w:rPr>
        <w:t xml:space="preserve">6. </w:t>
      </w:r>
      <w:r>
        <w:t>Оператор электронной площадки возвращает сумму задатка заявителю, участнику конкурса в электронной форме, в том числе признанному победителем конкурса в электронной форме, в случаях, предусмотренных настоящим Федеральным законом</w:t>
      </w:r>
    </w:p>
    <w:p>
      <w:r>
        <w:rPr>
          <w:b/>
        </w:rPr>
        <w:t>Статья 324. Проведение предварительного отбора участников конкурса в электронной форме</w:t>
      </w:r>
    </w:p>
    <w:p>
      <w:r>
        <w:rPr>
          <w:b/>
        </w:rPr>
        <w:t xml:space="preserve">1. </w:t>
      </w:r>
      <w:r>
        <w:t>На дату и время начала рассмотрения заявок на участие в конкурсе в электронной форме, которые установлены конкурсной документацией, оператор электронной площадки через рабочий раздел электронной площадки для проведения конкурса в электронной форме, доступ к которому имеет только публичный партнер (далее - личный кабинет публичного партнера), обеспечивает доступ публичного партнера к представленным заявителями заявкам на участие в конкурсе в электронной форме и содержащимся в них документам и материалам, а также к электронному журналу заявок</w:t>
      </w:r>
    </w:p>
    <w:p>
      <w:r>
        <w:rPr>
          <w:b/>
        </w:rPr>
        <w:t xml:space="preserve">2. </w:t>
      </w:r>
      <w:r>
        <w:t>В случае, если конкурсной документацией предусмотрено предоставление заявителями безотзывных банковских гарантий в качестве обеспечения заявки на участие в конкурсе в электронной форме, на дату и время начала рассмотрения заявок на участие в конкурсе в электронной форме, которые установлены конкурсной документацией, оператор электронной площадки через личный кабинет публичного партнера обеспечивает доступ публичного партнера к предоставленным безотзывным банковским гарантиям и электронному журналу банковских гарантий</w:t>
      </w:r>
    </w:p>
    <w:p>
      <w:r>
        <w:rPr>
          <w:b/>
        </w:rPr>
        <w:t xml:space="preserve">3. </w:t>
      </w:r>
      <w:r>
        <w:t>В случае, если конкурсной документацией предусмотрено перечисление задатка на счет оператора электронной площадки, на дату и время начала рассмотрения заявок на участие в конкурсе в электронной форме, которые установлены конкурсной документацией, оператор электронной площадки через личный кабинет публичного партнера обеспечивает доступ публичного партнера к реестру поступивших задатков</w:t>
      </w:r>
    </w:p>
    <w:p>
      <w:r>
        <w:rPr>
          <w:b/>
        </w:rPr>
        <w:t xml:space="preserve">4. </w:t>
      </w:r>
      <w:r>
        <w:t>До даты и времени начала рассмотрения заявок на участие в конкурсе в электронной форме, которые установлены конкурсной документацией, у публичного партнера отсутствует доступ к представленным заявителями заявкам на участие в конкурсе в электронной форме и содержащимся в них документам и материалам, а также к реестру поступивших задатков, электронному журналу заявок и электронному журналу банковских гарантий</w:t>
      </w:r>
    </w:p>
    <w:p>
      <w:r>
        <w:rPr>
          <w:b/>
        </w:rPr>
        <w:t xml:space="preserve">5. </w:t>
      </w:r>
      <w:r>
        <w:t>Предварительный отбор участников конкурса в электронной форме проводится в установленном конкурсной документацией порядке конкурсной комиссией, которая определяет</w:t>
      </w:r>
    </w:p>
    <w:p>
      <w:r>
        <w:rPr>
          <w:b/>
        </w:rPr>
        <w:t xml:space="preserve">6. </w:t>
      </w:r>
      <w:r>
        <w:t>Конкурсная комиссия на основании результатов проведения предварительного отбора участников конкурса в электронной форме принимает решение о допуске заявителя к участию в конкурсе в электронной форме или об отказе в допуске заявителя к участию в конкурсе в электронной форме и оформляет это решение протоколом проведения предварительного отбора участников конкурса в электронной форме, включающим в себя наименование заявителя, прошедшего предварительный отбор участников конкурса в электронной форме и допущенного к участию в конкурсе в электронной форме, а также наименование заявителя, не прошедшего предварительный отбор участников конкурса в электронной форме и не допущенного к участию в конкурсе в электронной форме, с обоснованием этого решения</w:t>
      </w:r>
    </w:p>
    <w:p>
      <w:r>
        <w:rPr>
          <w:b/>
        </w:rPr>
        <w:t xml:space="preserve">7. </w:t>
      </w:r>
      <w:r>
        <w:t>В случае, если по результатам проведения предварительного отбора участников конкурса в электронной форме ни один заявитель не был признан участником конкурса в электронной форме, решение о реализации проекта подлежит отмене или изменению</w:t>
      </w:r>
    </w:p>
    <w:p>
      <w:r>
        <w:rPr>
          <w:b/>
        </w:rPr>
        <w:t xml:space="preserve">8. </w:t>
      </w:r>
      <w:r>
        <w:t>Решение об отказе в допуске заявителя к участию в конкурсе в электронной форме принимается конкурсной комиссией по основаниям, установленным частью 3 статьи 25 настоящего Федерального закона</w:t>
      </w:r>
    </w:p>
    <w:p>
      <w:r>
        <w:rPr>
          <w:b/>
        </w:rPr>
        <w:t xml:space="preserve">9. </w:t>
      </w:r>
      <w:r>
        <w:t>Решение об отказе в допуске заявителя к участию в конкурсе в электронной форме может быть обжаловано в порядке, установленном законодательством Российской Федерации</w:t>
      </w:r>
    </w:p>
    <w:p>
      <w:r>
        <w:rPr>
          <w:b/>
        </w:rPr>
        <w:t xml:space="preserve">10. </w:t>
      </w:r>
      <w:r>
        <w:t>Протокол проведения предварительного отбора участников конкурса в электронной форме в течение трех рабочих дней со дня его подписания членами конкурсной комиссии, но не позднее чем за шестьдесят рабочих дней до дня истечения срока представления конкурсных предложений направляется оператору электронной площадки, размещается публичным партнером на официальном сайте публичного партнера и в открытом разделе электронной площадки</w:t>
      </w:r>
    </w:p>
    <w:p>
      <w:r>
        <w:rPr>
          <w:b/>
        </w:rPr>
        <w:t xml:space="preserve">11. </w:t>
      </w:r>
      <w:r>
        <w:t>В течение одного часа с момента поступления оператору электронной площадки протокола проведения предварительного отбора участников конкурса в электронной форме оператор электронной площадки размещает такой протокол на официальном сайте для размещения информации о проведении торгов и направляет участникам конкурса в электронной форме уведомление с предложением представить конкурсные предложения с приложением копии протокола проведения предварительного отбора участников конкурса в электронной форме. Заявителям, не допущенным к участию в конкурсе в электронной форме, оператором электронной площадки направляется уведомление об отказе в допуске к участию в конкурсе в электронной форме с приложением копии такого протокола</w:t>
      </w:r>
    </w:p>
    <w:p>
      <w:r>
        <w:rPr>
          <w:b/>
        </w:rPr>
        <w:t xml:space="preserve">12. </w:t>
      </w:r>
      <w:r>
        <w:t>В течение пяти рабочих дней со дня подписания протокола проведения предварительного отбора участников конкурса в электронной форме публичный партнер возвращает внесенные заявителями, не допущенными к участию в конкурсе в электронной форме, суммы задатков и (или) отказывается от своих прав по безотзывным банковским гарантиям, предоставленным этими заявителями в качестве обеспечения заявки на участие в конкурсе, а также выполняет иные условия, необходимые для прекращения обязательства гаранта перед бенефициаром по безотзывной банковской гарантии, в случае, если такие условия предусмотрены безотзывной банковской гарантией и (или) соглашением гаранта с бенефициаром</w:t>
      </w:r>
    </w:p>
    <w:p>
      <w:r>
        <w:rPr>
          <w:b/>
        </w:rPr>
        <w:t xml:space="preserve">13. </w:t>
      </w:r>
      <w:r>
        <w:t>В случае, если конкурсной документацией предусмотрено перечисление суммы задатка на счет оператора электронной площадки, оператор электронной площадки не позднее одного рабочего дня, следующего за днем поступления ему протокола проведения предварительного отбора участников конкурса в электронной форме, возвращает заявителям, не допущенным к участию в конкурсе в электронной форме, их суммы задатков</w:t>
      </w:r>
    </w:p>
    <w:p>
      <w:r>
        <w:rPr>
          <w:b/>
        </w:rPr>
        <w:t xml:space="preserve">5. </w:t>
      </w:r>
      <w:r>
        <w:t>соответствие заявки на участие в конкурсе в электронной форме требованиям конкурсной документации. Конкурсная комиссия вправе потребовать от заявителя разъяснения положений представленной им заявки на участие в конкурсе в электронной форме путем направления ему соответствующего запроса с использованием программно-аппаратных средств электронной площадки</w:t>
      </w:r>
    </w:p>
    <w:p>
      <w:r>
        <w:rPr>
          <w:b/>
        </w:rPr>
        <w:t xml:space="preserve">5. </w:t>
      </w:r>
      <w:r>
        <w:t>соответствие заявителя требованиям конкурсной документации к участникам конкурса в электронной форме. Конкурсная комиссия вправе потребовать от заявителя разъяснения положений представленных им документов и материалов, подтверждающих его соответствие указанным требованиям, путем направления ему соответствующего запроса с использованием программно-аппаратных средств электронной площадки</w:t>
      </w:r>
    </w:p>
    <w:p>
      <w:r>
        <w:rPr>
          <w:b/>
        </w:rPr>
        <w:t xml:space="preserve">5. </w:t>
      </w:r>
      <w:r>
        <w:t>соответствие заявителя требованиям, предъявляемым к частному партнеру в соответствии с настоящим Федеральным законом</w:t>
      </w:r>
    </w:p>
    <w:p>
      <w:r>
        <w:rPr>
          <w:b/>
        </w:rPr>
        <w:t>Статья 325. Представление участниками конкурса в электронной форме конкурсных предложений</w:t>
      </w:r>
    </w:p>
    <w:p>
      <w:r>
        <w:rPr>
          <w:b/>
        </w:rPr>
        <w:t xml:space="preserve">1. </w:t>
      </w:r>
      <w:r>
        <w:t>Участники конкурса в электронной форме, которым оператором электронной площадки направлены уведомления с предложением представить конкурсные предложения, размещают конкурсные предложения в закрытом разделе электронной площадки в порядке, установленном конкурсной документацией, с учетом требований, установленных частью 7 статьи 321 настоящего Федерального закона. Участник конкурса в электронной форме может подать только одно конкурсное предложение</w:t>
      </w:r>
    </w:p>
    <w:p>
      <w:r>
        <w:rPr>
          <w:b/>
        </w:rPr>
        <w:t xml:space="preserve">2. </w:t>
      </w:r>
      <w:r>
        <w:t>Конкурсное предложение должно соответствовать требованиям, установленным к конкурсным предложениям конкурсной документацией, и содержать документы и материалы, предусмотренные конкурсной документацией, а также опись документов и материалов, содержащихся в конкурсном предложении</w:t>
      </w:r>
    </w:p>
    <w:p>
      <w:r>
        <w:rPr>
          <w:b/>
        </w:rPr>
        <w:t xml:space="preserve">3. </w:t>
      </w:r>
      <w:r>
        <w:t>Конкурсное предложение оформляется на русском языке и подписывается (заверяется) усиленной квалифицированной электронной подписью участника конкурса в электронной форме или лица, имеющего право действовать от его имени</w:t>
      </w:r>
    </w:p>
    <w:p>
      <w:r>
        <w:rPr>
          <w:b/>
        </w:rPr>
        <w:t xml:space="preserve">4. </w:t>
      </w:r>
      <w:r>
        <w:t>В конкурсном предложении для каждого критерия конкурса указывается значение предлагаемого участником конкурса в электронной форме условия в виде числа</w:t>
      </w:r>
    </w:p>
    <w:p>
      <w:r>
        <w:rPr>
          <w:b/>
        </w:rPr>
        <w:t xml:space="preserve">5. </w:t>
      </w:r>
      <w:r>
        <w:t>В течение одного часа с момента размещения участником конкурса в электронной форме в закрытом разделе электронной площадки конкурсного предложения оператор электронной площадки осуществляет регистрацию конкурсного предложения в электронном журнале конкурсных предложений, за исключением случаев, установленных частью 7 настоящей статьи, и направляет участнику конкурса в электронной форме уведомление о его получении в форме электронного документа с указанием присвоенного конкурсному предложению идентификационного номера. Каждому конкурсному предложению присваивается идентификационный номер с указанием даты и точного времени его представления (часы и минуты)</w:t>
      </w:r>
    </w:p>
    <w:p>
      <w:r>
        <w:rPr>
          <w:b/>
        </w:rPr>
        <w:t xml:space="preserve">6. </w:t>
      </w:r>
      <w:r>
        <w:t>В течение одного часа с момента регистрации конкурсного предложения в электронном журнале конкурсных предложений оператор электронной площадки направляет публичному партнеру уведомление о поступлении конкурсного предложения с указанием наименования участника конкурса в электронной форме, разместившего конкурсное предложение</w:t>
      </w:r>
    </w:p>
    <w:p>
      <w:r>
        <w:rPr>
          <w:b/>
        </w:rPr>
        <w:t xml:space="preserve">7. </w:t>
      </w:r>
      <w:r>
        <w:t>В течение одного часа с момента размещения участником конкурса в электронной форме в закрытом разделе электронной площадки конкурсного предложения оператор электронной площадки возвращает конкурсное предложение представившему его участнику конкурса в электронной форме без регистрации конкурсного предложения в электронном журнале конкурсных предложений в случае</w:t>
      </w:r>
    </w:p>
    <w:p>
      <w:r>
        <w:rPr>
          <w:b/>
        </w:rPr>
        <w:t xml:space="preserve">8. </w:t>
      </w:r>
      <w:r>
        <w:t>Одновременно с возвратом конкурсного предложения оператор электронной площадки уведомляет в форме электронного документа участника конкурса в электронной форме, представившего конкурсное предложение, об основаниях такого возврата</w:t>
      </w:r>
    </w:p>
    <w:p>
      <w:r>
        <w:rPr>
          <w:b/>
        </w:rPr>
        <w:t xml:space="preserve">9. </w:t>
      </w:r>
      <w:r>
        <w:t>Участник конкурса в электронной форме, разместивший конкурсное предложение в закрытом разделе электронной площадки, имеет возможность просмотра, изменения и отзыва конкурсного предложения до даты и времени начала рассмотрения конкурсных предложений, установленных конкурсной документацией</w:t>
      </w:r>
    </w:p>
    <w:p>
      <w:r>
        <w:rPr>
          <w:b/>
        </w:rPr>
        <w:t xml:space="preserve">10. </w:t>
      </w:r>
      <w:r>
        <w:t>В случае изменения конкурсного предложения участник конкурса в электронной форме размещает в закрытом разделе электронной площадки новое конкурсное предложение взамен ранее размещенного в соответствии с требованиями частей 1 - 4 настоящей статьи. Оператор электронной площадки осуществляет регистрацию нового конкурсного предложения в порядке, установленном частями 5 - 8 настоящей статьи</w:t>
      </w:r>
    </w:p>
    <w:p>
      <w:r>
        <w:rPr>
          <w:b/>
        </w:rPr>
        <w:t xml:space="preserve">11. </w:t>
      </w:r>
      <w:r>
        <w:t>В случае отзыва участником конкурса в электронной форме конкурсного предложения этот участник направляет уведомление об отзыве конкурсного предложения оператору электронной площадки. Оператор электронной площадки в течение одного часа с момента поступления ему такого уведомления от участника конкурса в электронной форме вносит в электронный журнал конкурсных предложений информацию об отзыве участником конкурса в электронной форме конкурсного предложения и направляет уведомление об отзыве конкурсного предложения публичному партнеру</w:t>
      </w:r>
    </w:p>
    <w:p>
      <w:r>
        <w:rPr>
          <w:b/>
        </w:rPr>
        <w:t xml:space="preserve">12. </w:t>
      </w:r>
      <w:r>
        <w:t>Оператор электронной площадки в течение одного часа с момента поступления от участника конкурса в электронной форме уведомления об отзыве конкурсного предложения направляет этому участнику уведомление об отзыве его конкурсного предложения с приложенными документами и материалами, размещенными этим участником в составе конкурсного предложения в закрытом разделе электронной площадки</w:t>
      </w:r>
    </w:p>
    <w:p>
      <w:r>
        <w:rPr>
          <w:b/>
        </w:rPr>
        <w:t xml:space="preserve">13. </w:t>
      </w:r>
      <w:r>
        <w:t>Публичный партнер в течение пяти рабочих дней со дня поступления ему уведомления об отзыве участником конкурса в электронной форме конкурсного предложения возвращает внесенную этим участником сумму задатка и (или) отказывается от своих прав по безотзывной банковской гарантии, предоставленной этим участником в качестве обеспечения заявки на участие в конкурсе в электронной форме, а также выполняет иные условия, необходимые для прекращения обязательства гаранта перед бенефициаром по данной безотзывной банковской гарантии, в случае, если такие условия предусмотрены данной безотзывной банковской гарантией и (или) соглашением гаранта с бенефициаром</w:t>
      </w:r>
    </w:p>
    <w:p>
      <w:r>
        <w:rPr>
          <w:b/>
        </w:rPr>
        <w:t xml:space="preserve">14. </w:t>
      </w:r>
      <w:r>
        <w:t>В случае, если конкурсной документацией предусмотрено перечисление суммы задатка на счет оператора электронной площадки, оператор электронной площадки не позднее одного рабочего дня, следующего за днем поступления ему уведомления об отзыве участником конкурса в электронной форме конкурсного предложения, возвращает этому участнику конкурса в электронной форме сумму задатка</w:t>
      </w:r>
    </w:p>
    <w:p>
      <w:r>
        <w:rPr>
          <w:b/>
        </w:rPr>
        <w:t xml:space="preserve">15. </w:t>
      </w:r>
      <w:r>
        <w:t>В случае, если по истечении срока представления конкурсных предложений представлено менее двух конкурсных предложений, конкурс в электронной форме по решению публичного партнера, принимаемому на следующий день после истечения этого срока, объявляется несостоявшимся. Конкурсная комиссия рассматривает единственное представленное конкурсное предложение в порядке, установленном частью 5 статьи 329 настоящего Федерального закона</w:t>
      </w:r>
    </w:p>
    <w:p>
      <w:r>
        <w:rPr>
          <w:b/>
        </w:rPr>
        <w:t xml:space="preserve">7. </w:t>
      </w:r>
      <w:r>
        <w:t>представления конкурсного предложения с нарушением требований, предусмотренных частью 7 статьи 321 настоящего Федерального закона</w:t>
      </w:r>
    </w:p>
    <w:p>
      <w:r>
        <w:rPr>
          <w:b/>
        </w:rPr>
        <w:t xml:space="preserve">7. </w:t>
      </w:r>
      <w:r>
        <w:t>представления одним участником конкурса в электронной форме двух и более конкурсных предложений при условии, что представленные ранее конкурсные предложения этим участником конкурса в электронной форме не отозваны. В данном случае этому участнику конкурса в электронной форме возвращаются все размещенные им конкурсные предложения</w:t>
      </w:r>
    </w:p>
    <w:p>
      <w:r>
        <w:rPr>
          <w:b/>
        </w:rPr>
        <w:t xml:space="preserve">7. </w:t>
      </w:r>
      <w:r>
        <w:t>размещения конкурсного предложения после истечения срока (даты и времени) представления конкурсного предложения</w:t>
      </w:r>
    </w:p>
    <w:p>
      <w:r>
        <w:rPr>
          <w:b/>
        </w:rPr>
        <w:t xml:space="preserve">7. </w:t>
      </w:r>
      <w:r>
        <w:t>размещения конкурсного предложения участником конкурса в электронной форме, срок аккредитации которого на электронной площадке истекает менее чем через три месяца</w:t>
      </w:r>
    </w:p>
    <w:p>
      <w:r>
        <w:rPr>
          <w:b/>
        </w:rPr>
        <w:t>Статья 326. Порядок рассмотрения и оценки конкурсных предложений, представленных участниками конкурса в электронной форме</w:t>
      </w:r>
    </w:p>
    <w:p>
      <w:r>
        <w:rPr>
          <w:b/>
        </w:rPr>
        <w:t xml:space="preserve">1. </w:t>
      </w:r>
      <w:r>
        <w:t>На дату и время начала рассмотрения конкурсных предложений, которые установлены конкурсной документацией, оператор электронной площадки через личный кабинет публичного партнера обеспечивает доступ публичного партнера к конкурсным предложениям, представленным участниками конкурса в электронной форме, и содержащимся в них документам и материалам, а также к электронному журналу конкурсных предложений</w:t>
      </w:r>
    </w:p>
    <w:p>
      <w:r>
        <w:rPr>
          <w:b/>
        </w:rPr>
        <w:t xml:space="preserve">2. </w:t>
      </w:r>
      <w:r>
        <w:t>До даты и времени начала рассмотрения конкурсных предложений, которые установлены конкурсной документацией, у публичного партнера отсутствует доступ к конкурсным предложениям, представленным участниками конкурса в электронной форме, и содержащимся в них документам и материалам, а также к электронному журналу конкурсных предложений</w:t>
      </w:r>
    </w:p>
    <w:p>
      <w:r>
        <w:rPr>
          <w:b/>
        </w:rPr>
        <w:t xml:space="preserve">3. </w:t>
      </w:r>
      <w:r>
        <w:t>Рассмотрение и оценка конкурсных предложений, представленных участниками конкурса в электронной форме, осуществляются в установленном конкурсной документацией порядке конкурсной комиссией, которая определяет соответствие конкурсного предложения требованиям конкурсной документации и проводит оценку конкурсных предложений, в отношении которых принято решение об их соответствии требованиям конкурсной документации, в целях определения победителя конкурса в электронной форме</w:t>
      </w:r>
    </w:p>
    <w:p>
      <w:r>
        <w:rPr>
          <w:b/>
        </w:rPr>
        <w:t xml:space="preserve">4. </w:t>
      </w:r>
      <w:r>
        <w:t>Конкурсная комиссия на основании результатов рассмотрения конкурсных предложений, представленных участниками конкурса в электронной форме, принимает решение о соответствии или несоответствии конкурсного предложения требованиям конкурсной документации</w:t>
      </w:r>
    </w:p>
    <w:p>
      <w:r>
        <w:rPr>
          <w:b/>
        </w:rPr>
        <w:t xml:space="preserve">5. </w:t>
      </w:r>
      <w:r>
        <w:t>В случае, если по результатам рассмотрения конкурсных предложений, представленных участниками конкурса в электронной форме, конкурсной комиссией ни одно конкурсное предложение не было признано соответствующим требованиям конкурсной документации, в том числе критериям конкурса, решение о заключении соглашения подлежит отмене или изменению</w:t>
      </w:r>
    </w:p>
    <w:p>
      <w:r>
        <w:rPr>
          <w:b/>
        </w:rPr>
        <w:t xml:space="preserve">6. </w:t>
      </w:r>
      <w:r>
        <w:t>Решение о несоответствии конкурсного предложения, представленного участником конкурса в электронной форме, требованиям конкурсной документации принимается конкурсной комиссией в случае, если</w:t>
      </w:r>
    </w:p>
    <w:p>
      <w:r>
        <w:rPr>
          <w:b/>
        </w:rPr>
        <w:t xml:space="preserve">7. </w:t>
      </w:r>
      <w:r>
        <w:t>Решение о несоответствии конкурсного предложения требованиям конкурсной документации может быть обжаловано в порядке, установленном законодательством Российской Федерации</w:t>
      </w:r>
    </w:p>
    <w:p>
      <w:r>
        <w:rPr>
          <w:b/>
        </w:rPr>
        <w:t xml:space="preserve">8. </w:t>
      </w:r>
      <w:r>
        <w:t>Оценка конкурсных предложений, представленных участниками конкурса в электронной форме, осуществляется в порядке, установленном частями 5 и 6 статьи 28 настоящего Федерального закона</w:t>
      </w:r>
    </w:p>
    <w:p>
      <w:r>
        <w:rPr>
          <w:b/>
        </w:rPr>
        <w:t xml:space="preserve">9. </w:t>
      </w:r>
      <w:r>
        <w:t>По результатам рассмотрения и оценки конкурсных предложений, представленных участниками конкурса в электронной форме, конкурсная комиссия определяет победителя конкурса в электронной форме, предложившего наилучшие условия, в порядке, предусмотренном частью 1 статьи 29 настоящего Федерального закона</w:t>
      </w:r>
    </w:p>
    <w:p>
      <w:r>
        <w:rPr>
          <w:b/>
        </w:rPr>
        <w:t xml:space="preserve">10. </w:t>
      </w:r>
      <w:r>
        <w:t>В случае, если конкурсной комиссией по результатам рассмотрения и оценки конкурсных предложений, представленных участниками конкурса в электронной форме, признано соответствующим требованиям конкурсной документации, в том числе критериям конкурса, единственное конкурсное предложение, представленное участником конкурса в электронной форме, победителем конкурса в электронной форме признается участник конкурса в электронной форме, представивший единственное конкурсное предложение</w:t>
      </w:r>
    </w:p>
    <w:p>
      <w:r>
        <w:rPr>
          <w:b/>
        </w:rPr>
        <w:t xml:space="preserve">11. </w:t>
      </w:r>
      <w:r>
        <w:t>В случае, если два и более конкурсных предложения, представленных участниками конкурса в электронной форме, содержат равные наилучшие условия, победителем такого конкурса в электронной форме признается участник конкурса в электронной форме, разместивший в соответствии с электронным журналом конкурсных предложений на электронной площадке конкурсное предложение раньше других указанных участников конкурса в электронной форме</w:t>
      </w:r>
    </w:p>
    <w:p>
      <w:r>
        <w:rPr>
          <w:b/>
        </w:rPr>
        <w:t xml:space="preserve">12. </w:t>
      </w:r>
      <w:r>
        <w:t>Решение об определении победителя конкурса в электронной форме принимается конкурсной комиссией и оформляется протоколом рассмотрения и оценки конкурсных предложений, представленных участниками конкурса в электронной форме, в котором указываются</w:t>
      </w:r>
    </w:p>
    <w:p>
      <w:r>
        <w:rPr>
          <w:b/>
        </w:rPr>
        <w:t xml:space="preserve">13. </w:t>
      </w:r>
      <w:r>
        <w:t>Решение о признании участника конкурса в электронной форме победителем конкурса в электронной форме может быть обжаловано в порядке, установленном законодательством Российской Федерации</w:t>
      </w:r>
    </w:p>
    <w:p>
      <w:r>
        <w:rPr>
          <w:b/>
        </w:rPr>
        <w:t xml:space="preserve">14. </w:t>
      </w:r>
      <w:r>
        <w:t>Протокол рассмотрения и оценки конкурсных предложений, представленных участниками конкурса в электронной форме, не позднее одного рабочего дня, следующего за днем его подписания конкурсной комиссией, направляется публичным партнером оператору электронной площадки, размещается публичным партнером на официальном сайте публичного партнера и в открытом разделе электронной площадки</w:t>
      </w:r>
    </w:p>
    <w:p>
      <w:r>
        <w:rPr>
          <w:b/>
        </w:rPr>
        <w:t xml:space="preserve">15. </w:t>
      </w:r>
      <w:r>
        <w:t>В течение одного часа с момента поступления оператору электронной площадки протокола рассмотрения и оценки конкурсных предложений, представленных участниками конкурса в электронной форме, оператор электронной площадки размещает такой протокол на официальном сайте для размещения информации о проведении торгов и направляет победителю конкурса в электронной форме уведомление о признании его победителем конкурса в электронной форме с приложением копии такого протокола, а также направляет уведомления участникам конкурса в электронной форме, не признанным победителями конкурса в электронной форме, о завершении конкурса в электронной форме и копии такого протокола</w:t>
      </w:r>
    </w:p>
    <w:p>
      <w:r>
        <w:rPr>
          <w:b/>
        </w:rPr>
        <w:t xml:space="preserve">6. </w:t>
      </w:r>
      <w:r>
        <w:t>участником конкурса в электронной форме не представлены документы и материалы, предусмотренные конкурсной документацией, подтверждающие соответствие представленного им конкурсного предложения требованиям конкурсной документации и информацию, содержащуюся в таком конкурсном предложении</w:t>
      </w:r>
    </w:p>
    <w:p>
      <w:r>
        <w:rPr>
          <w:b/>
        </w:rPr>
        <w:t xml:space="preserve">6. </w:t>
      </w:r>
      <w:r>
        <w:t>условие, содержащееся в конкурсном предложении, представленном участником конкурса в электронной форме, не соответствует установленным критериям конкурса</w:t>
      </w:r>
    </w:p>
    <w:p>
      <w:r>
        <w:rPr>
          <w:b/>
        </w:rPr>
        <w:t xml:space="preserve">6. </w:t>
      </w:r>
      <w:r>
        <w:t>представленные участником конкурса в электронной форме документы и материалы являются недостоверными</w:t>
      </w:r>
    </w:p>
    <w:p>
      <w:r>
        <w:rPr>
          <w:b/>
        </w:rPr>
        <w:t xml:space="preserve">12. </w:t>
      </w:r>
      <w:r>
        <w:t>информация о месте, дате и времени рассмотрения конкурсных предложений, представленных участниками конкурса в электронной форме</w:t>
      </w:r>
    </w:p>
    <w:p>
      <w:r>
        <w:rPr>
          <w:b/>
        </w:rPr>
        <w:t xml:space="preserve">12. </w:t>
      </w:r>
      <w:r>
        <w:t>информация об участниках конкурса в электронной форме, конкурсные предложения которых были рассмотрены</w:t>
      </w:r>
    </w:p>
    <w:p>
      <w:r>
        <w:rPr>
          <w:b/>
        </w:rPr>
        <w:t xml:space="preserve">12. </w:t>
      </w:r>
      <w:r>
        <w:t>критерии конкурса</w:t>
      </w:r>
    </w:p>
    <w:p>
      <w:r>
        <w:rPr>
          <w:b/>
        </w:rPr>
        <w:t xml:space="preserve">12. </w:t>
      </w:r>
      <w:r>
        <w:t>условия, содержащиеся в конкурсных предложениях, представленных участниками конкурса в электронной форме</w:t>
      </w:r>
    </w:p>
    <w:p>
      <w:r>
        <w:rPr>
          <w:b/>
        </w:rPr>
        <w:t xml:space="preserve">12. </w:t>
      </w:r>
      <w:r>
        <w:t>результаты рассмотрения конкурсных предложений, представленных участниками конкурса в электронной форме, с указанием конкурсных предложений, в отношении которых принято решение об их несоответствии требованиям конкурсной документации</w:t>
      </w:r>
    </w:p>
    <w:p>
      <w:r>
        <w:rPr>
          <w:b/>
        </w:rPr>
        <w:t xml:space="preserve">12. </w:t>
      </w:r>
      <w:r>
        <w:t>результаты оценки конкурсных предложений, представленных участниками конкурса в электронной форме</w:t>
      </w:r>
    </w:p>
    <w:p>
      <w:r>
        <w:rPr>
          <w:b/>
        </w:rPr>
        <w:t xml:space="preserve">12. </w:t>
      </w:r>
      <w:r>
        <w:t>наименование и место нахождения победителя конкурса в электронной форме, обоснование принятого конкурсной комиссией решения о признании участника конкурса в электронной форме победителем конкурса в электронной форме</w:t>
      </w:r>
    </w:p>
    <w:p>
      <w:r>
        <w:rPr>
          <w:b/>
        </w:rPr>
        <w:t>Статья 327. Содержание протокола о результатах проведения конкурса в электронной форме и срок его подписания, уведомление участников конкурса в электронной форме о результатах проведения конкурса в электронной форме</w:t>
      </w:r>
    </w:p>
    <w:p>
      <w:r>
        <w:rPr>
          <w:b/>
        </w:rPr>
        <w:t xml:space="preserve">1. </w:t>
      </w:r>
      <w:r>
        <w:t>Конкурсной комиссией не позднее чем через пять рабочих дней со дня подписания ею протокола рассмотрения и оценки конкурсных предложений, представленных участниками конкурса в электронной форме, подписывается протокол о результатах проведения конкурса в электронной форме, в который включаются</w:t>
      </w:r>
    </w:p>
    <w:p>
      <w:r>
        <w:rPr>
          <w:b/>
        </w:rPr>
        <w:t xml:space="preserve">2. </w:t>
      </w:r>
      <w:r>
        <w:t>Протокол о результатах проведения конкурса в электронной форме не позднее одного рабочего дня, следующего за днем его подписания конкурсной комиссией, направляется публичным партнером оператору электронной площадки, размещается публичным партнером на официальном сайте публичного партнера и в открытом разделе электронной площадки</w:t>
      </w:r>
    </w:p>
    <w:p>
      <w:r>
        <w:rPr>
          <w:b/>
        </w:rPr>
        <w:t xml:space="preserve">3. </w:t>
      </w:r>
      <w:r>
        <w:t>В течение одного часа с момента поступления оператору электронной площадки протокола о результатах проведения конкурса в электронной форме оператор электронной площадки размещает такой протокол на официальном сайте для размещения информации о проведении торгов и направляет такой протокол всем участникам конкурса в электронной форме</w:t>
      </w:r>
    </w:p>
    <w:p>
      <w:r>
        <w:rPr>
          <w:b/>
        </w:rPr>
        <w:t xml:space="preserve">4. </w:t>
      </w:r>
      <w:r>
        <w:t>Протокол о результатах проведения конкурса в электронной форме хранится у публичного партнера в течение срока действия соглашения</w:t>
      </w:r>
    </w:p>
    <w:p>
      <w:r>
        <w:rPr>
          <w:b/>
        </w:rPr>
        <w:t xml:space="preserve">5. </w:t>
      </w:r>
      <w:r>
        <w:t>Заключение соглашения по итогам проведения конкурса в электронной форме осуществляется в порядке, установленном статьей 32 настоящего Федерального закона, после подписания конкурсной комиссией протокола о результатах проведения конкурса в электронной форме</w:t>
      </w:r>
    </w:p>
    <w:p>
      <w:r>
        <w:rPr>
          <w:b/>
        </w:rPr>
        <w:t xml:space="preserve">6. </w:t>
      </w:r>
      <w:r>
        <w:t>Публичный партнер в течение пяти рабочих дней со дня подписания протокола о результатах проведения конкурса в электронной форме возвращает внесенные участниками конкурса в электронной форме суммы задатков всем участникам конкурса в электронной форме, за исключением победителя конкурса в электронной форме, и (или) отказывается от своих прав по безотзывным банковским гарантиям, предоставленным всеми участниками конкурса в электронной форме в качестве обеспечения заявок на участие в конкурсе в электронной форме, за исключением прав по безотзывной банковской гарантии, предоставленной победителем конкурса в электронной форме в качестве обеспечения заявки на участие в конкурсе в электронной форме, а также выполняет иные условия, необходимые для прекращения обязательства гаранта перед бенефициаром по данной безотзывной банковской гарантии, в случае, если такие условия предусмотрены данной безотзывной банковской гарантией и (или) соглашением гаранта с бенефициаром</w:t>
      </w:r>
    </w:p>
    <w:p>
      <w:r>
        <w:rPr>
          <w:b/>
        </w:rPr>
        <w:t xml:space="preserve">7. </w:t>
      </w:r>
      <w:r>
        <w:t>В случае, если конкурсной документацией предусмотрено перечисление суммы задатка на счет оператора электронной площадки, оператор электронной площадки не позднее одного рабочего дня, следующего за днем поступления ему протокола о результатах проведения конкурса в электронной форме, возвращает участникам конкурса в электронной форме, за исключением победителя конкурса в электронной форме, их суммы задатков</w:t>
      </w:r>
    </w:p>
    <w:p>
      <w:r>
        <w:rPr>
          <w:b/>
        </w:rPr>
        <w:t xml:space="preserve">8. </w:t>
      </w:r>
      <w:r>
        <w:t>В случае, если конкурсной документацией предусмотрено перечисление суммы задатка на счет оператора электронной площадки, публичный партнер не позднее одного рабочего дня, следующего за днем заключения соглашения с победителем конкурса в электронной форме, направляет оператору электронной площадки уведомление о заключении соглашения с указанием наименования победителя конкурса в электронной форме, с которым заключено соглашение, а также присвоенного электронной площадкой идентификационного номера конкурса в электронной форме, по итогам проведения которого заключено такое соглашение</w:t>
      </w:r>
    </w:p>
    <w:p>
      <w:r>
        <w:rPr>
          <w:b/>
        </w:rPr>
        <w:t xml:space="preserve">9. </w:t>
      </w:r>
      <w:r>
        <w:t>Оператор электронной площадки не позднее одного рабочего дня, следующего за днем поступления ему уведомления о заключении соглашения, возвращает победителю конкурса в электронной форме сумму задатка</w:t>
      </w:r>
    </w:p>
    <w:p>
      <w:r>
        <w:rPr>
          <w:b/>
        </w:rPr>
        <w:t xml:space="preserve">10. </w:t>
      </w:r>
      <w:r>
        <w:t>В случае неподписания победителем конкурса в электронной форме в установленный срок соглашения публичный партнер направляет уведомление оператору электронной площадки о незаключении соглашения с указанием наименования (для юридического лица) или фамилии, имени и (при наличии) отчества (для индивидуального предпринимателя) победителя конкурса в электронной форме, с которым соглашение не было заключено, а также присвоенного электронной площадкой идентификационного номера конкурса в электронной форме, по итогам проведения которого такое соглашение не было заключено</w:t>
      </w:r>
    </w:p>
    <w:p>
      <w:r>
        <w:rPr>
          <w:b/>
        </w:rPr>
        <w:t xml:space="preserve">11. </w:t>
      </w:r>
      <w:r>
        <w:t>Оператор электронной площадки не позднее одного рабочего дня, следующего за днем поступления ему уведомления о незаключении соглашения, перечисляет публичному партнеру сумму задатка, внесенную победителем конкурса в электронной форме</w:t>
      </w:r>
    </w:p>
    <w:p>
      <w:r>
        <w:rPr>
          <w:b/>
        </w:rPr>
        <w:t xml:space="preserve">1. </w:t>
      </w:r>
      <w:r>
        <w:t>решение о реализации проекта</w:t>
      </w:r>
    </w:p>
    <w:p>
      <w:r>
        <w:rPr>
          <w:b/>
        </w:rPr>
        <w:t xml:space="preserve">1. </w:t>
      </w:r>
      <w:r>
        <w:t>сообщение о проведении конкурса в электронной форме</w:t>
      </w:r>
    </w:p>
    <w:p>
      <w:r>
        <w:rPr>
          <w:b/>
        </w:rPr>
        <w:t xml:space="preserve">1. </w:t>
      </w:r>
      <w:r>
        <w:t>конкурсная документация и внесенные в нее изменения</w:t>
      </w:r>
    </w:p>
    <w:p>
      <w:r>
        <w:rPr>
          <w:b/>
        </w:rPr>
        <w:t xml:space="preserve">1. </w:t>
      </w:r>
      <w:r>
        <w:t>запросы заявителей о разъяснении положений конкурсной документации и соответствующие разъяснения публичного партнера или конкурсной комиссии</w:t>
      </w:r>
    </w:p>
    <w:p>
      <w:r>
        <w:rPr>
          <w:b/>
        </w:rPr>
        <w:t xml:space="preserve">1. </w:t>
      </w:r>
      <w:r>
        <w:t>выписка из электронного журнала заявок, полученного с электронной площадки, на которой проводился конкурс в электронной форме</w:t>
      </w:r>
    </w:p>
    <w:p>
      <w:r>
        <w:rPr>
          <w:b/>
        </w:rPr>
        <w:t xml:space="preserve">1. </w:t>
      </w:r>
      <w:r>
        <w:t>копии поступивших заявок на участие в конкурсе в электронной форме, полученные с электронной площадки, на которой проводился конкурс в электронной форме, и сведения об усиленных квалифицированных электронных подписях лиц, подписавших (заверивших) такие заявки</w:t>
      </w:r>
    </w:p>
    <w:p>
      <w:r>
        <w:rPr>
          <w:b/>
        </w:rPr>
        <w:t xml:space="preserve">1. </w:t>
      </w:r>
      <w:r>
        <w:t>протокол проведения предварительного отбора участников конкурса в электронной форме</w:t>
      </w:r>
    </w:p>
    <w:p>
      <w:r>
        <w:rPr>
          <w:b/>
        </w:rPr>
        <w:t xml:space="preserve">1. </w:t>
      </w:r>
      <w:r>
        <w:t>перечень участников конкурса в электронной форме, которым были направлены уведомления с предложением представить конкурсные предложения</w:t>
      </w:r>
    </w:p>
    <w:p>
      <w:r>
        <w:rPr>
          <w:b/>
        </w:rPr>
        <w:t xml:space="preserve">1. </w:t>
      </w:r>
      <w:r>
        <w:t>выписка из электронного журнала конкурсных предложений, полученного с электронной площадки, на которой проводился конкурс в электронной форме</w:t>
      </w:r>
    </w:p>
    <w:p>
      <w:r>
        <w:rPr>
          <w:b/>
        </w:rPr>
        <w:t xml:space="preserve">1. </w:t>
      </w:r>
      <w:r>
        <w:t>протокол рассмотрения и оценки конкурсных предложений, представленных участниками конкурса в электронной форме</w:t>
      </w:r>
    </w:p>
    <w:p>
      <w:r>
        <w:rPr>
          <w:b/>
        </w:rPr>
        <w:t>Статья 328. Размещение сообщения о результатах проведения конкурса в электронной форме</w:t>
      </w:r>
    </w:p>
    <w:p>
      <w:r>
        <w:rPr>
          <w:b/>
        </w:rPr>
        <w:t xml:space="preserve">1. </w:t>
      </w:r>
      <w:r>
        <w:t>Конкурсная комиссия в течение пятнадцати рабочих дней со дня подписания протокола о результатах проведения конкурса в электронной форме или принятия публичным партнером решения об объявлении конкурса в электронной форме несостоявшимся обязана разместить на официальном сайте для размещения информации о проведении торгов, на официальном сайте публичного партнера и в открытом разделе электронной площадки</w:t>
      </w:r>
    </w:p>
    <w:p>
      <w:r>
        <w:rPr>
          <w:b/>
        </w:rPr>
        <w:t xml:space="preserve">2. </w:t>
      </w:r>
      <w:r>
        <w:t>Любой заявитель или участник конкурса в электронной форме вправе обратиться к публичному партнеру за разъяснениями результатов проведения конкурса в электронной форме с использованием программно-аппаратных средств электронной площадки, на которой проводился конкурс в электронной форме, и публичный партнер обязан предоставить ему соответствующие разъяснения в течение тридцати дней со дня получения такого обращения с использованием программно-аппаратных средств указанной электронной площадки</w:t>
      </w:r>
    </w:p>
    <w:p>
      <w:r>
        <w:rPr>
          <w:b/>
        </w:rPr>
        <w:t xml:space="preserve">1. </w:t>
      </w:r>
      <w:r>
        <w:t>сообщение о результатах проведения конкурса в электронной форме с указанием наименования победителя конкурса в электронной форме и участника конкурса, конкурсное предложение которого по результатам рассмотрения и оценки конкурсных предложений содержит лучшие условия, следующие после условий, предложенных победителем конкурса в электронной форме</w:t>
      </w:r>
    </w:p>
    <w:p>
      <w:r>
        <w:rPr>
          <w:b/>
        </w:rPr>
        <w:t xml:space="preserve">1. </w:t>
      </w:r>
      <w:r>
        <w:t>решение об объявлении конкурса в электронной форме несостоявшимся с обоснованием этого решения и с указанием наименования лица, имеющего в соответствии с настоящим Федеральным законом право заключить соглашение (при наличии)</w:t>
      </w:r>
    </w:p>
    <w:p>
      <w:r>
        <w:rPr>
          <w:b/>
        </w:rPr>
        <w:t>Статья 329. Последствия признания конкурса в электронной форме несостоявшимся</w:t>
      </w:r>
    </w:p>
    <w:p>
      <w:r>
        <w:rPr>
          <w:b/>
        </w:rPr>
        <w:t xml:space="preserve">1. </w:t>
      </w:r>
      <w:r>
        <w:t>В случае, если конкурс в электронной форме объявлен не состоявшимся в соответствии с частью 10 статьи 322 настоящего Федерального закона, конкурсная комиссия рассматривает единственную представленную заявку на участие в конкурсе в электронной форме в следующем порядке</w:t>
      </w:r>
    </w:p>
    <w:p>
      <w:r>
        <w:rPr>
          <w:b/>
        </w:rPr>
        <w:t xml:space="preserve">2. </w:t>
      </w:r>
      <w:r>
        <w:t>Публичный партнер возвращает заявителю, представившему единственную заявку на участие в конкурсе в электронной форме, внесенную им сумму задатка и (или) отказывается от своих прав по безотзывной банковской гарантии, предоставленной таким заявителем в качестве обеспечения заявки на участие в конкурсе в электронной форме, а также выполняет иные условия, необходимые для прекращения обязательства гаранта перед бенефициаром по данной безотзывной банковской гарантии, если эти условия предусмотрены данной безотзывной банковской гарантией и (или) соглашением гаранта с бенефициаром, в случае</w:t>
      </w:r>
    </w:p>
    <w:p>
      <w:r>
        <w:rPr>
          <w:b/>
        </w:rPr>
        <w:t xml:space="preserve">3. </w:t>
      </w:r>
      <w:r>
        <w:t>Если конкурсной документацией предусмотрено перечисление суммы задатка на счет оператора электронной площадки, оператор электронной площадки возвращает заявителю, представившему единственную заявку на участие в конкурсе в электронной форме, сумму задатка в случае</w:t>
      </w:r>
    </w:p>
    <w:p>
      <w:r>
        <w:rPr>
          <w:b/>
        </w:rPr>
        <w:t xml:space="preserve">4. </w:t>
      </w:r>
      <w:r>
        <w:t>В случае, если по решению публичного партнера конкурс в электронной форме объявлен не состоявшимся в связи с тем, что по истечении срока представления заявок на участие в конкурсе в электронной форме не было представлено ни одной заявки на участие в конкурсе в электронной форме, либо в результате рассмотрения единственной представленной заявки на участие в конкурсе в электронной форме заявителю не было в установленный срок предложено представить предложение о заключении соглашения, либо заявитель не представил в установленный срок предложение о заключении соглашения, либо конкурсной комиссией по результатам рассмотрения предложения о заключении соглашения, представленного единственным заявителем, принято решение о несоответствии предложения, представленного единственным заявителем, требованиям конкурсной документации, решение о реализации проекта подлежит отмене или изменению</w:t>
      </w:r>
    </w:p>
    <w:p>
      <w:r>
        <w:rPr>
          <w:b/>
        </w:rPr>
        <w:t xml:space="preserve">5. </w:t>
      </w:r>
      <w:r>
        <w:t>В случае, если конкурс в электронной форме объявлен не состоявшимся в соответствии с частью 15 статьи 325 настоящего Федерального закона, конкурсная комиссия рассматривает единственное конкурсное предложение, представленное участником конкурса в электронной форме, в следующем порядке</w:t>
      </w:r>
    </w:p>
    <w:p>
      <w:r>
        <w:rPr>
          <w:b/>
        </w:rPr>
        <w:t xml:space="preserve">6. </w:t>
      </w:r>
      <w:r>
        <w:t>Публичный партнер возвращает участнику конкурса в электронной форме, представившему единственное конкурсное предложение, внесенную им сумму задатка и (или) отказывается от своих прав по безотзывной банковской гарантии, предоставленной этим участником конкурса в электронной форме в качестве обеспечения заявки на участие в конкурсе в электронной форме, а также выполняет иные условия, необходимые для прекращения обязательства гаранта перед бенефициаром по данной безотзывной банковской гарантии, если такие условия предусмотрены данной безотзывной банковской гарантией и (или) соглашением гаранта с бенефициаром, в случае, если конкурсной комиссией по результатам рассмотрения конкурсного предложения, представленного единственным участником конкурса в электронной форме, принято решение о несоответствии конкурсного предложения, представленного единственным участником конкурса в электронной форме, требованиям конкурсной документации, в течение пяти рабочих дней после дня истечения установленного срока принятия конкурсной комиссией указанного решения</w:t>
      </w:r>
    </w:p>
    <w:p>
      <w:r>
        <w:rPr>
          <w:b/>
        </w:rPr>
        <w:t xml:space="preserve">7. </w:t>
      </w:r>
      <w:r>
        <w:t>Если конкурсной документацией предусмотрено перечисление суммы задатка на счет оператора электронной площадки, оператор электронной площадки не позднее одного рабочего дня, следующего за днем поступления ему протокола рассмотрения конкурсного предложения, представленного единственным участником конкурса в электронной форме, возвращает участнику конкурса в электронной форме, представившему единственное конкурсное предложение, сумму задатка в случае, если по результатам рассмотрения конкурсного предложения, представленного единственным участником конкурса в электронной форме, конкурсной комиссией принято решение о несоответствии конкурсного предложения, представленного единственным участником конкурса в электронной форме, требованиям конкурсной документации</w:t>
      </w:r>
    </w:p>
    <w:p>
      <w:r>
        <w:rPr>
          <w:b/>
        </w:rPr>
        <w:t xml:space="preserve">8. </w:t>
      </w:r>
      <w:r>
        <w:t>В случае, если по решению публичного партнера конкурс в электронной форме объявлен не состоявшимся в связи с тем, что по истечении срока представления конкурсных предложений не было представлено ни одного конкурсного предложения либо в результате рассмотрения конкурсного предложения, представленного единственным участником конкурса в электронной форме, конкурсной комиссией принято решение о несоответствии конкурсного предложения, представленного единственным участником конкурса в электронной форме, требованиям конкурсной документации, решение о реализации проекта подлежит отмене или изменению</w:t>
      </w:r>
    </w:p>
    <w:p>
      <w:r>
        <w:rPr>
          <w:b/>
        </w:rPr>
        <w:t xml:space="preserve">9. </w:t>
      </w:r>
      <w:r>
        <w:t>Заключение соглашения в случае принятия публичным партнером решения о заключении соглашения с заявителем, представившим единственную заявку на участие в конкурсе в электронной форме, или решения о заключении соглашения с участником конкурса в электронной форме, представившим единственное конкурсное предложение, осуществляется в порядке, установленном статьей 32 настоящего Федерального закона</w:t>
      </w:r>
    </w:p>
    <w:p>
      <w:r>
        <w:rPr>
          <w:b/>
        </w:rPr>
        <w:t xml:space="preserve">10. </w:t>
      </w:r>
      <w:r>
        <w:t>В случае, если конкурсной документацией предусмотрено перечисление суммы задатка на счет оператора электронной площадки, публичный партнер не позднее одного рабочего дня, следующего за днем заключения соглашения с заявителем, представившим единственную заявку на участие в конкурсе в электронной форме, или участником конкурса в электронной форме, представившим единственное конкурсное предложение, направляет оператору электронной площадки уведомление о заключении соглашения с указанием наименования лица, с которым заключено соглашение, а также присвоенного электронной площадкой идентификационного номера конкурса в электронной форме, по итогам проведения которого заключено такое соглашение. Оператор электронной площадки не позднее одного рабочего дня, следующего за днем поступления ему уведомления о заключении соглашения, возвращает сумму задатка заявителю, представившему единственную заявку на участие в конкурсе в электронной форме, или участнику конкурса в электронной форме, представившему единственное конкурсное предложение</w:t>
      </w:r>
    </w:p>
    <w:p>
      <w:r>
        <w:rPr>
          <w:b/>
        </w:rPr>
        <w:t xml:space="preserve">11. </w:t>
      </w:r>
      <w:r>
        <w:t>В случае неподписания заявителем, представившим единственную заявку на участие в конкурсе в электронной форме, или участником конкурса в электронной форме, представившим единственное конкурсное предложение, в установленный срок соглашения публичный партнер направляет уведомление оператору электронной площадки о незаключении соглашения с указанием наименования (для юридического лица) или фамилии, имени и (при наличии) отчества (для индивидуального предпринимателя) лица, с которым соглашение не было заключено, а также присвоенного электронной площадкой идентификационного номера конкурса в электронной форме, по итогам проведения которого соглашение не было заключено</w:t>
      </w:r>
    </w:p>
    <w:p>
      <w:r>
        <w:rPr>
          <w:b/>
        </w:rPr>
        <w:t xml:space="preserve">12. </w:t>
      </w:r>
      <w:r>
        <w:t>Оператор электронной площадки не позднее рабочего дня, следующего за днем поступления ему уведомления о незаключении соглашения, перечисляет публичному партнеру сумму задатка, внесенного заявителем, представившим единственную заявку на участие в конкурсе в электронной форме, или участником конкурса в электронной форме, представившим единственное конкурсное предложение.";</w:t>
      </w:r>
    </w:p>
    <w:p>
      <w:r>
        <w:rPr>
          <w:b/>
        </w:rPr>
        <w:t xml:space="preserve">1. </w:t>
      </w:r>
      <w:r>
        <w:t>конкурсная комиссия в течение десяти рабочих дней со дня принятия публичным партнером решения о признании конкурса в электронной форме несостоявшимся рассматривает единственную представленную заявку на участие в конкурсе в электронной форме и в случае, если заявитель и представленная им заявка на участие в конкурсе в электронной форме соответствуют требованиям, установленным настоящим Федеральным законом и конкурсной документацией, принимает решение о предложении заявителю представить предложение о заключении соглашения на условиях, соответствующих конкурсной документации, либо в случае, если заявитель и (или) представленная им заявка на участие в конкурсе в электронной форме не соответствуют требованиям, установленным настоящим Федеральным законом и конкурсной документацией, принимает решение об отказе в предложении заявителю представить предложение о заключении соглашения на условиях, соответствующих конкурсной документации. Решения конкурсной комиссии, указанные в настоящем пункте, оформляются протоколом рассмотрения единственной заявки на участие в конкурсе в электронной форме</w:t>
      </w:r>
    </w:p>
    <w:p>
      <w:r>
        <w:rPr>
          <w:b/>
        </w:rPr>
        <w:t xml:space="preserve">1. </w:t>
      </w:r>
      <w:r>
        <w:t>публичный партнер не позднее одного рабочего дня, следующего за днем подписания конкурсной комиссией протокола рассмотрения единственной заявки на участие в конкурсе в электронной форме, направляет оператору электронной площадки такой протокол и размещает его в открытом разделе электронной площадки и на официальном сайте публичного партнера</w:t>
      </w:r>
    </w:p>
    <w:p>
      <w:r>
        <w:rPr>
          <w:b/>
        </w:rPr>
        <w:t xml:space="preserve">1. </w:t>
      </w:r>
      <w:r>
        <w:t>оператор электронной площадки в течение одного часа с момента поступления протокола рассмотрения единственной заявки на участие в конкурсе в электронной форме размещает такой протокол на официальном сайте для размещения информации о проведении торгов и направляет в соответствии с таким протоколом заявителю, представившему единственную заявку на участие в конкурсе в электронной форме, уведомление с предложением представить предложение о заключении соглашения либо уведомление об отказе в предложении представить предложение о заключении соглашения и копию такого протокола</w:t>
      </w:r>
    </w:p>
    <w:p>
      <w:r>
        <w:rPr>
          <w:b/>
        </w:rPr>
        <w:t xml:space="preserve">1. </w:t>
      </w:r>
      <w:r>
        <w:t>заявитель в случае поступления ему от оператора электронной площадки уведомления с предложением представить предложение о заключении соглашения в течение шестидесяти рабочих дней со дня получения этого уведомления вправе представить предложение о заключении соглашения путем размещения его в закрытом разделе электронной площадки с учетом требований, установленных частью 7 статьи 321 настоящего Федерального закона и конкурсной документацией</w:t>
      </w:r>
    </w:p>
    <w:p>
      <w:r>
        <w:rPr>
          <w:b/>
        </w:rPr>
        <w:t xml:space="preserve">1. </w:t>
      </w:r>
      <w:r>
        <w:t>оператор электронной площадки в течение одного часа с момента размещения заявителем предложения о заключении соглашения проверяет соответствие указанного предложения требованиям, предусмотренным частью 7 статьи 321 настоящего Федерального закона, и в случае его соответствия данным требованиям направляет публичному партнеру уведомление о поступлении указанного предложения и через личный кабинет публичного партнера обеспечивает публичному партнеру доступ к представленному заявителем предложению и содержащимся в нем документам и материалам</w:t>
      </w:r>
    </w:p>
    <w:p>
      <w:r>
        <w:rPr>
          <w:b/>
        </w:rPr>
        <w:t xml:space="preserve">1. </w:t>
      </w:r>
      <w:r>
        <w:t>конкурсная комиссия рассматривает предложение о заключении соглашения, представленное заявителем, в срок, установленный протоколом рассмотрения единственной заявки на участие в конкурсе в электронной форме, который не может составлять более чем пятнадцать рабочих дней со дня представления заявителем указанного предложения, и в случае, если предложение о заключении соглашения, представленное заявителем, соответствует требованиям конкурсной документации, в том числе критериям конкурса в электронной форме, принимает решение о соответствии предложения, представленного единственным заявителем, требованиям конкурсной документации либо в случае, если предложение о заключении соглашения, представленное заявителем, не соответствует требованиям конкурсной документации, в том числе критериям конкурса в электронной форме, принимает решение о несоответствии предложения, представленного единственным заявителем, требованиям конкурсной документации. Решения конкурсной комиссии, указанные в настоящем пункте, оформляются протоколом рассмотрения предложения о заключении соглашения на условиях, соответствующих конкурсной документации</w:t>
      </w:r>
    </w:p>
    <w:p>
      <w:r>
        <w:rPr>
          <w:b/>
        </w:rPr>
        <w:t xml:space="preserve">1. </w:t>
      </w:r>
      <w:r>
        <w:t>публичный партнер не позднее одного рабочего дня, следующего за днем подписания членами конкурсной комиссии протокола рассмотрения предложения о заключении соглашения на условиях, соответствующих требованиям конкурсной документации, направляет оператору электронной площадки такой протокол, размещает его на официальном сайте публичного партнера и в открытом разделе электронной площадки</w:t>
      </w:r>
    </w:p>
    <w:p>
      <w:r>
        <w:rPr>
          <w:b/>
        </w:rPr>
        <w:t xml:space="preserve">1. </w:t>
      </w:r>
      <w:r>
        <w:t>оператор электронной площадки в течение одного часа с момента поступления протокола рассмотрения предложения о заключении соглашения на условиях, соответствующих требованиям конкурсной документации, размещает такой протокол на официальном сайте для размещения информации о проведении торгов и направляет в соответствии с таким протоколом заявителю, представившему единственную заявку на участие в конкурсе в электронной форме, уведомление о соответствии либо несоответствии представленного им предложения о заключении соглашения требованиям конкурсной документации и копию такого протокола</w:t>
      </w:r>
    </w:p>
    <w:p>
      <w:r>
        <w:rPr>
          <w:b/>
        </w:rPr>
        <w:t xml:space="preserve">1. </w:t>
      </w:r>
      <w:r>
        <w:t>в случае принятия конкурсной комиссией решения о соответствии предложения, представленного единственным заявителем, требованиям конкурсной документации публичный партнер в течение трех рабочих дней со дня подписания конкурсной комиссией протокола рассмотрения предложения о заключении соглашения на условиях, соответствующих требованиям конкурсной документации, принимает решение о заключении соглашения с заявителем, представившим единственную заявку на участие в конкурсе в электронной форме</w:t>
      </w:r>
    </w:p>
    <w:p>
      <w:r>
        <w:rPr>
          <w:b/>
        </w:rPr>
        <w:t xml:space="preserve">1. </w:t>
      </w:r>
      <w:r>
        <w:t>публичный партнер не позднее одного рабочего дня, следующего за днем принятия решения о заключении соглашения с заявителем, представившим единственную заявку на участие в конкурсе в электронной форме, направляет такое решение оператору электронной площадки и размещает его на официальном сайте для размещения информации о проведении торгов, на официальном сайте публичного партнера и в открытом разделе электронной площадки</w:t>
      </w:r>
    </w:p>
    <w:p>
      <w:r>
        <w:rPr>
          <w:b/>
        </w:rPr>
        <w:t xml:space="preserve">1. </w:t>
      </w:r>
      <w:r>
        <w:t>оператор электронной площадки в течение одного часа с момента поступления решения о заключении соглашения с заявителем, представившим единственную заявку на участие в конкурсе в электронной форме, направляет в соответствии с таким решением заявителю, представившему предложение о заключении соглашения, уведомление о принятии решения о заключении с ним соглашения и копию такого решения</w:t>
      </w:r>
    </w:p>
    <w:p>
      <w:r>
        <w:rPr>
          <w:b/>
        </w:rPr>
        <w:t xml:space="preserve">2. </w:t>
      </w:r>
      <w:r>
        <w:t>если заявителю не было предложено представить предложение о заключении соглашения, - в течение пятнадцати рабочих дней со дня принятия решения о признании конкурса в электронной форме несостоявшимся</w:t>
      </w:r>
    </w:p>
    <w:p>
      <w:r>
        <w:rPr>
          <w:b/>
        </w:rPr>
        <w:t xml:space="preserve">2. </w:t>
      </w:r>
      <w:r>
        <w:t>если заявитель не представил предложение о заключении соглашения, - в течение пяти рабочих дней после дня истечения установленного срока представления такого предложения</w:t>
      </w:r>
    </w:p>
    <w:p>
      <w:r>
        <w:rPr>
          <w:b/>
        </w:rPr>
        <w:t xml:space="preserve">2. </w:t>
      </w:r>
      <w:r>
        <w:t>если конкурсной комиссией по результатам рассмотрения предложения о заключении соглашения, представленного заявителем, принято решение о несоответствии такого предложения требованиям конкурсной документации, - в течение пяти рабочих дней после дня истечения установленного срока принятия конкурсной комиссией указанного решения</w:t>
      </w:r>
    </w:p>
    <w:p>
      <w:r>
        <w:rPr>
          <w:b/>
        </w:rPr>
        <w:t xml:space="preserve">3. </w:t>
      </w:r>
      <w:r>
        <w:t>если заявителю не было предложено представить предложение о заключении соглашения, - не позднее одного рабочего дня, следующего за днем получения оператором электронной площадки протокола рассмотрения единственной заявки на участие в конкурсе в электронной форме</w:t>
      </w:r>
    </w:p>
    <w:p>
      <w:r>
        <w:rPr>
          <w:b/>
        </w:rPr>
        <w:t xml:space="preserve">3. </w:t>
      </w:r>
      <w:r>
        <w:t>если заявитель не представил предложение о заключении соглашения, - не позднее одного рабочего дня, следующего за днем истечения установленного срока представления такого предложения</w:t>
      </w:r>
    </w:p>
    <w:p>
      <w:r>
        <w:rPr>
          <w:b/>
        </w:rPr>
        <w:t xml:space="preserve">3. </w:t>
      </w:r>
      <w:r>
        <w:t>если конкурсной комиссией по результатам рассмотрения предложения о заключении соглашения, представленного заявителем, принято решение о несоответствии такого предложения требованиям конкурсной документации, - не позднее одного рабочего дня, следующего за днем получения оператором электронной площадки протокола рассмотрения предложения о заключении соглашения на условиях, соответствующих требованиям конкурсной документации</w:t>
      </w:r>
    </w:p>
    <w:p>
      <w:r>
        <w:rPr>
          <w:b/>
        </w:rPr>
        <w:t xml:space="preserve">5. </w:t>
      </w:r>
      <w:r>
        <w:t>конкурсная комиссия в течение пятнадцати рабочих дней со дня принятия публичным партнером решения о признании конкурса в электронной форме несостоявшимся рассматривает единственное конкурсное предложение, представленное участником конкурса в электронной форме, и в случае, если такое конкурсное предложение соответствует требованиям конкурсной документации, в том числе критериям конкурса в электронной форме, принимает решение о соответствии конкурсного предложения, представленного единственным участником конкурса в электронной форме, требованиям конкурсной документации либо в случае, если единственное конкурсное предложение, представленное участником конкурса в электронной форме, не соответствует требованиям конкурсной документации, в том числе критериям конкурса в электронной форме, принимает решение о несоответствии конкурсного предложения, представленного единственным участником конкурса в электронной форме, требованиям конкурсной документации. Решения конкурсной комиссии, указанные в настоящем пункте, оформляются протоколом рассмотрения конкурсного предложения, представленного единственным участником конкурса в электронной форме</w:t>
      </w:r>
    </w:p>
    <w:p>
      <w:r>
        <w:rPr>
          <w:b/>
        </w:rPr>
        <w:t xml:space="preserve">5. </w:t>
      </w:r>
      <w:r>
        <w:t>публичный партнер не позднее одного рабочего дня, следующего за днем подписания членами конкурсной комиссии протокола рассмотрения конкурсного предложения, представленного единственным участником конкурса в электронной форме, направляет оператору электронной площадки такой протокол, размещает его на официальном сайте публичного партнера и в открытом разделе электронной площадки</w:t>
      </w:r>
    </w:p>
    <w:p>
      <w:r>
        <w:rPr>
          <w:b/>
        </w:rPr>
        <w:t xml:space="preserve">5. </w:t>
      </w:r>
      <w:r>
        <w:t>оператор электронной площадки в течение одного часа с момента поступления протокола рассмотрения конкурсного предложения, представленного единственным участником конкурса в электронной форме, размещает такой протокол на официальном сайте для размещения информации о проведении торгов и направляет в соответствии с таким протоколом участнику конкурса в электронной форме, представившему единственное конкурсное предложение, уведомление о соответствии либо несоответствии представленного им конкурсного предложения требованиям конкурсной документации и копию такого протокола</w:t>
      </w:r>
    </w:p>
    <w:p>
      <w:r>
        <w:rPr>
          <w:b/>
        </w:rPr>
        <w:t xml:space="preserve">5. </w:t>
      </w:r>
      <w:r>
        <w:t>в случае принятия конкурсной комиссией решения о соответствии конкурсного предложения, представленного единственным участником конкурса в электронной форме, требованиям конкурсной документации публичный партнер в течение трех рабочих дней со дня подписания конкурсной комиссией протокола рассмотрения конкурсного предложения, представленного единственным участником конкурса в электронной форме, принимает решение о заключении соглашения с участником конкурса, представившим единственное конкурсное предложение</w:t>
      </w:r>
    </w:p>
    <w:p>
      <w:r>
        <w:rPr>
          <w:b/>
        </w:rPr>
        <w:t xml:space="preserve">5. </w:t>
      </w:r>
      <w:r>
        <w:t>публичный партнер не позднее одного рабочего дня, следующего за днем принятия решения о заключении соглашения с участником конкурса в электронной форме, представившим единственное конкурсное предложение, направляет оператору электронной площадки такое решение и размещает его на официальном сайте для размещения информации о проведении торгов, на официальном сайте публичного партнера и в открытом разделе электронной площадки</w:t>
      </w:r>
    </w:p>
    <w:p>
      <w:r>
        <w:rPr>
          <w:b/>
        </w:rPr>
        <w:t xml:space="preserve">5. </w:t>
      </w:r>
      <w:r>
        <w:t>оператор электронной площадки в течение одного часа с момента поступления решения о заключении соглашения с участником конкурса в электронной форме, представившим единственное конкурсное предложение, направляет в соответствии с таким решением уведомление участнику конкурса в электронной форме, представившему единственное конкурсное предложение, о принятии решения о заключении с ним соглашения и копию такого решения</w:t>
      </w:r>
    </w:p>
    <w:p>
      <w:r>
        <w:rPr>
          <w:b/>
        </w:rPr>
        <w:t xml:space="preserve">12. </w:t>
      </w:r>
      <w:r>
        <w:t>в статье 33:</w:t>
      </w:r>
    </w:p>
    <w:p>
      <w:r>
        <w:rPr>
          <w:b/>
        </w:rPr>
        <w:t xml:space="preserve">12. </w:t>
      </w:r>
      <w:r>
        <w:t>часть 1 после слов "в аренду" дополнить словами ", на ином законном основании", дополнить предложением следующего содержания: "Использование частным партнером предоставленных ему земельного участка, лесного участка, водного объекта или части водного объекта, участка недр осуществляется в соответствии с земельным, лесным, водным законодательством, законодательством Российской Федерации о недрах."</w:t>
      </w:r>
    </w:p>
    <w:p>
      <w:r>
        <w:rPr>
          <w:b/>
        </w:rPr>
        <w:t xml:space="preserve">12. </w:t>
      </w:r>
      <w:r>
        <w:t>часть 2 признать утратившей силу</w:t>
      </w:r>
    </w:p>
    <w:p>
      <w:r>
        <w:rPr>
          <w:b/>
        </w:rPr>
        <w:t>Статья 4</w:t>
      </w:r>
    </w:p>
    <w:p>
      <w:r>
        <w:rPr>
          <w:b/>
        </w:rPr>
        <w:t xml:space="preserve">1. </w:t>
      </w:r>
      <w:r>
        <w:t>Настоящий Федеральный закон вступает в силу с 1 октября 2023 года, за исключением положений, для которых настоящей статьей установлен иной срок вступления их в силу</w:t>
      </w:r>
    </w:p>
    <w:p>
      <w:r>
        <w:rPr>
          <w:b/>
        </w:rPr>
        <w:t xml:space="preserve">2. </w:t>
      </w:r>
      <w:r>
        <w:t>Подпункт "в" пункта 2, подпункт "в" пункта 7, подпункты "в" и "е" пункта 28, пункт 30 статьи 2 и подпункт "е" пункта 10, подпункты "б" и "ж" пункта 23 статьи 3 вступают в силу с 1 января 2024 года</w:t>
      </w:r>
    </w:p>
    <w:p>
      <w:r>
        <w:rPr>
          <w:b/>
        </w:rPr>
        <w:t xml:space="preserve">3. </w:t>
      </w:r>
      <w:r>
        <w:t>Конкурсы на право заключения концессионных соглашений, соглашений о государственно-частном партнерстве, соглашений о муниципально-частном партнерстве, сообщения о проведении которых были размещены на официальном сайте в информационно-телекоммуникационной сети "Интернет" для размещения информации о проведении торгов, определенном Правительством Российской Федерации, до дня вступления в силу настоящего Федерального закона либо приглашения принять участие в которых были направлены до дня вступления в силу настоящего Федерального закона, завершаются по правилам, которые действовали на день размещения таких сообщений либо направления таких приглашений</w:t>
      </w:r>
    </w:p>
    <w:p>
      <w:r>
        <w:rPr>
          <w:b/>
        </w:rPr>
        <w:t xml:space="preserve">4. </w:t>
      </w:r>
      <w:r>
        <w:t>Заключение концессионных соглашений, соглашений о государственно-частном партнерстве, соглашений о муниципально-частном партнерстве без проведения конкурса на основании предложений о заключении концессионных соглашений, предложений о реализации проектов государственно-частного партнерства, проектов муниципально-частного партнерства соответственно осуществляется по правилам, которые действовали на день размещения таких предложений на официальном сайте в информационно-телекоммуникационной сети "Интернет" для размещения информации о проведении торгов, определенном Правительством Российской Федерации, если указанные предложения были размещены до дня вступления в силу настоящего Федерального закона</w:t>
      </w:r>
    </w:p>
    <w:p>
      <w:r>
        <w:rPr>
          <w:b/>
        </w:rPr>
        <w:t xml:space="preserve">5. </w:t>
      </w:r>
      <w:r>
        <w:t>Положения Закона Российской Федерации от 21 февраля 1992 года № 2395-I "О недрах" (в редакции настоящего Федерального закона), Федерального закона от 21 июля 2005 года № 115-ФЗ "О концессионных соглашениях" (в редакции настоящего Федерального закона) и статей 6 - 10, 12 - 14, 19 - 33 Федерального закона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(в редакции настоящего Федерального закона) не применяются к концессионным соглашениям, соглашениям о государственно-частном партнерстве, соглашениям о муниципально-частном партнерстве, заключенным до дня вступления в силу настоящего Федерального закона</w:t>
      </w:r>
    </w:p>
    <w:p>
      <w:r>
        <w:rPr>
          <w:b/>
        </w:rPr>
        <w:t xml:space="preserve">6. </w:t>
      </w:r>
      <w:r>
        <w:t>Порядок определения стоимости создания объектов информационных технологий, утвержденный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применяется к концессионным соглашениям, объектом которых являются объекты информационных технологий или объекты информационных технологий и технические средства обеспечения функционирования объектов информационных технологий, если они заключены после дня вступления в силу нормативного правового акта, устанавливающего указанный порядок. При этом положения части 2 статьи 101 Федерального закона от 21 июля 2005 года № 115-ФЗ "О концессионных соглашениях" в части предельного размера финансового участия концедента не применяются к концессионным соглашениям, объектом которых являются объекты информационных технологий или объекты информационных технологий и технические средства обеспечения функционирования объектов информационных технологий, если они заключены до дня вступления в силу указанного нормативного правового акта</w:t>
      </w:r>
    </w:p>
    <w:p>
      <w:r>
        <w:rPr>
          <w:b/>
        </w:rPr>
        <w:t xml:space="preserve">7. </w:t>
      </w:r>
      <w:r>
        <w:t>Положения части 38-1 статьи 13 Федерального закона от 21 июля 2005 года № 115-ФЗ "О концессионных соглашениях" в части отсутствия необходимости согласования с антимонопольным органом изменений существенных условий концессионного соглашения, заключенного без проведения конкурса с концессионером, определенным решением Правительства Российской Федерации, применяются к таким концессионным соглашениям, заключенным до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