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9 октября 1992 года №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 46, ст. 2615; Собрание законодательства Российской Федерации, 1999, № 26, ст. 3172; 2004, № 35, ст. 3607; 2006, № 1, ст. 10; 2007, № 1, ст. 21; 2008, № 30, ст. 3616; 2013, № 27, ст. 3477; № 40, ст. 5035; 2014, № 30, ст. 4257; № 49, ст. 6928; 2015, № 48, ст. 6723; 2017, № 31, ст. 4783; № 50, ст. 7563; 2021, № 18, ст. 3058; 2023, № 16, ст. 2766) следующие изменения</w:t>
      </w:r>
    </w:p>
    <w:p>
      <w:r>
        <w:t>в части первой статьи 2 слова "и законов субъектов Российской Федерации о культуре" заменить словами ", законов субъектов Российской Федерации и нормативных правовых актов органов публичной власти федеральной территории о культуре"</w:t>
      </w:r>
    </w:p>
    <w:p>
      <w:r>
        <w:t>статью 33 дополнить частью второй следующего содержания: "В федеральной территории указанный в части первой настоящей статьи протекционизм (покровительство) осуществляют органы публичной власти федеральной территории. Содержание, формы и способы такого протекционизма (покровительства) могут быть установлены нормативными правовыми актами органов публичной власти федеральной территории."</w:t>
      </w:r>
    </w:p>
    <w:p>
      <w:r>
        <w:t>статью 39 дополнить частью третьей следующего содержания: "В федеральной территории полномочия органов государственной власти субъектов Российской Федерации в области культуры, предусмотренные настоящей статьей, осуществляются органами публичной власти федеральной территории."</w:t>
      </w:r>
    </w:p>
    <w:p>
      <w:r>
        <w:t>статью 40 дополнить частью восьмой следующего содержания: "В федеральной территории полномочия органов местного самоуправления городского округа в области культуры, предусмотренные настоящей статьей, осуществляются органами публичной власти федеральной территории."</w:t>
      </w:r>
    </w:p>
    <w:p>
      <w:r>
        <w:t>часть вторую статьи 52 дополнить словами ", для организаций культуры, находящихся в ведении органов публичной власти федеральной территории, - органами публичной власти федеральной территории"</w:t>
      </w:r>
    </w:p>
    <w:p>
      <w:r>
        <w:rPr>
          <w:b/>
        </w:rPr>
        <w:t>Статья 2</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2004, № 27, ст. 2711; 2007, № 1, ст. 21; 2012, № 27, ст. 3587; 2015, № 1, ст. 10) следующие изменения</w:t>
      </w:r>
    </w:p>
    <w:p>
      <w:r>
        <w:t>часть четвертую статьи 2 дополнить предложением следующего содержания: "Нотариус, занимающийся частной практикой, осуществляющий деятельность в федеральной территории, должен быть членом нотариальной палаты субъекта Российской Федерации, в границах которого расположена федеральная территория."</w:t>
      </w:r>
    </w:p>
    <w:p>
      <w:r>
        <w:t>часть первую статьи 13 дополнить предложением следующего содержания: "Нотариальный округ (территория деятельности нотариуса) в федеральной территории устанавливается в границах федеральной территории органами публичной власти федеральной территории."</w:t>
      </w:r>
    </w:p>
    <w:p>
      <w:r>
        <w:rPr>
          <w:b/>
        </w:rPr>
        <w:t>Статья 3</w:t>
      </w:r>
    </w:p>
    <w:p>
      <w:r>
        <w:t>Внести в Федеральный закон от 21 декабря 1994 года № 69-ФЗ "О пожарной безопасности" (Собрание законодательства Российской Федерации, 1994, № 35, ст. 3649; 2004, № 35, ст. 3607; 2007, № 43, ст. 5084; 2015, № 48, ст. 6723; 2020, № 52, ст. 8600) следующие изменения</w:t>
      </w:r>
    </w:p>
    <w:p>
      <w:r>
        <w:t>часть первую статьи 2 после слов "нормативные правовые акты субъектов Российской Федерации," дополнить словами "нормативные правовые акты органов публичной власти федеральных территорий,"</w:t>
      </w:r>
    </w:p>
    <w:p>
      <w:r>
        <w:t>статью 19 дополнить частью шестой следующего содержания: "В федеральных территориях полномочия органов местного самоуправления городского округа, предусмотренные настоящим Федеральным законом, осуществляются органами публичной власти федеральных территорий."</w:t>
      </w:r>
    </w:p>
    <w:p>
      <w:r>
        <w:rPr>
          <w:b/>
        </w:rPr>
        <w:t>Статья 4</w:t>
      </w:r>
    </w:p>
    <w:p>
      <w:r>
        <w:t>Внести в Федеральный закон от 11 июля 2001 года № 95-ФЗ "О политических партиях" (Собрание законодательства Российской Федерации, 2001, № 29, ст. 2950; 2002, № 12, ст. 1093; № 30, ст. 3029; 2003, № 26, ст. 2574; 2004, № 52, ст. 5272; 2005, № 30, ст. 3104; 2006, № 1, ст. 13; № 29, ст. 3124; 2007, № 1, ст. 37; 2008, № 30, ст. 3600; № 45, ст. 5146; 2009, № 14, ст. 1576, 1577; № 18, ст. 2155; 2010, № 19, ст. 2288; № 23, ст. 2798; 2011, № 15, ст. 2017; № 43, ст. 5975; 2012, № 15, ст. 1721; № 41, ст. 5522; 2013, № 14, ст. 1638; № 19, ст. 2329; 2014, № 26, ст. 3391; № 30, ст. 4237; № 48, ст. 6636; 2015, № 6, ст. 884; № 21, ст. 2985; 2016, № 10, ст. 1315; № 11, ст. 1493; 2017, № 1, ст. 46; 2019, № 30, ст. 4137; № 49, ст. 6982; 2021, № 18, ст. 3061; 2022, № 14, ст. 2203; № 50, ст. 8792) следующие изменения</w:t>
      </w:r>
    </w:p>
    <w:p>
      <w:r>
        <w:t>в статье 3: а) абзац первый пункта 1 после слов "в органах государственной власти" дополнить словами ", органах публичной власти федеральных территорий"; б) в абзаце шестом пункта 4 слова "в законодательные (представительные) органы государственной власти субъектов Российской Федерации," заменить словами "в законодательные органы субъектов Российской Федерации, органы публичной власти федеральных территорий,"; в) в абзаце втором пункта 5 слова "в законодательном (представительном) органе государственной власти субъекта Российской Федерации" заменить словами "в законодательном органе субъекта Российской Федерации"</w:t>
      </w:r>
    </w:p>
    <w:p>
      <w:r>
        <w:t>пункт 2 статьи 6 после слов "органов государственной власти" дополнить словами ", органов публичной власти федеральных территорий"</w:t>
      </w:r>
    </w:p>
    <w:p>
      <w:r>
        <w:t>в статье 7: а) пункт 1 после слов "государственной символикой субъектов Российской Федерации," дополнить словами "символикой федеральных территорий,"; б) пункт 3 после слов "гимны субъектов Российской Федерации," дополнить словами "федеральных территорий,"</w:t>
      </w:r>
    </w:p>
    <w:p>
      <w:r>
        <w:t>пункт 4 статьи 8 после слов "органах государственной власти" дополнить словами ", органах публичной власти федеральных территорий"</w:t>
      </w:r>
    </w:p>
    <w:p>
      <w:r>
        <w:t>в статье 9: а) пункт 4 после слов "органах государственной власти" дополнить словами ", органах публичной власти федеральных территорий"; б) в пункте 5 после слов "в органах государственной власти" дополнить словами ", органах публичной власти федеральных территорий", слова "(за исключением законодательных (представительных) органов государственной власти" заменить словами "(за исключением законодательных органов субъектов Российской Федерации, представительных органов федеральных территорий", слова "в аппаратах законодательных (представительных) органов государственной власти," заменить словами "в аппаратах законодательных органов субъектов Российской Федерации, в аппаратах представительных органов федеральных территорий,"</w:t>
      </w:r>
    </w:p>
    <w:p>
      <w:r>
        <w:t>в статье 10: а) пункт 1 изложить в следующей редакции: "1. Вмешательство органов государственной власти, органов публичной власти федеральных территорий и их должностных лиц в деятельность политических партий, равно как и вмешательство политических партий в деятельность органов государственной власти, органов публичной власти федеральных территорий и их должностных лиц, не допускается."; б) пункт 2 после слов "органами государственной власти" дополнить словами ", органами публичной власти федеральных территорий"; в) в пункте 3 слова "депутатов иных законодательных (представительных) органов государственной власти" заменить словами "депутатов законодательных органов субъектов Российской Федерации, членов представительных органов федеральных территорий, избираемых на основе всеобщего равного и прямого избирательного права при тайном голосовании,"</w:t>
      </w:r>
    </w:p>
    <w:p>
      <w:r>
        <w:t>в пункте 1 статьи 11 слово "государственной" заменить словом "публичной"</w:t>
      </w:r>
    </w:p>
    <w:p>
      <w:r>
        <w:t>в пункте 2 статьи 21: а) подпункт "и" после слов "в органах государственной власти" дополнить словами ", органах публичной власти федеральных территорий"; б) подпункт "к" после слов "в органах государственной власти" дополнить словами ", органах публичной власти федеральных территорий"</w:t>
      </w:r>
    </w:p>
    <w:p>
      <w:r>
        <w:t>в статье 25: а) пункт 1 после слов "в органах государственной власти" дополнить словами ", органах публичной власти федеральных территорий"; б) в пункте 3 слова "законодательных (представительных) органов государственной власти" заменить словами "законодательных органов субъектов Российской Федерации"; в) в пункте 31 слова "законодательного (представительного) органа государственной власти" заменить словами "законодательного органа", слова "законодательный (представительный) орган государственной власти" заменить словами "законодательный орган"; г) пункт 4 после слов "в органах государственной власти" дополнить словами ", органах публичной власти федеральных территорий"; д) в пункте 5 слова "законодательного (представительного) органа государственной власти субъекта Российской Федерации" заменить словами "законодательного органа субъекта Российской Федерации"</w:t>
      </w:r>
    </w:p>
    <w:p>
      <w:r>
        <w:t>подпункт "б" пункта 1 статьи 26 после слов "органов государственной власти" дополнить словами ", органов публичной власти федеральных территорий"</w:t>
      </w:r>
    </w:p>
    <w:p>
      <w:r>
        <w:t>в статье 262: а) в наименовании слова "законодательном (представительном) органе государственной власти" заменить словами "законодательном органе"; б) в пункте 2 слова "законодательном (представительном) органе государственной власти" заменить словами "законодательном органе", слова "законодательного (представительного) органа государственной власти" заменить словами "законодательного органа"; в) в пункте 3 слова "законодательном (представительном) органе государственной власти" заменить словами "законодательном органе"; г) в пункте 4 слова "законодательном (представительном) органе государственной власти" заменить словами "законодательном органе"</w:t>
      </w:r>
    </w:p>
    <w:p>
      <w:r>
        <w:t>в статье 263: а) в пункте 1 слова "законодательного (представительного) органа государственной власти" заменить словами "законодательного органа", слова "законодательном (представительном) органе государственной власти" заменить словами "законодательном органе"; б) в пункте 2 слова "пунктом 32 статьи 18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"статьей 23 Федерального закона от 21 декабря 2021 года № 414-ФЗ "Об общих принципах организации публичной власти в субъектах Российской Федерации"; в) в пункте 4 слова "пунктом 32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"статьей 23 Федерального закона от 21 декабря 2021 года № 414-ФЗ "Об общих принципах организации публичной власти в субъектах Российской Федерации", слова "пункта 32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"статьи 23 Федерального закона от 21 декабря 2021 года № 414-ФЗ "Об общих принципах организации публичной власти в субъектах Российской Федерации"; г) в пункте 6 слова "статьей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"статьей 23 Федерального закона от 21 декабря 2021 года № 414-ФЗ "Об общих принципах организации публичной власти в субъектах Российской Федерации"; д) в пункте 7 слова "законодательного (представительного) органа государственной власти субъекта Российской Федерации" заменить словами "законодательного органа субъекта Российской Федерации"; е) в пункте 14 слова "статьей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"статьей 23 Федерального закона от 21 декабря 2021 года № 414-ФЗ "Об общих принципах организации публичной власти в субъектах Российской Федерации"; ж) в пункте 15 слова "законодательного (представительного) органа государственной власти" заменить словами "законодательного органа", слова "законодательном (представительном) органе государственной власти" заменить словами "законодательном органе"; з) в пункте 16 слова "пунктом 32-1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"статьей 24 Федерального закона от 21 декабря 2021 года № 414-ФЗ "Об общих принципах организации публичной власти в субъектах Российской Федерации"; и) в пункте 17 слова "пунктом 32-1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"статьей 24 Федерального закона от 21 декабря 2021 года № 414-ФЗ "Об общих принципах организации публичной власти в субъектах Российской Федерации", слова "пункта 32-1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"статьи 24 Федерального закона от 21 декабря 2021 года № 414-ФЗ "Об общих принципах организации публичной власти в субъектах Российской Федерации"; к) в пункте 19 слова "статьей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"статьей 24 Федерального закона от 21 декабря 2021 года № 414-ФЗ "Об общих принципах организации публичной власти в субъектах Российской Федерации"; л) в пункте 21 слова "законодательного (представительного) органа государственной власти" заменить словами "законодательного органа"; м) в пункте 27 слова "статьей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"статьей 24 Федерального закона от 21 декабря 2021 года № 414-ФЗ "Об общих принципах организации публичной власти в субъектах Российской Федерации"</w:t>
      </w:r>
    </w:p>
    <w:p>
      <w:r>
        <w:t>в пункте 3 статьи 30: а) подпункт "ж" после слов "иных государственных органов," дополнить словами "органов публичной власти федеральных территорий,"; б) подпункт "и" после слов "субъектов Российской Федерации" дополнить словами ", федеральных территорий"; в) подпункт "и1" после слов "учрежденных государственными органами" дополнить словами ", органами публичной власти федеральных территорий"; г) в подпункте "о": абзац четвертый после слов "субъектов Российской Федерации" дополнить словами ", федеральных территорий"; абзац пятый после слов "государственными органами" дополнить словами ", органами публичной власти федеральных территорий"</w:t>
      </w:r>
    </w:p>
    <w:p>
      <w:r>
        <w:t>в статье 32: а) абзац первый пункта 1 после слов "органы государственной власти субъектов Российской Федерации" дополнить словами ", органы публичной власти федеральных территорий"; б) в пункте 12 слова "законодательных (представительных) органах государственной власти субъектов Российской Федерации" заменить словами "законодательных органах субъектов Российской Федерации"; в) в пункте 13 слова "законодательном (представительном) органе государственной власти субъекта Российской Федерации" заменить словами "законодательном органе субъекта Российской Федерации"</w:t>
      </w:r>
    </w:p>
    <w:p>
      <w:r>
        <w:t>в статье 36: а) пункт 1 дополнить словами ", органах публичной власти федеральных территорий"; б) пункт 31 после слов "в органах государственной власти" дополнить словами ", органах публичной власти федеральных территорий"; в) пункт 4 после слов "в органах государственной власти" дополнить словами ", органах публичной власти федеральных территорий"</w:t>
      </w:r>
    </w:p>
    <w:p>
      <w:r>
        <w:t>в подпункте "д" пункта 1 статьи 37 слова "законодательных (представительных) органов субъектов Российской Федерации" заменить словами "законодательных органов субъектов Российской Федерации"</w:t>
      </w:r>
    </w:p>
    <w:p>
      <w:r>
        <w:t>подпункт "б" пункта 1 статьи 38 после слов "в органах государственной власти" дополнить словами ", органах публичной власти федеральных территорий"</w:t>
      </w:r>
    </w:p>
    <w:p>
      <w:r>
        <w:rPr>
          <w:b/>
        </w:rPr>
        <w:t>Статья 5</w:t>
      </w:r>
    </w:p>
    <w:p>
      <w:r>
        <w:t>Внести в Федеральный закон от 10 января 2003 года № 20-ФЗ "О Государственной автоматизированной системе Российской Федерации "Выборы" (Собрание законодательства Российской Федерации, 2003, № 2, ст. 172; 2011, № 29, ст. 4291; 2022, № 12, ст. 1787) следующие изменения</w:t>
      </w:r>
    </w:p>
    <w:p>
      <w:r>
        <w:t>подпункт 4 статьи 4 после слов "государственных органов," дополнить словами "органов публичной власти федеральных территорий,"</w:t>
      </w:r>
    </w:p>
    <w:p>
      <w:r>
        <w:t>в пункте 3 статьи 18 слова "и нормативными правовыми актами избирательных комиссий субъектов Российской Федерации" заменить словами ", нормативными правовыми актами избирательных комиссий субъектов Российской Федерации и нормативными правовыми актами территориальных избирательных комиссий федеральных территорий"</w:t>
      </w:r>
    </w:p>
    <w:p>
      <w:r>
        <w:rPr>
          <w:b/>
        </w:rPr>
        <w:t>Статья 6</w:t>
      </w:r>
    </w:p>
    <w:p>
      <w:r>
        <w:t>Внести в Федеральный закон от 27 мая 2003 года № 58-ФЗ "О системе государственной службы Российской Федерации" (Собрание законодательства Российской Федерации, 2003, № 22, ст. 2063; 2007, № 49, ст. 6070; 2011, № 1, ст. 31; № 50, ст. 7337; 2013, № 27, ст. 3477; 2015, № 29, ст. 4388; 2021, № 27, ст. 5179; 2022, № 50, ст. 8766) следующие изменения</w:t>
      </w:r>
    </w:p>
    <w:p>
      <w:r>
        <w:t>абзац шестой пункта 1 статьи 1 после слов "федеральных государственных органов" дополнить словами ", органов публичной власти федеральных территорий"</w:t>
      </w:r>
    </w:p>
    <w:p>
      <w:r>
        <w:t>статью 4 после слов "полномочий Российской Федерации," дополнить словами "федеральных территорий,", после слов "федеральных государственных органов" дополнить словами ", органов публичной власти федеральных территорий, иных органов федеральных территорий"</w:t>
      </w:r>
    </w:p>
    <w:p>
      <w:r>
        <w:t>пункт 1 статьи 5 после слов "федеральных государственных органов," дополнить словами "органов публичной власти федеральной территории,"</w:t>
      </w:r>
    </w:p>
    <w:p>
      <w:r>
        <w:t>пункт 6 статьи 8 после слов "федеральном государственном органе" дополнить словами ", органе публичной власти федеральной территории"</w:t>
      </w:r>
    </w:p>
    <w:p>
      <w:r>
        <w:t>пункт 1 статьи 10 дополнить словами ", бюджета федеральной территории"</w:t>
      </w:r>
    </w:p>
    <w:p>
      <w:r>
        <w:t>абзац второй пункта 1 статьи 11 после слов "федеральном государственном органе," дополнить словами "кадрового резерва в органе публичной власти федеральной территории,"</w:t>
      </w:r>
    </w:p>
    <w:p>
      <w:r>
        <w:t>в статье 15: а) пункт 1 после слов "федеральном государственном органе" дополнить словами ", органе публичной власти федеральной территории"; б) пункт 2 после слов "федеральном государственном органе" дополнить словами ", органе публичной власти федеральной территории"</w:t>
      </w:r>
    </w:p>
    <w:p>
      <w:r>
        <w:t>статью 17 после слов "федеральном государственном органе," дополнить словами "кадровый резерв в органе публичной власти федеральной территории,"</w:t>
      </w:r>
    </w:p>
    <w:p>
      <w:r>
        <w:t>пункт 1 статьи 18 после слов "федерального бюджета" дополнить словами ", бюджета федеральной территории"</w:t>
      </w:r>
    </w:p>
    <w:p>
      <w:r>
        <w:rPr>
          <w:b/>
        </w:rPr>
        <w:t>Статья 7</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2007, № 10, ст. 1151; 2008, № 13, ст. 1186; № 52, ст. 6235; 2010, № 5, ст. 459; 2011, № 48, ст. 6730; 2013, № 19, ст. 2329; № 23, ст. 2874; 2014, № 52, ст. 7542; 2015, № 41, ст. 5639; 2017, № 1, ст. 46; № 15, ст. 2139; № 31, ст. 4766; 2018, № 1, ст. 7; № 32, ст. 5100; № 45, ст. 6837; 2019, № 18, ст. 2223; № 51, ст. 7484; 2020, № 50, ст. 8074; 2021, № 27, ст. 5179; 2022, № 1, ст. 6; № 41, ст. 6941; № 50, ст. 8792; 2023, № 1, ст. 92) следующие изменения</w:t>
      </w:r>
    </w:p>
    <w:p>
      <w:r>
        <w:t>пункт 2 статьи 1 изложить в следующей редакции: "2) представитель нанимателя - руководитель федерального государственного органа, органа публичной власти федеральной территории или государственного органа субъекта Российской Федерации,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субъекта Российской Федерации или федеральной территории;"</w:t>
      </w:r>
    </w:p>
    <w:p>
      <w:r>
        <w:t>часть 1 статьи 5 дополнить пунктом 10 следующего содержания: "10) нормативными правовыми актами органов публичной власти федеральных территорий."</w:t>
      </w:r>
    </w:p>
    <w:p>
      <w:r>
        <w:t>в статье 11: а) в части 12 второе предложение изложить в следующей редакции: "В иных федеральных государственных органах, органах публичной власти федеральной территории указанные классные чины присваиваются руководителем соответствующего органа."; б) в части 17 второе предложение изложить в следующей редакции: "В иных федеральных государственных органах, органах публичной власти федеральной территории указанное соответствие устанавливается правовыми актами таких органов."</w:t>
      </w:r>
    </w:p>
    <w:p>
      <w:r>
        <w:t>подпункт "д" пункта 3 части 1 статьи 17 изложить в следующей редакции: "д)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
        <w:t>в пункте 3 части 1 статьи 39 слова "частью второй статьи 6 Федерального конституционного закона от 17 декабря 1997 года № 2-ФКЗ "О Правительстве Российской Федерации" заменить словами "частью 2 статьи 4 Федерального конституционного закона от 6 ноября 2020 года № 4-ФКЗ "О Правительстве Российской Федерации"</w:t>
      </w:r>
    </w:p>
    <w:p>
      <w:r>
        <w:t>часть 1 статьи 441 после слов "федеральных государственных органов" дополнить словами ", органов публичной власти федеральной территории"</w:t>
      </w:r>
    </w:p>
    <w:p>
      <w:r>
        <w:t>часть 7 статьи 51 после слов "органов публичной власти федеральной территории "Сириус" дополнить словами ", контрольно-счетного органа федеральной территории "Сириус"</w:t>
      </w:r>
    </w:p>
    <w:p>
      <w:r>
        <w:t>в статье 64: а) часть 1 после слов "федерального государственного органа" дополнить словами ", кадровый резерв органа публичной власти федеральной территории"; б) часть 4 после слов "федерального государственного органа" дополнить словами ", кадровый резерв органа публичной власти федеральной территории"; в) в части 11 слова "и кадрового резерва федерального государственного органа" заменить словами ", кадрового резерва федерального государственного органа, кадрового резерва органа публичной власти федеральной территории"</w:t>
      </w:r>
    </w:p>
    <w:p>
      <w:r>
        <w:rPr>
          <w:b/>
        </w:rPr>
        <w:t>Статья 8</w:t>
      </w:r>
    </w:p>
    <w:p>
      <w:r>
        <w:t>Внести в Федеральный закон от 6 марта 2006 года № 35-ФЗ "О противодействии терроризму" (Собрание законодательства Российской Федерации, 2006, № 11, ст. 1146; № 31, ст. 3452; 2011, № 19, ст. 2713; 2013, № 30, ст. 4041; № 44, ст. 5641; 2014, № 19, ст. 2335; 2016, № 28, ст. 4558; 2018, № 17, ст. 2431; 2021, № 22, ст. 3690) следующие изменения</w:t>
      </w:r>
    </w:p>
    <w:p>
      <w:r>
        <w:t>в статье 3: а) пункт 1 после слов "органами государственной власти," дополнить словами "органами публичной власти федеральных территорий,"; б) абзац первый пункта 4 после слов "органов государственной власти" дополнить словами ", органов публичной власти федеральных территорий"; в) пункт 6 после слов "территория общего пользования" дополнить словами "федеральной территории,"</w:t>
      </w:r>
    </w:p>
    <w:p>
      <w:r>
        <w:t>в статье 5: а) в части 2: пункт 3 после слов "субъектов Российской Федерации" дополнить словами ", исполнительно-распорядительных органов федеральных территорий"; пункт 5 после слов "субъектов Российской Федерации" дополнить словами ", исполнительно-распорядительных органов федеральных территорий"; б) часть 3 после слов "субъектов Российской Федерации" дополнить словами ", органы публичной власти федеральных территорий"; в) часть 4 после слов "субъектов Российской Федерации" дополнить словами ", исполнительно-распорядительных органов федеральных территорий", после слов "исполнения государственными органами," дополнить словами "органами публичной власти федеральных территорий,"; г) в части 41 первое предложение после слов "исполнительной власти субъектов Российской Федерации" дополнить словами ", исполнительно-распорядительных органов федеральных территорий", четвертое предложение после слов "органами государственной власти субъектов Российской Федерации," дополнить словами "органами публичной власти федеральных территорий,"; д) дополнить частью 42 следующего содержания: "42. Для организации в федеральных территориях взаимодействия территориальных органов федеральных органов исполнительной власти, органов исполнительной власти субъектов Российской Федерации, органов публичной власти федеральных территорий по профилактике терроризма, а также по минимизации и (или) ликвидации последствий его проявлений может формироваться коллегиальный орган по профилактике терроризма, минимизации и (или) ликвидации последствий его проявлений. Такой коллегиальный орган формируется по решению руководителя органа, сформированного в соответствии с частью 4 настоящей статьи, который утверждает положение о коллегиальном органе и его состав."; е) в части 5 после слов "субъектов Российской Федерации," дополнить словами "исполнительно-распорядительными органами федеральных территорий,", слова "частями 4 и 41" заменить словами "частями 4, 41 и 42"</w:t>
      </w:r>
    </w:p>
    <w:p>
      <w:r>
        <w:rPr>
          <w:b/>
        </w:rPr>
        <w:t>Статья 9</w:t>
      </w:r>
    </w:p>
    <w:p>
      <w:r>
        <w:t>Внести в Федеральный закон от 3 июня 2009 года № 103-ФЗ "О деятельности по приему платежей физических лиц, осуществляемой платежными агентами" (Собрание законодательства Российской Федерации, 2009, № 23, ст. 2758; № 48, ст. 5739; 2010, № 19, ст. 2291; 2011, № 27, ст. 3873; 2014, № 19, ст. 2315; 2016, № 27, ст. 4223; 2018, № 17, ст. 2429; 2019, № 52, ст. 7831) следующие изменения</w:t>
      </w:r>
    </w:p>
    <w:p>
      <w:r>
        <w:t>часть 1 статьи 1 после слов "органам государственной власти," дополнить словами "органам публичной власти федеральной территории,"</w:t>
      </w:r>
    </w:p>
    <w:p>
      <w:r>
        <w:t>пункт 1 статьи 2 после слов "органы государственной власти" дополнить словами ", органы публичной власти федеральной территории"</w:t>
      </w:r>
    </w:p>
    <w:p>
      <w:r>
        <w:t>часть 18 статьи 4 после слов "органов государственной власти," дополнить словами "органов публичной власти федеральной территории,"</w:t>
      </w:r>
    </w:p>
    <w:p>
      <w:r>
        <w:t>часть 4 статьи 8 после слов "органов государственной власти," дополнить словами "органов публичной власти федеральной территории,"</w:t>
      </w:r>
    </w:p>
    <w:p>
      <w:r>
        <w:rPr>
          <w:b/>
        </w:rPr>
        <w:t>Статья 10</w:t>
      </w:r>
    </w:p>
    <w:p>
      <w:r>
        <w:t>Внести в Федеральный закон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(Собрание законодательства Российской Федерации, 2011, № 7, ст. 903; 2013, № 27, ст. 3477; 2014, № 10, ст. 954; 2017, № 15, ст. 2139; 2018, № 53, ст. 8485, 8492; 2021, № 18, ст. 3060; № 27, ст. 5083) следующие изменения: 1) наименование после слов "субъектов Российской Федерации" дополнить словами ", федеральных территорий"; 2) статью 1 после слов "субъектов Российской Федерации" дополнить словами ", контрольно-счетных органов федеральных территорий"; 3) в статье 2: а) дополнить частью 11 следующего содержания: "11. Правовое регулирование организации и деятельности контрольно-счетных органов федеральных территорий основывается на Конституции Российской Федерации и осуществляется федеральным законом о соответствующей федеральной территории, Бюджетным кодексом Российской Федерации, настоящим Федеральным законом, другими федеральными законами и иными нормативными правовыми актами Российской Федерации, уставами федеральных территорий, нормативными правовыми актами представительных органов федеральных территорий."; б) часть 3 после слов "субъектов Российской Федерации," дополнить словами "нормативные правовые акты представительных органов федеральных территорий,"; 4) в статье 3: а) дополнить частью 11 следующего содержания: "11. Контрольно-счетный орган федеральной территории является постоянно действующим федеральным государственным органом внешнего государственного и муниципального финансового контроля и образуется представительным органом федеральной территории."; б) часть 3 изложить в следующей редакции: "3. Контрольно-счетный орган субъекта Российской Федерации, контрольно-счетный орган федеральной территории, контрольно-счетный орган муниципального образования подотчетны соответственно законодательному органу субъекта Российской Федерации, представительному органу федеральной территории, представительному органу муниципального образования (далее также - законодательные (представительные) органы)."; в) часть 6 после слов "органа субъекта Российской Федерации," дополнить словами "контрольно-счетного органа федеральной территории,", после слов "законом субъекта Российской Федерации," дополнить словами "уставом федеральной территории и (или) нормативным правовым актом представительного органа федеральной территории,"; г) часть 7 изложить в следующей редакции: "7. Контрольно-счетный орган субъекта Российской Федерации и контрольно-счетный орган федеральной территории обладают правами юридического лица."; д) часть 9 после слов "субъекта Российской Федерации" дополнить словами ", федеральной территории"; 5) в статье 5: а) дополнить частью 11 следующего содержания: "11. Контрольно-счетный орган федеральной территории образуется нормативным правовым актом представительного органа федеральной территории в составе председателя, а также не более одного заместителя председателя, не более трех аудиторов и аппарата контрольно-счетного органа."; б) часть 3 после слов "контрольно-счетного органа" дополнить словами "субъекта Российской Федерации, муниципального образования"; в) дополнить частью 31 следующего содержания: "31. Должности председателя, заместителя председателя, аудиторов контрольно-счетного органа федеральной территории относятся к государственным должностям Российской Федерации."; г) в части 4 слова "законом субъекта Российской Федерации или" заменить словами "законом субъекта Российской Федерации, уставом федеральной территории, нормативным правовым актом представительного органа федеральной территории,"; д) часть 5 после слов "законом субъекта Российской Федерации" дополнить словами ", нормативным правовым актом представительного органа федеральной территории"; е) дополнить частью 62 следующего содержания: "62. Инспекторы контрольно-счетного органа федеральной территории являются федеральными государственными гражданскими служащими, должности которых содержатся в реестре должностей государственной гражданской службы Российской Федерации."; ж) дополнить частью 71 следующего содержания: "71. Штатная численность контрольно-счетного органа федеральной территории устанавливается нормативным правовым актом представительного органа федеральной территории по представлению председателя контрольно-счетного органа федеральной территории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контрольно-счетного органа."; з) часть 10 после слов "законом субъекта Российской Федерации" дополнить словами ", нормативным правовым актом представительного органа федеральной территории"; 6) в статье 6: а) в пункте 3 части 2 слова "(руководителем высшего исполнительного органа государственной власти субъекта Российской Федерации)" исключить; б) дополнить частями 12 - 16 следующего содержания: "12. Председатель, заместитель председателя и аудиторы контрольно-счетного органа федеральной территории назначаются на должность представительным органом федеральной территории.</w:t>
      </w:r>
    </w:p>
    <w:p>
      <w:r>
        <w:rPr>
          <w:b/>
        </w:rPr>
        <w:t xml:space="preserve">13. </w:t>
      </w:r>
      <w:r>
        <w:t>Предложения о кандидатурах на должность председателя контрольно-счетного органа федеральной территории вносятся в представительный орган федеральной территории</w:t>
      </w:r>
    </w:p>
    <w:p>
      <w:r>
        <w:rPr>
          <w:b/>
        </w:rPr>
        <w:t xml:space="preserve">14. </w:t>
      </w:r>
      <w:r>
        <w:t>Предложения о кандидатурах на должности заместителя председателя и аудиторов контрольно-счетного органа федеральной территории вносятся в представительный орган федеральной территории в порядке, установленном нормативным правовым актом представительного органа федеральной территории</w:t>
      </w:r>
    </w:p>
    <w:p>
      <w:r>
        <w:rPr>
          <w:b/>
        </w:rPr>
        <w:t xml:space="preserve">15. </w:t>
      </w:r>
      <w:r>
        <w:t>Представительный орган федеральной территории обращается в Счетную палату Российской Федерации за заключением о соответствии кандидатур на должность председателя контрольно-счетного органа федеральной территории квалификационным требованиям, установленным настоящим Федеральным законом</w:t>
      </w:r>
    </w:p>
    <w:p>
      <w:r>
        <w:rPr>
          <w:b/>
        </w:rPr>
        <w:t xml:space="preserve">16. </w:t>
      </w:r>
      <w:r>
        <w:t>Порядок рассмотрения кандидатур на должности председателя, заместителя председателя и аудиторов контрольно-счетного органа федеральной территории устанавливается нормативным правовым актом представительного органа федеральной территории.";</w:t>
      </w:r>
    </w:p>
    <w:p>
      <w:r>
        <w:rPr>
          <w:b/>
        </w:rPr>
        <w:t xml:space="preserve">13. </w:t>
      </w:r>
      <w:r>
        <w:t>председателем представительного органа федеральной территории</w:t>
      </w:r>
    </w:p>
    <w:p>
      <w:r>
        <w:rPr>
          <w:b/>
        </w:rPr>
        <w:t xml:space="preserve">13. </w:t>
      </w:r>
      <w:r>
        <w:t>членами представительного органа федеральной территории - не менее одной трети от установленного числа членов представительного органа федеральной территории</w:t>
      </w:r>
    </w:p>
    <w:p>
      <w:r>
        <w:rPr>
          <w:b/>
        </w:rPr>
        <w:t xml:space="preserve">13. </w:t>
      </w:r>
      <w:r>
        <w:t>руководителем исполнительно-распорядительного органа федеральной территории</w:t>
      </w:r>
    </w:p>
    <w:p>
      <w:r>
        <w:rPr>
          <w:b/>
        </w:rPr>
        <w:t xml:space="preserve">16. </w:t>
      </w:r>
      <w:r>
        <w:t>в статье 7:</w:t>
      </w:r>
    </w:p>
    <w:p>
      <w:r>
        <w:rPr>
          <w:b/>
        </w:rPr>
        <w:t xml:space="preserve">16. </w:t>
      </w:r>
      <w:r>
        <w:t>статью 8 дополнить частью 7 следующего содержания: "7. Должностное лицо контрольно-счетного органа федеральной территории, замещающее государственную должность Российской Федерации, досрочно освобождается от должности на основании решения представительного органа федеральной территории по основаниям, предусмотренным пунктами 1 - 4, 7 и 8 части 5 настоящей статьи, а также в случае:</w:t>
      </w:r>
    </w:p>
    <w:p>
      <w:r>
        <w:rPr>
          <w:b/>
        </w:rPr>
        <w:t xml:space="preserve">16. </w:t>
      </w:r>
      <w:r>
        <w:t>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 если за решение о досрочном освобождении такого должностного лица проголосует большинство от установленного числа членов представительного органа федеральной территории</w:t>
      </w:r>
    </w:p>
    <w:p>
      <w:r>
        <w:rPr>
          <w:b/>
        </w:rPr>
        <w:t xml:space="preserve">16. </w:t>
      </w:r>
      <w:r>
        <w:t>достижения установленного нормативным правовым актом представительного органа федеральной территории предельного возраста пребывания в должности."</w:t>
      </w:r>
    </w:p>
    <w:p>
      <w:r>
        <w:rPr>
          <w:b/>
        </w:rPr>
        <w:t xml:space="preserve">16. </w:t>
      </w:r>
      <w:r>
        <w:t>в статье 9:</w:t>
      </w:r>
    </w:p>
    <w:p>
      <w:r>
        <w:rPr>
          <w:b/>
        </w:rPr>
        <w:t xml:space="preserve">16. </w:t>
      </w:r>
      <w:r>
        <w:t>организация и осуществление контроля за законностью и эффективностью использования средств бюджета федеральной территории, а также иных средств в случаях, предусмотренных законодательством Российской Федерации</w:t>
      </w:r>
    </w:p>
    <w:p>
      <w:r>
        <w:rPr>
          <w:b/>
        </w:rPr>
        <w:t xml:space="preserve">16. </w:t>
      </w:r>
      <w:r>
        <w:t>экспертиза проектов нормативных правовых актов органов публичной власти федеральной территории о бюджете федеральной территории, проверка и анализ обоснованности показателей бюджета федеральной территории</w:t>
      </w:r>
    </w:p>
    <w:p>
      <w:r>
        <w:rPr>
          <w:b/>
        </w:rPr>
        <w:t xml:space="preserve">16. </w:t>
      </w:r>
      <w:r>
        <w:t>внешняя проверка годового отчета об исполнении бюджета федеральной территории в пределах компетенции, установленной Бюджетным кодексом Российской Федерации</w:t>
      </w:r>
    </w:p>
    <w:p>
      <w:r>
        <w:rPr>
          <w:b/>
        </w:rPr>
        <w:t xml:space="preserve">16. </w:t>
      </w:r>
      <w:r>
        <w:t>контроль за соблюдением установленного порядка управления и распоряжения имуществом и имущественными правами, находящимися в собственности федеральной территории, иным имуществом и имущественными правами, переданными федеральной территории</w:t>
      </w:r>
    </w:p>
    <w:p>
      <w:r>
        <w:rPr>
          <w:b/>
        </w:rPr>
        <w:t xml:space="preserve">16. </w:t>
      </w:r>
      <w:r>
        <w:t>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16. </w:t>
      </w:r>
      <w:r>
        <w:t>в части 1: абзац первый после слов "органа субъекта Российской Федерации" дополнить словами "и контрольно-счетного органа федеральной территории"; пункт 3 после слов "субъекта Российской Федерации" дополнить словами "(устава соответствующей федеральной территории и иных нормативных правовых актов органов публичной власти соответствующей федеральной территории)", после слов "контрольно-счетными органами субъектов Российской Федерации" дополнить словами ", федеральных территорий"</w:t>
      </w:r>
    </w:p>
    <w:p>
      <w:r>
        <w:rPr>
          <w:b/>
        </w:rPr>
        <w:t xml:space="preserve">16. </w:t>
      </w:r>
      <w:r>
        <w:t>оценка эффективности предоставления налоговых и иных льгот и преференций, бюджетных кредитов за счет средств бюджета федеральной территории, а также оценка законности предоставления гарантий и поручительств или обеспечения обязательств другими способами по сделкам, совершаемым юридическими лицами и индивидуальными предпринимателями за счет средств бюджета федеральной территории, имущества и имущественных прав, находящихся в собственности федеральной территории, иного имущества и имущественных прав, переданных федеральной территории</w:t>
      </w:r>
    </w:p>
    <w:p>
      <w:r>
        <w:rPr>
          <w:b/>
        </w:rPr>
        <w:t xml:space="preserve">16. </w:t>
      </w:r>
      <w:r>
        <w:t>экспертиза проектов нормативных правовых актов органов публичной власти федеральной территории в части, касающейся расходных обязательств федеральной территории, экспертиза проектов нормативных правовых актов органов публичной власти федеральной территории, приводящих к изменению доходов бюджета федеральной территории, а также государственных программ федеральной территории (проектов государственных программ федеральной территории)</w:t>
      </w:r>
    </w:p>
    <w:p>
      <w:r>
        <w:rPr>
          <w:b/>
        </w:rPr>
        <w:t xml:space="preserve">16. </w:t>
      </w:r>
      <w:r>
        <w:t>часть 11 после слов "органа субъекта Российской Федерации" дополнить словами "или контрольно-счетного органа федеральной территории"</w:t>
      </w:r>
    </w:p>
    <w:p>
      <w:r>
        <w:rPr>
          <w:b/>
        </w:rPr>
        <w:t xml:space="preserve">16. </w:t>
      </w:r>
      <w:r>
        <w:t>анализ и мониторинг бюджетного процесса в федеральной территории,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
        <w:rPr>
          <w:b/>
        </w:rPr>
        <w:t xml:space="preserve">16. </w:t>
      </w:r>
      <w:r>
        <w:t>часть 3 после слов "субъекта Российской Федерации," дополнить словами "нормативным правовым актом представительного органа федеральной территории,", после слов "муниципального образования" дополнить словом "соответственно"</w:t>
      </w:r>
    </w:p>
    <w:p>
      <w:r>
        <w:rPr>
          <w:b/>
        </w:rPr>
        <w:t xml:space="preserve">16. </w:t>
      </w:r>
      <w:r>
        <w:t>пункт 5 части 4 изложить в следующей редакции: "5) наличия оснований, предусмотренных частями 5, 51 и 6 настоящей статьи."</w:t>
      </w:r>
    </w:p>
    <w:p>
      <w:r>
        <w:rPr>
          <w:b/>
        </w:rPr>
        <w:t xml:space="preserve">16. </w:t>
      </w:r>
      <w:r>
        <w:t>проведение оперативного анализа исполнения и контроля за организацией исполнения бюджета федеральной территории в текущем финансовом году, ежеквартальное представление информации о ходе исполнения бюджета федеральной территории, о результатах проведенных контрольных и экспертно-аналитических мероприятий в представительный орган федеральной территории и руководителю исполнительно-распорядительного органа федеральной территории</w:t>
      </w:r>
    </w:p>
    <w:p>
      <w:r>
        <w:rPr>
          <w:b/>
        </w:rPr>
        <w:t xml:space="preserve">16. </w:t>
      </w:r>
      <w:r>
        <w:t>в части 5 слова "(руководителем высшего исполнительного органа государственной власти субъекта Российской Федерации)" исключить</w:t>
      </w:r>
    </w:p>
    <w:p>
      <w:r>
        <w:rPr>
          <w:b/>
        </w:rPr>
        <w:t xml:space="preserve">16. </w:t>
      </w:r>
      <w:r>
        <w:t>осуществление контроля за состоянием внутреннего и внешнего долга федеральной территории</w:t>
      </w:r>
    </w:p>
    <w:p>
      <w:r>
        <w:rPr>
          <w:b/>
        </w:rPr>
        <w:t xml:space="preserve">16. </w:t>
      </w:r>
      <w:r>
        <w:t>дополнить частью 51 следующего содержания: "51. Граждане, замещающие должности председателя, заместителя председателя и аудиторов контрольно-счетного органа федеральной территории, не могут состоять в близком родстве или свойстве (родители, супруги, дети, братья, сестры, а также братья, сестры, родители, дети супругов и супруги детей) с руководителями органов федеральной территории, созданных в соответствии с федеральным законом о федеральной территории и (или) уставом федеральной территории, в назначении которых на должность принимал участие в соответствии с уставом федеральной территории представительный орган федеральной территории, а также с руководителями судебных и правоохранительных органов, расположенных на федеральной территории."</w:t>
      </w:r>
    </w:p>
    <w:p>
      <w:r>
        <w:rPr>
          <w:b/>
        </w:rPr>
        <w:t xml:space="preserve">16. </w:t>
      </w:r>
      <w:r>
        <w:t>оценка реализуемости, рисков и результатов достижения целей социально-экономического и инновационного развития федеральной территории, предусмотренных документами стратегического планирования федеральной территории, в пределах компетенции контрольно-счетного органа федеральной территории</w:t>
      </w:r>
    </w:p>
    <w:p>
      <w:r>
        <w:rPr>
          <w:b/>
        </w:rPr>
        <w:t xml:space="preserve">16. </w:t>
      </w:r>
      <w:r>
        <w:t>участие в пределах полномочий в мероприятиях, направленных на противодействие коррупции</w:t>
      </w:r>
    </w:p>
    <w:p>
      <w:r>
        <w:rPr>
          <w:b/>
        </w:rPr>
        <w:t xml:space="preserve">16. </w:t>
      </w:r>
      <w:r>
        <w:t>иные полномочия в сфере внешнего финансового контроля, установленные федеральными законами, уставом федеральной территории и нормативными правовыми актами представительного органа федеральной территории.";</w:t>
      </w:r>
    </w:p>
    <w:p>
      <w:r>
        <w:rPr>
          <w:b/>
        </w:rPr>
        <w:t xml:space="preserve">16. </w:t>
      </w:r>
      <w:r>
        <w:t>в статье 11:</w:t>
      </w:r>
    </w:p>
    <w:p>
      <w:r>
        <w:rPr>
          <w:b/>
        </w:rPr>
        <w:t xml:space="preserve">16. </w:t>
      </w:r>
      <w:r>
        <w:t>в статье 12:</w:t>
      </w:r>
    </w:p>
    <w:p>
      <w:r>
        <w:rPr>
          <w:b/>
        </w:rPr>
        <w:t xml:space="preserve">16. </w:t>
      </w:r>
      <w:r>
        <w:t>часть 1 статьи 13 после слов "законодательством субъекта Российской Федерации," дополнить словами "нормативными правовыми актами представительных органов федеральных территорий,", после слов "внебюджетных фондов," дополнить словами "органами федеральных территорий,"</w:t>
      </w:r>
    </w:p>
    <w:p>
      <w:r>
        <w:rPr>
          <w:b/>
        </w:rPr>
        <w:t xml:space="preserve">16. </w:t>
      </w:r>
      <w:r>
        <w:t>в статье 14:</w:t>
      </w:r>
    </w:p>
    <w:p>
      <w:r>
        <w:rPr>
          <w:b/>
        </w:rPr>
        <w:t xml:space="preserve">16. </w:t>
      </w:r>
      <w:r>
        <w:t>в статье 15:</w:t>
      </w:r>
    </w:p>
    <w:p>
      <w:r>
        <w:rPr>
          <w:b/>
        </w:rPr>
        <w:t xml:space="preserve">16. </w:t>
      </w:r>
      <w:r>
        <w:t>в статье 16:</w:t>
      </w:r>
    </w:p>
    <w:p>
      <w:r>
        <w:rPr>
          <w:b/>
        </w:rPr>
        <w:t xml:space="preserve">16. </w:t>
      </w:r>
      <w:r>
        <w:t>часть 1 статьи 17 после слов "субъекта Российской Федерации," дополнить словами "нормативными правовыми актами представительного органа федеральной территории,"</w:t>
      </w:r>
    </w:p>
    <w:p>
      <w:r>
        <w:rPr>
          <w:b/>
        </w:rPr>
        <w:t xml:space="preserve">16. </w:t>
      </w:r>
      <w:r>
        <w:t>в статье 18:</w:t>
      </w:r>
    </w:p>
    <w:p>
      <w:r>
        <w:rPr>
          <w:b/>
        </w:rPr>
        <w:t xml:space="preserve">16. </w:t>
      </w:r>
      <w:r>
        <w:t>часть 3 статьи 19 после слов "субъектов Российской Федерации," дополнить словами "нормативными правовыми актами представительных органов федеральных территорий,"</w:t>
      </w:r>
    </w:p>
    <w:p>
      <w:r>
        <w:rPr>
          <w:b/>
        </w:rPr>
        <w:t xml:space="preserve">16. </w:t>
      </w:r>
      <w:r>
        <w:t>часть 1 статьи 20 после слов "бюджета субъекта Российской Федерации," дополнить словами "финансовое обеспечение контрольно-счетного органа федеральной территории осуществляется за счет средств бюджета федеральной территории,"</w:t>
      </w:r>
    </w:p>
    <w:p>
      <w:r>
        <w:rPr>
          <w:b/>
        </w:rPr>
        <w:t xml:space="preserve">16. </w:t>
      </w:r>
      <w:r>
        <w:t>в статье 201:</w:t>
      </w:r>
    </w:p>
    <w:p>
      <w:r>
        <w:rPr>
          <w:b/>
        </w:rPr>
        <w:t xml:space="preserve">16. </w:t>
      </w:r>
      <w:r>
        <w:t>в части 1: дополнить пунктом 91 следующего содержания: "91) контроль за законностью и эффективностью использования межбюджетных трансфертов, предоставленных из бюджета субъекта Российской Федерации бюджетам федеральных территорий, расположенных на территории субъекта Российской Федерации;"; в пункте 10 слова "(руководителю высшего исполнительного органа государственной власти субъекта Российской Федерации)" исключить</w:t>
      </w:r>
    </w:p>
    <w:p>
      <w:r>
        <w:rPr>
          <w:b/>
        </w:rPr>
        <w:t xml:space="preserve">16. </w:t>
      </w:r>
      <w:r>
        <w:t>дополнить частью 11 следующего содержания: "11. Контрольно-счетный орган федеральной территории осуществляет следующие основные полномочия:</w:t>
      </w:r>
    </w:p>
    <w:p>
      <w:r>
        <w:rPr>
          <w:b/>
        </w:rPr>
        <w:t xml:space="preserve">16. </w:t>
      </w:r>
      <w:r>
        <w:t>пункт 1 части 4 изложить в следующей редакции: "1) в отношении органов государственной власти и государственных органов, органов территориальных государственных внебюджетных фондов, органов федеральной территории, органов местного самоуправления и муниципальных органов, государственных (муниципальных) учреждений и унитарных предприятий соответствующих субъекта Российской Федерации, федеральной территории, муниципального образования, а также иных организаций, если они используют имущество, находящееся в государственной (муниципальной) собственности соответствующих субъекта Российской Федерации, федеральной территории, муниципального образования;"</w:t>
      </w:r>
    </w:p>
    <w:p>
      <w:r>
        <w:rPr>
          <w:b/>
        </w:rPr>
        <w:t xml:space="preserve">16. </w:t>
      </w:r>
      <w:r>
        <w:t>часть 1 после слов "субъектов Российской Федерации," дополнить словами "нормативными правовыми актами представительных органов федеральных территорий,"</w:t>
      </w:r>
    </w:p>
    <w:p>
      <w:r>
        <w:rPr>
          <w:b/>
        </w:rPr>
        <w:t xml:space="preserve">16. </w:t>
      </w:r>
      <w:r>
        <w:t>часть 4 изложить в следующей редакции: "4. Стандарты внешнего государственного и муниципального финансового контроля контрольно-счетных органов не могут противоречить законодательству Российской Федерации, законодательству субъектов Российской Федерации, нормативным правовым актам представительных органов федеральных территорий."</w:t>
      </w:r>
    </w:p>
    <w:p>
      <w:r>
        <w:rPr>
          <w:b/>
        </w:rPr>
        <w:t xml:space="preserve">16. </w:t>
      </w:r>
      <w:r>
        <w:t>в части 2 после слов "высших должностных лиц субъектов Российской Федерации" дополнить словами ", руководителей исполнительно-распорядительных органов федеральных территорий,", слова "(руководителей высших исполнительных органов государственной власти субъектов Российской Федерации)," исключить</w:t>
      </w:r>
    </w:p>
    <w:p>
      <w:r>
        <w:rPr>
          <w:b/>
        </w:rPr>
        <w:t xml:space="preserve">16. </w:t>
      </w:r>
      <w:r>
        <w:t>в части 3 после слов "высших должностных лиц субъектов Российской Федерации" дополнить словами ", руководителей исполнительно-распорядительных органов федеральных территорий,", слова "(руководителей высших исполнительных органов государственной власти субъектов Российской Федерации)," исключить, после слов "законами субъектов Российской Федерации" дополнить словами ", нормативными правовыми актами представительных органов федеральных территорий"</w:t>
      </w:r>
    </w:p>
    <w:p>
      <w:r>
        <w:rPr>
          <w:b/>
        </w:rPr>
        <w:t xml:space="preserve">16. </w:t>
      </w:r>
      <w:r>
        <w:t>пункт 3 части 1 после слов "внебюджетных фондов," дополнить словами "органов федеральных территорий,"</w:t>
      </w:r>
    </w:p>
    <w:p>
      <w:r>
        <w:rPr>
          <w:b/>
        </w:rPr>
        <w:t xml:space="preserve">16. </w:t>
      </w:r>
      <w:r>
        <w:t>часть 2 дополнить словами ", нормативными правовыми актами представительных органов федеральных территорий"</w:t>
      </w:r>
    </w:p>
    <w:p>
      <w:r>
        <w:rPr>
          <w:b/>
        </w:rPr>
        <w:t xml:space="preserve">16. </w:t>
      </w:r>
      <w:r>
        <w:t>в части 6 слова "(руководителе высшего исполнительного органа государственной власти субъекта Российской Федерации)" исключить</w:t>
      </w:r>
    </w:p>
    <w:p>
      <w:r>
        <w:rPr>
          <w:b/>
        </w:rPr>
        <w:t xml:space="preserve">16. </w:t>
      </w:r>
      <w:r>
        <w:t>дополнить частью 61 следующего содержания: "61. Председатель, заместитель председателя и аудиторы контрольно-счетного органа федеральной территории вправе участвовать в заседаниях органов федеральных территорий, заседаниях создаваемых ими комитетов, комиссий и рабочих групп."</w:t>
      </w:r>
    </w:p>
    <w:p>
      <w:r>
        <w:rPr>
          <w:b/>
        </w:rPr>
        <w:t xml:space="preserve">16. </w:t>
      </w:r>
      <w:r>
        <w:t>часть 1 после слов "внебюджетными фондами," дополнить словами "органы федеральных территорий,", после слов "законами субъектов Российской Федерации" дополнить словами ", нормативными правовыми актами представительных органов федеральных территорий"</w:t>
      </w:r>
    </w:p>
    <w:p>
      <w:r>
        <w:rPr>
          <w:b/>
        </w:rPr>
        <w:t xml:space="preserve">16. </w:t>
      </w:r>
      <w:r>
        <w:t>в части 2 слово "или" заменить словами ", нормативными правовыми актами представительных органов федеральных территорий,"</w:t>
      </w:r>
    </w:p>
    <w:p>
      <w:r>
        <w:rPr>
          <w:b/>
        </w:rPr>
        <w:t xml:space="preserve">16. </w:t>
      </w:r>
      <w:r>
        <w:t>часть 1 после слов "субъекта Российской Федерации," дополнить словами "органы федеральной территории,", после слов "субъекту Российской Федерации," дополнить словами "федеральной территории,"</w:t>
      </w:r>
    </w:p>
    <w:p>
      <w:r>
        <w:rPr>
          <w:b/>
        </w:rPr>
        <w:t xml:space="preserve">16. </w:t>
      </w:r>
      <w:r>
        <w:t>часть 2 после слов "Законом субъекта Российской Федерации" дополнить словами ", нормативным правовым актом представительного органа федеральной территории"</w:t>
      </w:r>
    </w:p>
    <w:p>
      <w:r>
        <w:rPr>
          <w:b/>
        </w:rPr>
        <w:t xml:space="preserve">16. </w:t>
      </w:r>
      <w:r>
        <w:t>часть 3 после слов "субъекта Российской Федерации," дополнить словами "органы федеральной территории,"</w:t>
      </w:r>
    </w:p>
    <w:p>
      <w:r>
        <w:rPr>
          <w:b/>
        </w:rPr>
        <w:t xml:space="preserve">16. </w:t>
      </w:r>
      <w:r>
        <w:t>часть 4 после слов "субъекта Российской Федерации," дополнить словами "органы федеральной территории,"</w:t>
      </w:r>
    </w:p>
    <w:p>
      <w:r>
        <w:rPr>
          <w:b/>
        </w:rPr>
        <w:t xml:space="preserve">16. </w:t>
      </w:r>
      <w:r>
        <w:t>в части 8 слова "и (или)" заменить словами ", бюджета федеральной территории,"</w:t>
      </w:r>
    </w:p>
    <w:p>
      <w:r>
        <w:rPr>
          <w:b/>
        </w:rPr>
        <w:t xml:space="preserve">16. </w:t>
      </w:r>
      <w:r>
        <w:t>часть 1 после слов "орган субъекта Российской Федерации" дополнить словами ", контрольно-счетный орган федеральной территории", после слов "других субъектов Российской Федерации" дополнить словами ", федеральных территорий", после слов "Российской Федерации, субъектов Российской Федерации" дополнить словами ", федеральных территорий"</w:t>
      </w:r>
    </w:p>
    <w:p>
      <w:r>
        <w:rPr>
          <w:b/>
        </w:rPr>
        <w:t xml:space="preserve">16. </w:t>
      </w:r>
      <w:r>
        <w:t>часть 5 после слов "субъекта Российской Федерации" дополнить словами ", контрольно-счетный орган федеральной территории", после слов "субъектов Российской Федерации" дополнить словами ", федеральных территорий"</w:t>
      </w:r>
    </w:p>
    <w:p>
      <w:r>
        <w:rPr>
          <w:b/>
        </w:rPr>
        <w:t xml:space="preserve">16. </w:t>
      </w:r>
      <w:r>
        <w:t>часть 7 после слов "органы субъектов Российской Федерации" дополнить словами ", федеральных территорий", после слов "государственной власти субъектов Российской Федерации" дополнить словами ", представительные органы федеральных территорий"</w:t>
      </w:r>
    </w:p>
    <w:p>
      <w:r>
        <w:rPr>
          <w:b/>
        </w:rPr>
        <w:t xml:space="preserve">16. </w:t>
      </w:r>
      <w:r>
        <w:t>часть 1 после слов "установленные для лиц, замещающих" дополнить словами "государственные должности Российской Федерации и должности федеральной государственной гражданской службы (для федеральной территории),"</w:t>
      </w:r>
    </w:p>
    <w:p>
      <w:r>
        <w:rPr>
          <w:b/>
        </w:rPr>
        <w:t xml:space="preserve">16. </w:t>
      </w:r>
      <w:r>
        <w:t>дополнить частью 21 следующего содержания: "21. Меры по материальному и социальному обеспечению председателя, заместителя председателя, аудиторов, инспекторов и иных работников аппарата контрольно-счетного органа федеральной территории устанавливаются законодательством Российской Федерации и принимаемыми в соответствии с ним нормативными правовыми актами органов публичной власти федеральной территории."</w:t>
      </w:r>
    </w:p>
    <w:p>
      <w:r>
        <w:rPr>
          <w:b/>
        </w:rPr>
        <w:t>Статья 11</w:t>
      </w:r>
    </w:p>
    <w:p>
      <w:r>
        <w:t>Внести в Федеральный закон от 22 декабря 2020 года № 437-ФЗ "О федеральной территории "Сириус" (Собрание законодательства Российской Федерации, 2020, № 52, ст. 8583; 2021, № 27, ст. 5099; 2022, № 50, ст. 8789; 2023, № 1, ст. 16) следующие изменения: 1) в пункте 3 части 1 статьи 8 цифры "96," и "134," исключить, дополнить словами ", в части 1, пунктах 1, 4, 6, 7, 9 и 10 части 2 статьи 51 Федерального закона от 6 марта 2006 года № 35-ФЗ "О противодействии терроризму"; 2) статью 10 изложить в следующей редакции: "Статья 10. Система органов федеральной территории "Сириус" 1. Систему органов федеральной территории "Сириус" составляют органы публичной власти федеральной территории "Сириус", контрольно-счетный орган федеральной территории "Сириус", территориальная избирательная комиссия федеральной территории "Сириус" и иные органы федеральной территории "Сириус", создаваемые в соответствии с частью 5 настоящей статьи.</w:t>
      </w:r>
    </w:p>
    <w:p>
      <w:r>
        <w:rPr>
          <w:b/>
        </w:rPr>
        <w:t xml:space="preserve">2. </w:t>
      </w:r>
      <w:r>
        <w:t>К органам публичной власти федеральной территории "Сириус" относятся</w:t>
      </w:r>
    </w:p>
    <w:p>
      <w:r>
        <w:rPr>
          <w:b/>
        </w:rPr>
        <w:t xml:space="preserve">3. </w:t>
      </w:r>
      <w:r>
        <w:t>Органы федеральной территории "Сириус" могут использовать официальные символы федеральной территории "Сириус"</w:t>
      </w:r>
    </w:p>
    <w:p>
      <w:r>
        <w:rPr>
          <w:b/>
        </w:rPr>
        <w:t xml:space="preserve">4. </w:t>
      </w:r>
      <w:r>
        <w:t>Государственные должности в органах федеральной территории "Сириус" устанавливаются настоящим Федеральным законом и другими федеральными законами. Должности федеральной государственной гражданской службы в органах федеральной территории "Сириус" устанавливаются указом Президента Российской Федерации</w:t>
      </w:r>
    </w:p>
    <w:p>
      <w:r>
        <w:rPr>
          <w:b/>
        </w:rPr>
        <w:t xml:space="preserve">5. </w:t>
      </w:r>
      <w:r>
        <w:t>В случаях, предусмотренных Уставом федеральной территории "Сириус", могут создаваться иные органы федеральной территории "Сириус", в которых государственные должности и должности федеральной государственной гражданской службы не устанавливаются.";</w:t>
      </w:r>
    </w:p>
    <w:p>
      <w:r>
        <w:rPr>
          <w:b/>
        </w:rPr>
        <w:t xml:space="preserve">113. </w:t>
      </w:r>
      <w:r>
        <w:t>Увольнение помощника члена Совета федеральной территории "Сириус" до истечения срока действия срочного служебного контракта или срочного трудового договора производится</w:t>
      </w:r>
    </w:p>
    <w:p>
      <w:r>
        <w:rPr>
          <w:b/>
        </w:rPr>
        <w:t xml:space="preserve">114. </w:t>
      </w:r>
      <w:r>
        <w:t>Иные условия осуществления деятельности помощника члена Совета федеральной территории "Сириус" определяются законодательством Российской Федерации о государственной гражданской службе Российской Федерации, трудовым законодательством и принимаемыми в соответствии с ними нормативными правовыми актами Совета федеральной территории "Сириус".";</w:t>
      </w:r>
    </w:p>
    <w:p>
      <w:r>
        <w:rPr>
          <w:b/>
        </w:rPr>
        <w:t xml:space="preserve">2. </w:t>
      </w:r>
      <w:r>
        <w:t>Совет федеральной территории "Сириус" - представительный орган федеральной территории "Сириус", возглавляемый председателем Совета федеральной территории "Сириус"</w:t>
      </w:r>
    </w:p>
    <w:p>
      <w:r>
        <w:rPr>
          <w:b/>
        </w:rPr>
        <w:t xml:space="preserve">2. </w:t>
      </w:r>
      <w:r>
        <w:t>администрация федеральной территории "Сириус" - исполнительно-распорядительный орган федеральной территории "Сириус", возглавляемый главой администрации федеральной территории "Сириус"</w:t>
      </w:r>
    </w:p>
    <w:p>
      <w:r>
        <w:rPr>
          <w:b/>
        </w:rPr>
        <w:t xml:space="preserve">2. </w:t>
      </w:r>
      <w:r>
        <w:t>иные органы публичной власти федеральной территории "Сириус", если их образование предусмотрено Уставом федеральной территории "Сириус"</w:t>
      </w:r>
    </w:p>
    <w:p>
      <w:r>
        <w:rPr>
          <w:b/>
        </w:rPr>
        <w:t xml:space="preserve">5. </w:t>
      </w:r>
      <w:r>
        <w:t>в статье 12:</w:t>
      </w:r>
    </w:p>
    <w:p>
      <w:r>
        <w:rPr>
          <w:b/>
        </w:rPr>
        <w:t xml:space="preserve">5. </w:t>
      </w:r>
      <w:r>
        <w:t>часть 5 дополнить пунктом 111 следующего содержания: "111) принятие решения о создании контрольно-счетного органа федеральной территории "Сириус" в соответствии с законодательством Российской Федерации;"</w:t>
      </w:r>
    </w:p>
    <w:p>
      <w:r>
        <w:rPr>
          <w:b/>
        </w:rPr>
        <w:t xml:space="preserve">5. </w:t>
      </w:r>
      <w:r>
        <w:t>дополнить частями 112 - 114 следующего содержания: "112. Члены Совета федеральной территории "Сириус" вправе иметь не более одного помощника по работе в Совете федеральной территории "Сириус", работающего по срочному служебному контракту или срочному трудовому договору, а также не более десяти помощников по работе в федеральной территории "Сириус" на общественных началах. Срочный служебный контракт или срочный трудовой договор заключается с помощником члена Совета федеральной территории "Сириус" по решению председателя Совета федеральной территории "Сириус" на основании представления члена Совета федеральной территории "Сириус" на срок, указанный в таком представлении, но не превышающий срока полномочий члена Совета федеральной территории "Сириус"</w:t>
      </w:r>
    </w:p>
    <w:p>
      <w:r>
        <w:rPr>
          <w:b/>
        </w:rPr>
        <w:t xml:space="preserve">113. </w:t>
      </w:r>
      <w:r>
        <w:t>по представлению члена Совета федеральной территории "Сириус"</w:t>
      </w:r>
    </w:p>
    <w:p>
      <w:r>
        <w:rPr>
          <w:b/>
        </w:rPr>
        <w:t xml:space="preserve">113. </w:t>
      </w:r>
      <w:r>
        <w:t>в случае досрочного прекращения полномочий члена Совета федеральной территории "Сириус" независимо от срока действия заключенных срочного служебного контракта или срочного трудового договора</w:t>
      </w:r>
    </w:p>
    <w:p>
      <w:r>
        <w:rPr>
          <w:b/>
        </w:rPr>
        <w:t xml:space="preserve">113. </w:t>
      </w:r>
      <w:r>
        <w:t>по собственному желанию помощника члена Совета федеральной территории "Сириус"</w:t>
      </w:r>
    </w:p>
    <w:p>
      <w:r>
        <w:rPr>
          <w:b/>
        </w:rPr>
        <w:t xml:space="preserve">113. </w:t>
      </w:r>
      <w:r>
        <w:t>по иным основаниям, установленным законодательством Российской Федерации о государственной гражданской службе Российской Федерации или трудовым законодательством</w:t>
      </w:r>
    </w:p>
    <w:p>
      <w:r>
        <w:rPr>
          <w:b/>
        </w:rPr>
        <w:t xml:space="preserve">114. </w:t>
      </w:r>
      <w:r>
        <w:t>часть 2 статьи 16 изложить в следующей редакции: "2. Внешний финансовый контроль в федеральной территории "Сириус" осуществляется контрольно-счетным органом федеральной территории "Сириус" в соответствии с законодательством Российской Федерации."</w:t>
      </w:r>
    </w:p>
    <w:p>
      <w:r>
        <w:rPr>
          <w:b/>
        </w:rPr>
        <w:t xml:space="preserve">114. </w:t>
      </w:r>
      <w:r>
        <w:t>в части 9 статьи 17 первое предложение изложить в следующей редакции: "Территориальная комиссия является федеральным государственным органом и действует на постоянной основе."</w:t>
      </w:r>
    </w:p>
    <w:p>
      <w:r>
        <w:rPr>
          <w:b/>
        </w:rPr>
        <w:t xml:space="preserve">114. </w:t>
      </w:r>
      <w:r>
        <w:t>в пункте 2 части 3 статьи 27 слова ", акций (долей участия, паев в уставных (складочных) капиталах организаций)," заменить словами "(долей участия, паев в уставных (складочных) капиталах организаций), цифровых финансовых активов, цифровой валюты,"</w:t>
      </w:r>
    </w:p>
    <w:p>
      <w:r>
        <w:rPr>
          <w:b/>
        </w:rPr>
        <w:t xml:space="preserve">114. </w:t>
      </w:r>
      <w:r>
        <w:t>в статье 46:</w:t>
      </w:r>
    </w:p>
    <w:p>
      <w:r>
        <w:rPr>
          <w:b/>
        </w:rPr>
        <w:t xml:space="preserve">114. </w:t>
      </w:r>
      <w:r>
        <w:t>в части 7 статьи 461 слова ", расположенного в границах федеральной территории" исключить</w:t>
      </w:r>
    </w:p>
    <w:p>
      <w:r>
        <w:rPr>
          <w:b/>
        </w:rPr>
        <w:t xml:space="preserve">114. </w:t>
      </w:r>
      <w:r>
        <w:t>в части 1 слова "инновационного научно-технологического центра, расположенного в границах федеральной территории "Сириус" заменить словами "инновационного научно-технологического центра "Сириус"</w:t>
      </w:r>
    </w:p>
    <w:p>
      <w:r>
        <w:rPr>
          <w:b/>
        </w:rPr>
        <w:t xml:space="preserve">114. </w:t>
      </w:r>
      <w:r>
        <w:t>в части 2 слова "инновационного научно-технологического центра, расположенного в границах федеральной территории "Сириус"," заменить словами "инновационного научно-технологического центра "Сириус"</w:t>
      </w:r>
    </w:p>
    <w:p>
      <w:r>
        <w:rPr>
          <w:b/>
        </w:rPr>
        <w:t>Статья 12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