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федеральном бюджете на 2025 год и на плановый период 2026 и 2027 годов"</w:t>
      </w:r>
    </w:p>
    <w:p>
      <w:r>
        <w:rPr>
          <w:b/>
        </w:rPr>
        <w:t>Статья 1</w:t>
      </w:r>
    </w:p>
    <w:p>
      <w:r>
        <w:t>Внести в Федеральный закон от 30 ноября 2024 года № 419-ФЗ "О федеральном бюджете на 2025 год и на плановый период 2026 и 2027 годов" (Собрание законодательства Российской Федерации, 2024, № 49, ст. 7410) следующие изменения: 1) в части 1 статьи 1: а) в абзаце первом слова "в размере 214 575 млрд. рублей" заменить словами "в размере 221 861 млрд. рублей", слова "не превышающего 4,5 процента" заменить словами "не превышающего 7,6 процента"; б) пункт 1 изложить в следующей редакции: "1) прогнозируемый общий объем доходов федерального бюджета в сумме 38 506 232 392,7 тыс. рублей;"; в) в пункте 2 слова "в сумме 41 469 516 799,0 тыс. рублей" заменить словами "в сумме 42 298 673 540,3 тыс. рублей"; г) в пункте 3 слова "в сумме 29 385 599 266,5 тыс. рублей" заменить словами "в сумме 30 620 327 106,1 тыс. рублей"; д) в пункте 4 слова "в сумме 61,1 млрд. долларов США" заменить словами "в сумме 59,9 млрд. долларов США"; е) в пункте 5 слова "в сумме 1 173 416 966,7 тыс. рублей" заменить словами "в сумме 3 792 441 147,6 тыс. рублей"; 2) в статье 5: а) в абзаце первом части 5 (секретно); б) в части 9 слова "бюджетного мониторинга" заменить словами "казначейского мониторинга"; 3) в статье 6: а) в части 1 слова "в сумме 1 634 054 669,7 тыс. рублей" заменить словами "в сумме 1 648 942 382,8 тыс. рублей"; б) в части 2 слова "приложениям 10 и 11 (совершенно секретно)" заменить словами "приложениям 10, 101, 11 (совершенно секретно) и 111 (совершенно секретно)"; в) в части 3 слова "приложениям 12, 13 (секретно) и 14 (совершенно секретно)" заменить словами "приложениям 12, 121, 13 (секретно), 131 (секретно), 14 (совершенно секретно) и 141 (совершенно секретно)"; г) в части 4 слова "приложениям 15 и 16 (секретно)" заменить словами "приложениям 15, 151, 16 (секретно) и 161 (секретно)"; д) в части 5 слова "приложениям 17 и 18 (секретно)" заменить словами "приложениям 17, 171, 18 (секретно) и 181 (секретно)"; е) в части 7 слова "приложениям 20 и 21 (секретно)" заменить словами "приложениям 20, 201 и 21 (секретно)"; ж) в части 8 слова "приложениям 22 и 23 (секретно)" заменить словами "приложениям 22, 221 и 23 (секретно)"; з) в части 9 слова "приложениям 24, 25 (секретно), 26 (совершенно секретно)" заменить словами "приложениям 24, 241, 25 (секретно), 251 (секретно), 26 (совершенно секретно), 261 (совершенно секретно)"; 4) часть 4 статьи 7 после слов "Ростовской области" дополнить словами ", Сахалинской области"; 5) в статье 8: а) в части 1 слова "в сумме 383 979,3 рубля" заменить словами "в сумме 395 370,1 рубля"; б) в части 2 слова "составляет 1,045" заменить словами "составляет 1,076"; в) в части 3 слова "составляет 1,045" заменить словами "составляет 1,076"; 6) в статье 9 слова "приложениям 27 и 28 (секретно)" заменить словами "приложениям 27, 271 и 28 (секретно)"; 7) в статье 10: а) в части 1 слова "приложению 29" заменить словами "приложениям 29 и 291"; б) в части 2 слова "приложению 30" заменить словами "приложениям 30 и 301"; 8) в части 2 статьи 13 слова "в сумме 2 060 244 634,7 тыс. рублей" заменить словами "в сумме 2 195 375 530,1 тыс. рублей"; 9) в части 2 статьи 14 слова "или 24,4 млрд. евро" заменить словами "или 24,8 млрд. евро"; 10) в статье 16: а) часть 7 дополнить словами ", а также частью 18 статьи 15 Федерального закона от 29 октября 2024 года № 367-ФЗ "О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 б) часть 13 после слов "настоящей статьи," дополнить словами "а также в части 18 статьи 15 Федерального закона от 29 октября 2024 года № 367-ФЗ "О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 в) дополнить частью 15 следующего содержания: "15. (Секретно)."; 11) в статье 18: а) абзац второй части 3 признать утратившим силу; б) в части 5: в пункте 1 слово "Промсвязьбанк" заменить словами "Банк ПСБ"; в пункте 2 слово "Промсвязьбанк" заменить словами "Банк ПСБ"; в пункте 3 слово "Промсвязьбанк" заменить словами "Банк ПСБ"; абзац третий пункта 7 признать утратившим силу; в пункте 9 после слов "этапов реализации инвестиционного проекта," дополнить словами "включая подготовку заключения по результатам мониторинга, содержащего выводы о наличии или об отсутствии оснований для изменения или расторжения соглашения о защите и поощрении капиталовложений,", слова "в целях возмещения затрат, предусмотренных" заменить словами "информации, предоставляемой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и организациями, и подготовки отчета, включающего информацию об объеме меры государственной поддержки, предусмотренной"; в) в пункте 1 части 6 слова "в общей сумме до 1 385 939,7 тыс. рублей" заменить словами "в общей сумме до 1 382 708,5 тыс. рублей"; 12) в статье 21: а) в части 1: в пункте 1 слова "в объеме 97 870,2 тыс. рублей" заменить словами "в объеме 95 639,0 тыс. рублей"; в пункте 3 слова "в объеме 65 649 266,4 тыс. рублей" заменить словами "в объеме 97 426 047,4 тыс. рублей"; в пункте 4 слова "в объеме 520 066,1 тыс. рублей" заменить словами "в объеме 522 528,1 тыс. рублей"; в пункте 5 слова "в объеме 5 094 855,5 тыс. рублей" заменить словами "в объеме 8 995 001,4 тыс. рублей"; в пункте 6 слова "в объеме 25 953 284,4 тыс. рублей" заменить словами "в объеме 8 462 683,8 тыс. рублей", дополнить словами ", на основании решений Правительства Российской Федерации"; в пункте 7 слова "в объеме 3 627 800,0 тыс. рублей" заменить словами "в объеме 1 909 480,8 тыс. рублей"; в пункте 8 слова "в объеме 118 977 481,2 тыс. рублей" заменить словами "в объеме 146 677 280,1 тыс. рублей"; в пункте 12 слова "в пределах 7 107 457,0 тыс. рублей" заменить словами "в пределах 6 232 378,8 тыс. рублей"; в пункте 13 слова "в объеме 2 100 000,0 тыс. рублей" заменить словами "в объеме 24 500,0 тыс. рублей"; в пункте 17 слова "в объеме до 53 352 578,1 тыс. рублей" заменить словами "в объеме до 28 676 412,3 тыс. рублей"; в пункте 18 слова "в объеме до 2 485 138,6 тыс. рублей" заменить словами "в объеме до 430 368,0 тыс. рублей"; в пункте 30 слова "в объеме 7 005 876,1 тыс. рублей" заменить словами "в объеме 19 227 659,1 тыс. рублей"; в пункте 39 слова "в объеме 1 799 108,4 тыс. рублей" заменить словами "в объеме 2 134 870,9 тыс. рублей"; в пункте 42 слова "на 2025 год в объеме 1 426 000,0 тыс. рублей," исключить; в пункте 47 слова "в объеме 207 980 968,0 тыс. рублей" заменить словами "в объеме 177 743 867,7 тыс. рублей"; в пункте 48 (секретно); в пункте 51 (совершенно секретно); в пункте 52 (совершенно секретно); в пункте 53 слова "в объеме 500 000,0 тыс. рублей" заменить словами "в объеме 488 601,0 тыс. рублей"; дополнить пунктами 58 - 66 следующего содержания: "58) бюджетных ассигнований на 2025 год в объеме до 1 521 990,0 тыс. рублей, предусмотренных по подразделу "Сельское хозяйство и рыболовство" раздела "Национальная экономика" классификации расходов бюджетов, на финансовое обеспечение реализации решений Правительства Российской Федерации, направленных на поддержку сельского хозяйства, в случае и в пределах поступления доходов федерального бюджета от продажи на аукционе права на заключение договора о закреплении доли квоты добычи (вылова) водных биологических ресурсов и (или) договора пользования водными биологическими ресурсами, находящимися в федеральной собственности (за исключением доходов, полученных от аукционов в электронной форме по продаже права на заключение договора о закреплении и предоставлении доли квоты добычи (вылова) крабов, предоставленной в инвестиционных целях в области рыболовства, для осуществления промышленного рыболовства и (или) прибрежного рыболовства); 59) бюджетных ассигнований на 2025 год в объеме до 46 000 000,0 тыс. рублей, предусмотренных по подразделу "Связь и информатика" раздела "Национальная экономика" классификации расходов бюджетов, в случае и в пределах поступления доходов федерального бюджета от увеличения размера штрафов и уменьшения размера скидки по уплате штрафов за нарушения Правил дорожного движения, правил эксплуатации транспортного средства на финансовое обеспечение реализации мероприятий национального проекта "Экономика данных и цифровая трансформация государства" и государственной программы Российской Федерации "Информационное общество" на основании решений Правительства Российской Федерации; 60) бюджетных ассигнований на 2025 год в объеме до 8 439 766,5 тыс. рублей, предусмотренных по подразделу "Связь и информатика" раздела "Национальная экономика" классификации расходов бюджетов, в случае и в пределах поступления доходов федерального бюджета от увеличения ставки обязательного отчисления (неналогового платежа) операторов сети связи общего пользования в резерв универсального обслуживания на финансовое обеспечение реализации мероприятий национального проекта "Экономика данных и цифровая трансформация государства" и государственной программы Российской Федерации "Информационное общество" с учетом целей, определенных Федеральным законом от 7 июля 2003 года № 126-ФЗ "О связи", на основании решений Правительства Российской Федерации; 61) бюджетных ассигнований на 2025 год в объеме до 6 000 000,0 тыс. рублей, предусмотренных по подразделу "Связь и информатика" раздела "Национальная экономика" классификации расходов бюджетов, в случае и в пределах поступления доходов федерального бюджета от введения обязательных отчислений за распространение рекламы в информационно-телекоммуникационной сети "Интернет" на финансовое обеспечение реализации мероприятий национального проекта "Экономика данных и цифровая трансформация государства" и государственной программы Российской Федерации "Информационное общество" с учетом целей, определенных Федеральным законом от 13 марта 2006 года № 38-ФЗ "О рекламе", на основании решений Правительства Российской Федерации; 62) бюджетных ассигнований на 2025 год в объеме до 137 000,0 тыс. рублей, предусмотренных по подразделу "Связь и информатика" раздела "Национальная экономика" классификации расходов бюджетов, в случае и в пределах поступления доходов федерального бюджета от увеличения размера штрафа за административные правонарушения в области связи и информационных технологий, уплачиваемого в соответствии со статьей 13.4 Кодекса Российской Федерации об административных правонарушениях, на финансовое обеспечение реализации мероприятий национального проекта "Экономика данных и цифровая трансформация государства" и государственной программы Российской Федерации "Информационное общество" на основании решений Правительства Российской Федерации; 63) бюджетных ассигнований на 2025 год в объеме 47 600 000,0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предоставление имущественных взносов Российской Федерации в государственную корпорацию развития "ВЭБ.РФ" на возмещение расходов в связи с предоставлением кредитов и займов в рамках реализации механизма "фабрики" проектного финансирования; 64) (секретно); 65) бюджетных ассигнований на 2025 год в объеме 6 200 000,0 тыс. рублей, предусмотренных по подразделу "Другие вопросы в области здравоохранения" раздела "Здравоохранение" классификации расходов бюджетов, на финансовое обеспечение реализации отдельных мероприятий в сфере здравоохранения на основании решений Правительства Российской Федерации; 66) бюджетных ассигнований на 2025 год в объеме до 1 600 700,0 тыс. рублей, предусмотренных по подразделу "Связь и информатика" раздела "Национальная экономика" классификации расходов бюджетов, на основании решений Правительства Российской Федерации и в целях, определяемых Правительством Российской Федерации."; б) в части 11 слова "в объеме до 2 231 214 738,9 тыс. рублей" заменить словами "в объеме до 2 071 965 493,4 тыс. рублей"; в) часть 19 изложить в следующей редакции: "19. Установить, что по решению Правительства Российской Федерации дополнительные средства федерального бюджета могут быть направлены на реализацию мероприятий национального проекта "Экономика данных и цифровая трансформация государства" и государственной программы Российской Федерации "Информационное общество" в случае и в пределах поступления дополнительных доходов федерального бюджета от введения платы за использование организациями, не участвующими в предоставлении и (или) организации предоставления государственных и муниципальных услуг,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а также в случае и в пределах поступления дополнительных доходов федерального бюджета сверх объемов, указанных в пунктах 59 - 62 части 1 настоящей статьи, от уплаты штрафов за нарушения Правил дорожного движения, правил эксплуатации транспортного средства, от уплаты штрафов за административные правонарушения в области связи и информационных технологий, уплачиваемых в соответствии со статьей 13.4 Кодекса Российской Федерации об административных правонарушениях, от увеличения ставки обязательного отчисления (неналогового платежа) операторов сети связи общего пользования в резерв универсального обслуживания, от введения обязательных отчислений за распространение рекламы в информационно-телекоммуникационной сети "Интернет"."; г) в части 20 слова "гороха, нута сушеного, чечевицы сушеной," исключить; д) часть 21 признать утратившей силу; е) дополнить частями 28 - 38 следующего содержания: "28. Установить, что в 2025 году по решению Правительства Российской Федерации публичное акционерное общество "Россети Ленэнерго" вправе использовать средства, полученные от размещения на депозитах и банковских счетах неиспользованных средств взноса в его уставный капитал, направленного ему открытым акционерным обществом "Холдинг межрегиональных распределительных сетевых компаний" за счет средств взноса, предусмотренного пунктом 5 части 1 статьи 11 Федерального закона от 13 декабря 2010 года № 357-ФЗ "О федеральном бюджете на 2011 год и на плановый период 2012 и 2013 годов", пунктом 11 части 1 статьи 11 Федерального закона от 30 ноября 2011 года № 371-ФЗ "О федеральном бюджете на 2012 год и на плановый период 2013 и 2014 годов" и пунктом 5 части 1 статьи 11 Федерального закона от 3 декабря 2012 года № 216-ФЗ "О федеральном бюджете на 2013 год и на плановый период 2014 и 2015 годов" в целях реализации программы реновации кабельной сети напряжением 6 - 110 кВ в городе Санкт-Петербурге, в размере 49 283,7 тыс. рублей на осуществление взноса в уставный капитал публичного акционерного общества "Россети Северный Кавказ" в целях осуществления капитальных вложений в объекты капитального строительства, принадлежащие на праве собственности публичному акционерному обществу "Россети Северный Кавказ", направленных на повышение надежности функционирования электросетевого комплекса Северо-Кавказского федерального округа.</w:t>
      </w:r>
    </w:p>
    <w:p>
      <w:r>
        <w:rPr>
          <w:b/>
        </w:rPr>
        <w:t xml:space="preserve">29. </w:t>
      </w:r>
      <w:r>
        <w:t>Установить, что в 2025 году по решению Правительства Российской Федерации публичное акционерное общество "Россети Ленэнерго" вправе использовать средства неиспользованного взноса в его уставный капитал, направленного ему публичным акционерным обществом "Российские сети" за счет средств взноса, предусмотренного приложениями 7 и 19 к Федеральному закону от 14 декабря 2015 года № 359-ФЗ "О федеральном бюджете на 2016 год" в целях реализации инвестиционных проектов по строительству, реконструкции и техническому перевооружению объектов капитального строительства, в размере 2 965,1 тыс. рублей на осуществление взноса в уставный капитал публичного акционерного общества "Россети Северный Кавказ" в целях осуществления капитальных вложений в объекты капитального строительства, принадлежащие на праве собственности публичному акционерному обществу "Россети Северный Кавказ", направленных на повышение надежности функционирования электросетевого комплекса Северо-Кавказского федерального округа</w:t>
      </w:r>
    </w:p>
    <w:p>
      <w:r>
        <w:rPr>
          <w:b/>
        </w:rPr>
        <w:t xml:space="preserve">30. </w:t>
      </w:r>
      <w:r>
        <w:t>Установить, что в 2025 году по решению Правительства Российской Федерации публичное акционерное общество "Россети Ленэнерго" вправе использовать средства неиспользованного взноса в его уставный капитал, направленного ему публичным акционерным обществом "Российские сети" за счет средств взноса, предусмотренного приложением 31 к Федеральному закону от 1 декабря 2014 года № 384-ФЗ "О федеральном бюджете на 2015 год и на плановый период 2016 и 2017 годов" в целях финансирования объектов энергетической инфраструктуры, задействованных при проведении в Российской Федерации чемпионата мира по футболу 2018 года, в размере 6 815,3 тыс. рублей и средства, полученные от размещения средств указанного взноса на депозитах и банковских счетах, в размере 613,8 тыс. рублей на осуществление взноса в уставный капитал публичного акционерного общества "Россети Северный Кавказ" в целях осуществления капитальных вложений в объекты капитального строительства, принадлежащие на праве собственности публичному акционерному обществу "Россети Северный Кавказ", направленных на повышение надежности функционирования электросетевого комплекса Северо-Кавказского федерального округа</w:t>
      </w:r>
    </w:p>
    <w:p>
      <w:r>
        <w:rPr>
          <w:b/>
        </w:rPr>
        <w:t xml:space="preserve">31. </w:t>
      </w:r>
      <w:r>
        <w:t>Установить, что в 2025 году по решению Правительства Российской Федерации акционерное общество "Россети Янтарь" вправе использовать средства, полученные от размещения на депозитах и банковских счетах неиспользованных средств взноса в его уставный капитал, направленного ему публичным акционерным обществом "Российские сети" за счет средств взноса, предусмотренного приложением 31 к Федеральному закону от 1 декабря 2014 года № 384-ФЗ "О федеральном бюджете на 2015 год и на плановый период 2016 и 2017 годов" в целях финансирования объектов энергетической инфраструктуры, задействованных при проведении в Российской Федерации чемпионата мира по футболу 2018 года, в размере 4 471,8 тыс. рублей на осуществление взноса в уставный капитал публичного акционерного общества "Россети Северный Кавказ" в целях осуществления капитальных вложений в объекты капитального строительства, принадлежащие на праве собственности публичному акционерному обществу "Россети Северный Кавказ", направленных на повышение надежности функционирования электросетевого комплекса Северо-Кавказского федерального округа</w:t>
      </w:r>
    </w:p>
    <w:p>
      <w:r>
        <w:rPr>
          <w:b/>
        </w:rPr>
        <w:t xml:space="preserve">32. </w:t>
      </w:r>
      <w:r>
        <w:t>Установить, что в 2025 году по решению Правительства Российской Федерации публичное акционерное общество "Федеральная сетевая компания - Россети" вправе использовать средства, полученные от размещения на депозитах и банковских счетах неиспользованных средств взноса в уставный капитал публичного акционерного общества "Федеральная сетевая компания Единой энергетической системы", предусмотренного пунктом 3 части 1 статьи 11 Федерального закона от 2 декабря 2009 года № 308-ФЗ "О федеральном бюджете на 2010 год и на плановый период 2011 и 2012 годов" в целях создания и увеличения мощностей и повышения надежности функционирования объектов энергетики, связанных с проведением XXII Олимпийских зимних игр и XI Паралимпийских зимних игр 2014 года в городе Сочи, в размере 7 470,7 тыс. рублей на осуществление взноса в уставный капитал публичного акционерного общества "Россети Северный Кавказ" в целях осуществления капитальных вложений в объекты капитального строительства, принадлежащие на праве собственности публичному акционерному обществу "Россети Северный Кавказ", направленных на повышение надежности функционирования электросетевого комплекса Северо-Кавказского федерального округа</w:t>
      </w:r>
    </w:p>
    <w:p>
      <w:r>
        <w:rPr>
          <w:b/>
        </w:rPr>
        <w:t xml:space="preserve">33. </w:t>
      </w:r>
      <w:r>
        <w:t>Установить, что в 2025 году по решению Правительства Российской Федерации публичное акционерное общество "Федеральная сетевая компания - Россети" вправе использовать средства, полученные от размещения на депозитах и банковских счетах неиспользованных взносов в его уставный капитал, за счет средств взносов, предусмотренных пунктом 5 части 1 статьи 11 Федерального закона от 13 декабря 2010 года № 357-ФЗ "О федеральном бюджете на 2011 год и на плановый период 2012 и 2013 годов", пунктом 11 части 1 статьи 11 Федерального закона от 30 ноября 2011 года № 371-ФЗ "О федеральном бюджете на 2012 год и на плановый период 2013 и 2014 годов" и пунктом 5 части 1 статьи 11 Федерального закона от 3 декабря 2012 года № 216-ФЗ "О федеральном бюджете на 2013 год и на плановый период 2014 и 2015 годов" в целях реализации программы реновации кабельной сети напряжением 6 - 110 кВ в городе Санкт-Петербурге, в размере 110,29 тыс. рублей на осуществление взноса в уставный капитал публичного акционерного общества "Россети Северный Кавказ" в целях осуществления капитальных вложений в объекты капитального строительства, принадлежащие на праве собственности публичному акционерному обществу "Россети Северный Кавказ", направленных на повышение надежности функционирования электросетевого комплекса Северо-Кавказского федерального округа</w:t>
      </w:r>
    </w:p>
    <w:p>
      <w:r>
        <w:rPr>
          <w:b/>
        </w:rPr>
        <w:t xml:space="preserve">34. </w:t>
      </w:r>
      <w:r>
        <w:t>Установить, что в 2025 году по решению Правительства Российской Федерации, а также в соответствии с особенностями, установленными Правительством Российской Федерации, публичное акционерное общество "Федеральная сетевая компания - Россети" вправе использовать средства взноса в его уставный капитал в размере 1 294 025,6 тыс. рублей, предусмотренного для акционерного общества "Крымэнерго" приложением 12 к Федеральному закону от 5 декабря 2022 года № 466-ФЗ "О федеральном бюджете на 2023 год и на плановый период 2024 и 2025 годов", и взноса в его уставный капитал в размере 1 934 514,1 тыс. рублей, предусмотренного для акционерного общества "Крымэнерго" приложением 12 к Федеральному закону от 27 ноября 2023 года № 540-ФЗ "О федеральном бюджете на 2024 год и на плановый период 2025 и 2026 годов", включая оборудование и имущество, приобретенные за счет указанных средств, в целях осуществления капитальных вложений в объекты капитального строительства в рамках реализации мероприятий государственной программы Российской Федерации "Социально-экономическое развитие Республики Крым и г. Севастополя", а также в иные проекты, включенные в инвестиционную программу публичного акционерного общества "Федеральная сетевая компания - Россети"</w:t>
      </w:r>
    </w:p>
    <w:p>
      <w:r>
        <w:rPr>
          <w:b/>
        </w:rPr>
        <w:t xml:space="preserve">35. </w:t>
      </w:r>
      <w:r>
        <w:t>Установить, что в 2025 году по решению Правительства Российской Федерации публичное акционерное общество "Объединенная авиастроительная корпорация" вправе направить неиспользованные средства взноса в его уставный капитал, предусмотренного приложением 27 к Федеральному закону от 8 декабря 2020 года № 385-ФЗ "О федеральном бюджете на 2021 год и на плановый период 2022 и 2023 годов" в том числе для осуществления последующих взносов в уставные капиталы дочерних обществ, на финансовое обеспечение затрат в рамках реализации проекта по созданию широкофюзеляжного дальнемагистрального самолета</w:t>
      </w:r>
    </w:p>
    <w:p>
      <w:r>
        <w:rPr>
          <w:b/>
        </w:rPr>
        <w:t xml:space="preserve">36. </w:t>
      </w:r>
      <w:r>
        <w:t>Установить, что в 2025 году Правительство Российской Федерации вправе принимать решения об использовании сумм штрафов, неустоек, пеней, уплаченных юридическим или физическим лицом, находящимся за пределами Российской Федерации, в соответствии с законом или договором в случае неисполнения или ненадлежащего исполнения обязательств перед федеральными органами исполнительной власти</w:t>
      </w:r>
    </w:p>
    <w:p>
      <w:r>
        <w:rPr>
          <w:b/>
        </w:rPr>
        <w:t xml:space="preserve">37. </w:t>
      </w:r>
      <w:r>
        <w:t>Установить, что в 2025 году средства на капитальный ремонт аэродромов гражданской авиации, установку светосигнального оборудования и размещение некапитальных сооружений на аэродромах гражданской авиации, являющиеся составной частью сборов за аэронавигационное обслуживание полетов воздушных судов пользователей воздушного пространства, устанавливаемых в соответствии с абзацем первым пункта 4 статьи 64 Воздушного кодекса Российской Федерации, поступившие в доход федерального бюджета и не востребованные в текущем финансовом году на указанные цели, могут быть направлены на иные приоритетные мероприятия в сфере гражданской авиации на основании решений Правительства Российской Федерации</w:t>
      </w:r>
    </w:p>
    <w:p>
      <w:r>
        <w:rPr>
          <w:b/>
        </w:rPr>
        <w:t xml:space="preserve">38. </w:t>
      </w:r>
      <w:r>
        <w:t>Установить, что в 2025 году акционерное общество "Корпорация Туризм.РФ" по решению Правительства Российской Федерации вправе использовать средства неиспользованного взноса в его уставный капитал, предоставленного из федерального бюджета в соответствии с Федеральным законом от 8 декабря 2020 года № 385-ФЗ "О федеральном бюджете на 2021 год и на плановый период 2022 и 2023 годов", Федеральным законом от 6 декабря 2021 года № 390-ФЗ "О федеральном бюджете на 2022 год и на плановый период 2023 и 2024 годов", Федеральным законом от 5 декабря 2022 года № 466-ФЗ "О федеральном бюджете на 2023 год и на плановый период 2024 и 2025 годов" и Федеральным законом от 27 ноября 2023 года № 540-ФЗ "О федеральном бюджете на 2024 год и на плановый период 2025 и 2026 годов" в целях обеспечения реализации инвестиционных проектов, в размере до 1 726 100,0 тыс. рублей на предоставление льготных займов организациям, осуществляющим деятельность в сфере туризма в муниципальных образованиях города-курорта Анапы и Темрюкском муниципальном районе Краснодарского края, пострадавшим в связи с отменой бронирований на весенний и летний сезоны в результате чрезвычайного происшествия, вызванного крушением танкеров в Керченском проливе 15 декабря 2024 года, на цели, определенные Правительством Российской Федерации.";</w:t>
      </w:r>
    </w:p>
    <w:p>
      <w:r>
        <w:rPr>
          <w:b/>
        </w:rPr>
        <w:t xml:space="preserve">35. </w:t>
      </w:r>
      <w:r>
        <w:t>в размере до 400 000,0 тыс. рублей - на финансовое обеспечение затрат по модернизации самолетных узлов связи на воздушных судах специального назначения типа Ту-214, находящихся в собственности Российской Федерации, включая разработку конструкторской документации, выпуск бюллетеня, установку и испытания указанных узлов на воздушных судах специального назначения, в том числе путем осуществления взносов в уставные капиталы дочерних обществ</w:t>
      </w:r>
    </w:p>
    <w:p>
      <w:r>
        <w:rPr>
          <w:b/>
        </w:rPr>
        <w:t xml:space="preserve">35. </w:t>
      </w:r>
      <w:r>
        <w:t>в размере до 2 200 000,0 тыс. рублей - на финансовое обеспечение научно-исследовательских и опытно-конструкторских работ, проводимых в целях улучшения летно-технических и аэродинамических характеристик и оптимизации веса самолета МС-21-310, в том числе путем осуществления взносов в уставные капиталы дочерних обществ</w:t>
      </w:r>
    </w:p>
    <w:p>
      <w:r>
        <w:rPr>
          <w:b/>
        </w:rPr>
        <w:t xml:space="preserve">38. </w:t>
      </w:r>
      <w:r>
        <w:t>дополнить приложением 101 следующего содержания: "Приложение 101к Федеральному закону"О федеральном бюджете на 2025 год и на плановый период 2026 и 2027 годов" Изменения распределения бюджетных ассигнований на исполнение публичных нормативных обязательств Российской Федерации на 2025 год и на плановый период 2026 и 2027 годов, предусмотренного приложением 10 к Федеральному закону "О федеральном бюджете на 2025 год и на плановый период 2026 и 2027 годов" (тыс. рублей) Наименование ЦСР Рз ПР Мин 2025 год +14 866 675,8 Государственная программа Российской Федерации "Социальная поддержка граждан" +1 127 824,3 Меры социальной поддержки граждан, подвергшихся воздействию радиации вследствие радиационных аварий и ядерных испытаний,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+82,8 Меры социальной поддержки граждан, подвергшихся воздействию радиации вследствие радиационных аварий и ядерных испытаний,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+178,9 Меры социальной поддержки граждан, подвергшихся воздействию радиации вследствие радиационных аварий и ядерных испытаний,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+91,4 Меры социальной поддержки граждан, подвергшихся воздействию радиации вследствие радиационных аварий и ядерных испытаний,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+0,9 Меры социальной поддержки граждан, подвергшихся воздействию радиации вследствие радиационных аварий и ядерных испытаний,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+1 814,0 Меры социальной поддержки граждан, подвергшихся воздействию радиации вследствие радиационных аварий и ядерных испытаний,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+441,9 Меры социальной поддержки граждан, подвергшихся воздействию радиации вследствие радиационных аварий и ядерных испытаний,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+563,7 Меры социальной поддержки граждан, подвергшихся воздействию радиации вследствие радиационных аварий и ядерных испытаний,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+20,6 Компенсация в возмещение вреда гражданам, подвергшимся воздействию радиации вследствие радиационных аварий,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+69,7 Компенсация в возмещение вреда гражданам, подвергшимся воздействию радиации вследствие радиационных аварий,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+0,1 Компенсация в возмещение вреда гражданам, подвергшимся воздействию радиации вследствие радиационных аварий,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+7 565,2 Компенсация в возмещение вреда гражданам, подвергшимся воздействию радиации вследствие радиационных аварий,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+591,7 Компенсация в возмещение вреда гражданам, подвергшимся воздействию радиации вследствие радиационных аварий,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+830,3 Компенсация в возмещение вреда гражданам, подвергшимся воздействию радиации вследствие радиационных аварий,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+54,4 Меры социальной поддержки граждан, подвергшихся воздействию радиации вследствие радиационных аварий и ядерных испытаний, в соответствии с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+0,2 Меры социальной поддержки граждан, подвергшихся воздействию радиации вследствие радиационных аварий и ядерных испытаний, в соответствии с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+0,4 Меры социальной поддержки граждан, подвергшихся воздействию радиации вследствие радиационных аварий и ядерных испытаний, в соответствии с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+19,5 Меры социальной поддержки граждан, подвергшихся воздействию радиации вследствие радиационных аварий и ядерных испытаний, в соответствии с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+2,9 Меры социальной поддержки граждан, подвергшихся воздействию радиации вследствие радиационных аварий и ядерных испытаний, в соответствии с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+0,9 Меры социальной поддержки граждан, подвергшихся воздействию радиации вследствие радиационных аварий и ядерных испытаний, в соответствии с 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+163,3 Меры социальной поддержки граждан, подвергшихся воздействию радиации вследствие радиационных аварий и ядерных испытаний, в соответствии с 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+0,8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+1,9 Компенсации и меры социальной поддержки граждан, подвергшихся воздействию радиации вследствие радиационных аварий и ядерных испытаний +41 658,5 Осуществление ежемесячной денежной выплаты ветеранам +72,6 Осуществление ежемесячной денежной выплаты ветеранам +1,0 Единовременная выплата некоторым категориям граждан Российской Федерации в связи с 80-й годовщиной Победы в Великой Отечественной войне 1941 - 1945 годов +4,5 Меры социальной поддержки ветеранов Великой Отечественной войны и боевых действий -1 441,6 Меры социальной поддержки инвалидов -1 816,7 Пособие по уходу за ребенком гражданам, подвергшимся воздействию радиации вследствие радиационных аварий,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+6,1 Пособие по уходу за ребенком гражданам, подвергшимся воздействию радиации вследствие радиационных аварий,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+118,8 Пособие по уходу за ребенком гражданам, подвергшимся воздействию радиации вследствие радиационных аварий,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+37,9 Пособие по уходу за ребенком гражданам, подвергшимся воздействию радиации вследствие радиационных аварий,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+67,3 Пособие по уходу за ребенком гражданам, подвергшимся воздействию радиации вследствие радиационных аварий,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+633,9 Возмещение федеральными органами исполнительной власти, федеральными государственными органами расходов на погребение +3,5 Возмещение федеральными органами исполнительной власти, федеральными государственными органами расходов на погребение +20,5 Возмещение федеральными органами исполнительной власти, федеральными государственными органами расходов на погребение +273,5 Возмещение федеральными органами исполнительной власти, федеральными государственными органами расходов на погребение +494,0 Возмещение федеральными органами исполнительной власти, федеральными государственными органами расходов на погребение +145 541,5 Возмещение федеральными органами исполнительной власти, федеральными государственными органами расходов на погребение +72 075,9 Возмещение федеральными органами исполнительной власти, федеральными государственными органами расходов на погребение +2 036,6 Возмещение федеральными органами исполнительной власти, федеральными государственными органами расходов на погребение +589,6 Возмещение федеральными органами исполнительной власти, федеральными государственными органами расходов на погребение +34,2 Возмещение федеральными органами исполнительной власти, федеральными государственными органами расходов на погребение +3,6 Возмещение федеральными органами исполнительной власти, федеральными государственными органами расходов на погребение +11,7 Выплата дополнительного материального обеспечения, доплат к пенсиям, пособий и компенсаций -5,5 Ежемесячные выплаты лицам, осуществляющим уход за детьми-инвалидами и инвалидами с детства I группы +222,5 Единовременные пособия семьям умерших пенсионеров из числа военнослужащих, лиц рядового и начальствующего состава органов внутренних дел, федеральной противопожарной службы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войск национальной гвардии Российской Федерации, работников органов и организаций прокуратуры Российской Федерации, сотрудников Следственного комитета Российской Федерации +0,5 Единовременные пособия семьям умерших пенсионеров из числа военнослужащих, лиц рядового и начальствующего состава органов внутренних дел, федеральной противопожарной службы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войск национальной гвардии Российской Федерации, работников органов и организаций прокуратуры Российской Федерации, сотрудников Следственного комитета Российской Федерации +50,5 Пособия на погребение умерших членов семьи, находившихся на иждивении неработающих пенсионеров, умершего пенсионера из числа военнослужащих, лиц рядового и начальствующего состава органов внутренних дел, федеральной противопожарной службы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войск национальной гвардии Российской Федерации, работников органов и организаций прокуратуры Российской Федерации, сотрудников Следственного комитета Российской Федерации и членов их семей +4 146,2 Пособия на погребение умерших членов семьи, находившихся на иждивении неработающих пенсионеров, умершего пенсионера из числа военнослужащих, лиц рядового и начальствующего состава органов внутренних дел, федеральной противопожарной службы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войск национальной гвардии Российской Федерации, работников органов и организаций прокуратуры Российской Федерации, сотрудников Следственного комитета Российской Федерации и членов их семей +28,8 Пособия на погребение умерших членов семьи, находившихся на иждивении неработающих пенсионеров, умершего пенсионера из числа военнослужащих, лиц рядового и начальствующего состава органов внутренних дел, федеральной противопожарной службы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войск национальной гвардии Российской Федерации, работников органов и организаций прокуратуры Российской Федерации, сотрудников Следственного комитета Российской Федерации и членов их семей +873,4 Пособия на погребение умерших членов семьи, находившихся на иждивении неработающих пенсионеров, умершего пенсионера из числа военнослужащих, лиц рядового и начальствующего состава органов внутренних дел, федеральной противопожарной службы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войск национальной гвардии Российской Федерации, работников органов и организаций прокуратуры Российской Федерации, сотрудников Следственного комитета Российской Федерации и членов их семей +75,1 Пособия лицам, являвшимся сотрудниками федеральной фельдъегерской связи, получившим телесные повреждения, исключающие для них возможность дальнейшего осуществления служебной деятельности, а также семьям и иждивенцам погибших (умерших) сотрудников федеральной фельдъегерской связи +983,1 Пособия лицам, являвшимся сотрудниками учреждений и органов уголовно-исполнительной системы, органов принудительного исполнения Российской Федерации,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таможенных органов Российской Федерации, получившим увечье или иное повреждение здоровья, исключающие возможность дальнейшего прохождения службы, а также семьям и иждивенцам сотрудников учреждений и органов уголовно-исполнительной системы, органов принудительного исполнения Российской Федерации,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таможенных органов Российской Федерации, погибших (умерших) в связи с выполнением служебных обязанностей либо вследствие заболевания, полученного в период прохождения службы в указанных органах +251,4 Пособия лицам, являвшимся сотрудниками учреждений и органов уголовно-исполнительной системы, органов принудительного исполнения Российской Федерации,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таможенных органов Российской Федерации, получившим увечье или иное повреждение здоровья, исключающие возможность дальнейшего прохождения службы, а также семьям и иждивенцам сотрудников учреждений и органов уголовно-исполнительной системы, органов принудительного исполнения Российской Федерации,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таможенных органов Российской Федерации, погибших (умерших) в связи с выполнением служебных обязанностей либо вследствие заболевания, полученного в период прохождения службы в указанных органах +13 028,3 Пособия лицам, являвшимся сотрудниками учреждений и органов уголовно-исполнительной системы, органов принудительного исполнения Российской Федерации,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таможенных органов Российской Федерации, получившим увечье или иное повреждение здоровья, исключающие возможность дальнейшего прохождения службы, а также семьям и иждивенцам сотрудников учреждений и органов уголовно-исполнительной системы, органов принудительного исполнения Российской Федерации,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таможенных органов Российской Федерации, погибших (умерших) в связи с выполнением служебных обязанностей либо вследствие заболевания, полученного в период прохождения службы в указанных органах +28 105,3 Пособия лицам, являвшимся сотрудниками учреждений и органов уголовно-исполнительной системы, органов принудительного исполнения Российской Федерации,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таможенных органов Российской Федерации, получившим увечье или иное повреждение здоровья, исключающие возможность дальнейшего прохождения службы, а также семьям и иждивенцам сотрудников учреждений и органов уголовно-исполнительной системы, органов принудительного исполнения Российской Федерации,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таможенных органов Российской Федерации, погибших (умерших) в связи с выполнением служебных обязанностей либо вследствие заболевания, полученного в период прохождения службы в указанных органах +741,2 Компенсации лицам, являвшимся судебными приставами, утратившим возможность заниматься профессиональной деятельностью, и нетрудоспособным членам семей погибших (умерших) судебных приставов +6,3 Выплата оклада по воинскому званию военнослужащим, уволенным с военной службы без права на пенсию +395,2 Выплата оклада по воинскому званию военнослужащим, уволенным с военной службы без права на пенсию +1 841,8 Выплата оклада по воинскому званию военнослужащим, уволенным с военной службы без права на пенсию +4,5 Выплата оклада по воинскому званию военнослужащим, уволенным с военной службы без права на пенсию +1,9 Пособия гражданам, являвшимся должностными лицами таможенных органов, утратившим возможность заниматься профессиональной деятельностью, и членам семьи и иждивенцам должностного лица таможенных органов в случае его гибели в связи с исполнением служебных обязанностей +44,8 Компенсации лицам, являвшимся сотрудниками Следственного комитета Российской Федерации, утратившим возможность заниматься профессиональной деятельностью, и членам семей погибших (умерших) сотрудников Следственного комитета Российской Федерации +221,0 Выплата ежемесячной денежной компенсации членам семей погибших (умерших) военнослужащих (граждан, проходивших военные сборы, граждан, пребывавших в добровольческих формированиях, инвалидов вследствие военной травмы, инвалидов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а также инвалидам вследствие военной травмы, инвалидам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+37,9 Выплата ежемесячной денежной компенсации членам семей погибших (умерших) военнослужащих (граждан, проходивших военные сборы, граждан, пребывавших в добровольческих формированиях, инвалидов вследствие военной травмы, инвалидов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а также инвалидам вследствие военной травмы, инвалидам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+21 654,2 Выплата ежемесячной денежной компенсации членам семей погибших (умерших) военнослужащих (граждан, проходивших военные сборы, граждан, пребывавших в добровольческих формированиях, инвалидов вследствие военной травмы, инвалидов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а также инвалидам вследствие военной травмы, инвалидам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+15 095,9 Выплата ежемесячной денежной компенсации членам семей погибших (умерших) военнослужащих (граждан, проходивших военные сборы, граждан, пребывавших в добровольческих формированиях, инвалидов вследствие военной травмы, инвалидов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а также инвалидам вследствие военной травмы, инвалидам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+64,3 Выплата ежемесячной денежной компенсации членам семей погибших (умерших) военнослужащих (граждан, проходивших военные сборы, граждан, пребывавших в добровольческих формированиях, инвалидов вследствие военной травмы, инвалидов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а также инвалидам вследствие военной травмы, инвалидам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+41,9 Пособия лицам, проходившим службу в органах внутренних дел Российской Федерации, войсках национальной гвардии Российской Федерации и имевшим специальные звания полиции, получившим телесные повреждения, исключающие возможность дальнейшего прохождения службы, а также семьям и иждивенцам лиц, проходивших службу в органах внутренних дел Российской Федерации, войсках национальной гвардии Российской Федерации и имевших специальные звания полиции, погибших (умерших) в связи с осуществлением служебной деятельности +19 294,7 Пособия лицам, проходившим службу в органах внутренних дел Российской Федерации, войсках национальной гвардии Российской Федерации и имевшим специальные звания полиции, получившим телесные повреждения, исключающие возможность дальнейшего прохождения службы, а также семьям и иждивенцам лиц, проходивших службу в органах внутренних дел Российской Федерации, войсках национальной гвардии Российской Федерации и имевших специальные звания полиции, погибших (умерших) в связи с осуществлением служебной деятельности +284 387,0 Выплата ежемесячного пособия детям военнослужащих, сотрудников некоторых федеральных органов исполнительной власти и федеральных государственных органов,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органах и учреждениях) +19 739,4 Выплата ежемесячного пособия детям военнослужащих, сотрудников некоторых федеральных органов исполнительной власти и федеральных государственных органов,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органах и учреждениях) +8,8 Выплата ежемесячного пособия детям военнослужащих, сотрудников некоторых федеральных органов исполнительной власти и федеральных государственных органов,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органах и учреждениях) +1 454,3 Выплата ежемесячного пособия детям военнослужащих, сотрудников некоторых федеральных органов исполнительной власти и федеральных государственных органов,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органах и учреждениях) +366,6 Пособие детям погибших (пропавших без вести) работников органов прокуратуры +5,8 Пособие детям погибших (умерших) или пропавших без вести в связи с исполнением служебных обязанностей сотрудников следственных органов Следственного комитета Российской Федерации +23,1 Выплата пособий на проведение летнего оздоровительного отдыха детей отдельных категорий военнослужащих и сотрудников некоторых федеральных органов исполнительной власти, погибших (умерших), пропавших без вести, ставших инвалидами в связи с выполнением задач в условиях вооруженного конфликта немеждународного характера, а также в связи с выполнением задач в ходе контртеррористических операций +12 013,6 Выплата пособий на проведение летнего оздоровительного отдыха детей отдельных категорий военнослужащих и сотрудников некоторых федеральных органов исполнительной власти, погибших (умерших), пропавших без вести, ставших инвалидами в связи с выполнением задач в условиях вооруженного конфликта немеждународного характера, а также в связи с выполнением задач в ходе контртеррористических операций +347,2 Ежемесячное пособие на содержание детей и ежегодное пособие на проведение летнего оздоровительного отдыха детей в соответствии с Федеральным законом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+244,9 Ежемесячное пособие на содержание детей и ежегодное пособие на проведение летнего оздоровительного отдыха детей в соответствии с Федеральным законом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+1 931,9 Ежемесячное пособие на содержание детей и ежегодное пособие на проведение летнего оздоровительного отдыха детей в соответствии с Федеральным законом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+123,4 Пособия лицам, являвшимся спасателями профессиональных аварийно-спасательных служб, профессиональных аварийно-спасательных формирований, получившим увечья, исключающие возможность дальнейшей работы спасателем, а также членам семей спасателей, погибших (умерших) в связи с осуществлением служебной деятельности +52,4 Выплата единовременных пособий членам семей погибших (умерших) военнослужащих (граждан, проходивших военные сборы, граждан, пребывавших в добровольческих формированиях, инвалидов вследствие военной травмы, инвалидов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а также военнослужащим (гражданам, призванным на военные сборы, гражданам, пребывающим в добровольческом формировании) в связи с признанием их не годными к военной службе вследствие военной травмы (не годными к пребыванию в добровольческом формировании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+608,7 Выплата единовременных пособий членам семей погибших (умерших) военнослужащих (граждан, проходивших военные сборы, граждан, пребывавших в добровольческих формированиях, инвалидов вследствие военной травмы, инвалидов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а также военнослужащим (гражданам, призванным на военные сборы, гражданам, пребывающим в добровольческом формировании) в связи с признанием их не годными к военной службе вследствие военной травмы (не годными к пребыванию в добровольческом формировании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+15 530,3 Выплата единовременных пособий членам семей погибших (умерших) военнослужащих (граждан, проходивших военные сборы, граждан, пребывавших в добровольческих формированиях, инвалидов вследствие военной травмы, инвалидов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а также военнослужащим (гражданам, призванным на военные сборы, гражданам, пребывающим в добровольческом формировании) в связи с признанием их не годными к военной службе вследствие военной травмы (не годными к пребыванию в добровольческом формировании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+61 517,8 Выплата единовременных пособий членам семей погибших (умерших) военнослужащих (граждан, проходивших военные сборы, граждан, пребывавших в добровольческих формированиях, инвалидов вследствие военной травмы, инвалидов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а также военнослужащим (гражданам, призванным на военные сборы, гражданам, пребывающим в добровольческом формировании) в связи с признанием их не годными к военной службе вследствие военной травмы (не годными к пребыванию в добровольческом формировании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+291,6 Выплата на проведение оздоровительного отдыха детей военнослужащих, лиц, проходящих службу в войсках национальной гвардии Российской Федерации и имеющих специальные звания полиции, сотрудников органов внутренних дел, Государственной противопожарной службы, уголовно-исполнительной системы, таможенных органов, органов по контролю за оборотом наркотических средств и психотропных веществ, а также лиц, уволенных со службы в федеральных органах налоговой полиции, ставших инвалидами вследствие военной травмы, погибших (умерших), пропавших без вести при исполнении обязанностей военной службы (служебных обязанностей) по контракту +15,1 Выплата на проведение оздоровительного отдыха детей военнослужащих, лиц, проходящих службу в войсках национальной гвардии Российской Федерации и имеющих специальные звания полиции, сотрудников органов внутренних дел, Государственной противопожарной службы, уголовно-исполнительной системы, таможенных органов, органов по контролю за оборотом наркотических средств и психотропных веществ, а также лиц, уволенных со службы в федеральных органах налоговой полиции, ставших инвалидами вследствие военной травмы, погибших (умерших), пропавших без вести при исполнении обязанностей военной службы (служебных обязанностей) по контракту +2,9 Выплата на проведение оздоровительного отдыха детей военнослужащих, лиц, проходящих службу в войсках национальной гвардии Российской Федерации и имеющих специальные звания полиции, сотрудников органов внутренних дел, Государственной противопожарной службы, уголовно-исполнительной системы, таможенных органов, органов по контролю за оборотом наркотических средств и психотропных веществ, а также лиц, уволенных со службы в федеральных органах налоговой полиции, ставших инвалидами вследствие военной травмы, погибших (умерших), пропавших без вести при исполнении обязанностей военной службы (служебных обязанностей) по контракту +4,3 Единовременные пособия семьям умерших пенсионеров из числа военнослужащих, лиц рядового и начальствующего состава органов внутренних дел, федеральной противопожарной службы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войск национальной гвардии Российской Федерации, работников органов и организаций прокуратуры Российской Федерации, сотрудников Следственного комитета Российской Федерации +132,8 Единовременные пособия семьям умерших пенсионеров из числа военнослужащих, лиц рядового и начальствующего состава органов внутренних дел, федеральной противопожарной службы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войск национальной гвардии Российской Федерации, работников органов и организаций прокуратуры Российской Федерации, сотрудников Следственного комитета Российской Федерации +17 216,6 Единовременные пособия семьям умерших пенсионеров из числа военнослужащих, лиц рядового и начальствующего состава органов внутренних дел, федеральной противопожарной службы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войск национальной гвардии Российской Федерации, работников органов и организаций прокуратуры Российской Федерации, сотрудников Следственного комитета Российской Федерации +2 720,8 Единовременные пособия семьям умерших пенсионеров из числа военнослужащих, лиц рядового и начальствующего состава органов внутренних дел, федеральной противопожарной службы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войск национальной гвардии Российской Федерации, работников органов и организаций прокуратуры Российской Федерации, сотрудников Следственного комитета Российской Федерации +15,4 Пособия на погребение умерших членов семьи, находившихся на иждивении неработающих пенсионеров, умершего пенсионера из числа военнослужащих, лиц рядового и начальствующего состава органов внутренних дел, федеральной противопожарной службы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войск национальной гвардии Российской Федерации, работников органов и организаций прокуратуры Российской Федерации, сотрудников Следственного комитета Российской Федерации и членов их семей +195,8 Пособия на погребение умерших членов семьи, находившихся на иждивении неработающих пенсионеров, умершего пенсионера из числа военнослужащих, лиц рядового и начальствующего состава органов внутренних дел, федеральной противопожарной службы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войск национальной гвардии Российской Федерации, работников органов и организаций прокуратуры Российской Федерации, сотрудников Следственного комитета Российской Федерации и членов их семей +1 328,1 Ежемесячная социальная выплата детям отдельных категорий военнослужащих +109 167,5 Меры социальной поддержки военнослужащих, граждан, проходивших военные сборы, инвалидов вследствие военной травмы, погибших (умерших) или получивших увечья при исполнении служебных обязанностей, и членов их семей +181 234,7 Меры социальной поддержки военнослужащих, граждан, проходивших военные сборы, инвалидов вследствие военной травмы, погибших (умерших) или получивших увечья при исполнении служебных обязанностей, и членов их семей +37 015,9 Государственная программа Российской Федерации "Обеспечение общественного порядка и противодействие преступности" +1 064,0 Ежемесячная выплата гражданам, уволенным со службы в органах внутренних дел без права на пенсию, имеющим общую продолжительность службы в органах внутренних дел менее 20 лет +1 064,0 Государственная программа Российской Федерации "Защита населения и территорий от чрезвычайных ситуаций, обеспечение пожарной безопасности и безопасности людей на водных объектах" +128,4 Ежемесячная выплата оклада по специальному званию в течение одного года после увольнения гражданам, уволенным со службы без права на пенсию и имеющим общую продолжительность службы менее 20 лет, в соответствии с Федеральным законом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+128,4 Государственная программа Российской Федерации "Управление государственными финансами и регулирование финансовых рынков" +33,9 Ежемесячная выплата оклада по специальному званию в течение одного года после увольнения гражданам, уволенным со службы без права на пенсию и имеющим общую продолжительность службы менее 20 лет, в соответствии с Федеральным законом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+33,9 Государственная программа Российской Федерации "Юстиция" +299,2 Ежемесячная выплата оклада по специальному званию в течение одного года после увольнения гражданам, уволенным со службы без права на пенсию и имеющим общую продолжительность службы менее 20 лет, в соответствии с Федеральным законом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+197,0 Ежемесячная выплата оклада по специальному званию в течение одного года после увольнения гражданам, уволенным со службы без права на пенсию и имеющим общую продолжительность службы менее 20 лет, в соответствии с Федеральным законом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+102,2 Государственная программа Российской Федерации "Обеспечение защиты личности, общества и государства" +241,5 Ежемесячная выплата гражданам, уволенным со службы в органах внутренних дел без права на пенсию, имеющим общую продолжительность службы в органах внутренних дел менее 20 лет +241,5 Развитие пенсионной системы Российской Федерации +13 737 082,7 Пенсии военнослужащим, членам их семей и лицам, приравненным к ним по пенсионному обеспечению, а также надбавки к пенсии, увеличение и повышение пенсии +734 725,2 Пенсии военнослужащим, членам их семей и лицам, приравненным к ним по пенсионному обеспечению, а также надбавки к пенсии, увеличение и повышение пенсии +153 101,7 Пенсии военнослужащим, членам их семей и лицам, приравненным к ним по пенсионному обеспечению, а также надбавки к пенсии, увеличение и повышение пенсии +5 439 200,8 Пенсии военнослужащим, членам их семей и лицам, приравненным к ним по пенсионному обеспечению, а также надбавки к пенсии, увеличение и повышение пенсии +4 730 639,9 Пенсии военнослужащим, членам их семей и лицам, приравненным к ним по пенсионному обеспечению, а также надбавки к пенсии, увеличение и повышение пенсии +1 255 989,5 Пенсии военнослужащим, членам их семей и лицам, приравненным к ним по пенсионному обеспечению, а также надбавки к пенсии, увеличение и повышение пенсии +1 081 727,5 Пенсии военнослужащим, членам их семей и лицам, приравненным к ним по пенсионному обеспечению, а также надбавки к пенсии, увеличение и повышение пенсии +34 946,5 Пенсии военнослужащим, членам их семей и лицам, приравненным к ним по пенсионному обеспечению, а также надбавки к пенсии, увеличение и повышение пенсии +242 771,6 Пенсии военнослужащим, членам их семей и лицам, приравненным к ним по пенсионному обеспечению, а также надбавки к пенсии, увеличение и повышение пенсии +63 980,0 Доставка государственной корреспонденции +1,8 Ежемесячная выплата гражданам, уволенным со службы в органах внутренних дел без права на пенсию, имеющим общую продолжительность службы в органах внутренних дел менее 20 лет +1,8"</w:t>
      </w:r>
    </w:p>
    <w:p>
      <w:r>
        <w:rPr>
          <w:b/>
        </w:rPr>
        <w:t xml:space="preserve">38. </w:t>
      </w:r>
      <w:r>
        <w:t>дополнить приложением 111 (совершенно секретно) следующего содержания</w:t>
      </w:r>
    </w:p>
    <w:p>
      <w:r>
        <w:rPr>
          <w:b/>
        </w:rPr>
        <w:t xml:space="preserve">38. </w:t>
      </w:r>
      <w:r>
        <w:t>в приложении 12:</w:t>
      </w:r>
    </w:p>
    <w:p>
      <w:r>
        <w:rPr>
          <w:b/>
        </w:rPr>
        <w:t xml:space="preserve">38. </w:t>
      </w:r>
      <w:r>
        <w:t>дополнить приложением 121 следующего содержания: "Приложение 121к Федеральному закону"О федеральном бюджете на 2025 год и на плановый период 2026 и 2027 годов" Изменения ведомственной структуры расходов федерального бюджета на 2025 год и на плановый период 2026 и 2027 годов, предусмотренной приложением 12 к Федеральному закону "О федеральном бюджете на 2025 год и на плановый период 2026 и 2027 годов" (тыс. рублей) Наименование Мин Рз ПР ЦСР ВР 2025 год +418 935 725,4 МИНИСТЕРСТВО ПРОМЫШЛЕННОСТИ И ТОРГОВЛИ РОССИЙСКОЙ ФЕДЕРАЦИИ -111 762 274,3 Общегосударственные вопросы +2 676,1 Международные отношения и международное сотрудничество +2 676,1 Государственная программа Российской Федерации "Экономическое развитие и инновационная экономика" +2 676,1 Комплекс процессных мероприятий "Обеспечение международного экономического сотрудничества" +2 676,1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+2 676,1 Национальная оборона +2 422,7 Другие вопросы в области национальной обороны +2 422,7 Государственная программа Российской Федерации "Развитие оборонно-промышленного комплекса" +2 422,7 Комплекс процессных мероприятий "Стимулирование и сопровождение научной и производственной деятельности организаций оборонно-промышленного комплекса" +2 422,7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+2 422,7 Национальная экономика -111 767 924,7 Общеэкономические вопросы +141 572,3 Реализация функций иных федеральных органов государственной власти +141 572,3 Иные непрограммные мероприятия +141 572,3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+24 724,4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+66 847,9 Финансовое обеспечение выполнения функций федеральных государственных органов, оказания услуг и выполнения работ (Иные бюджетные ассигнования) +50 000,0 Прикладные научные исследования в области национальной экономики -29 516 582,1 Государственная программа Российской Федерации "Научно-технологическое развитие Российской Федерации" -29 516 582,1 Федеральный проект "Содействие проведению научно-исследовательских и опытно-конструкторских работ в гражданских отраслях промышленности" -9 000 000,0 Субсидии российским организациям на финансовое обеспечение затрат на проведение научно-исследовательских и опытно-конструкторских работ по современным технологиям в рамках реализации такими организациями инновационных проектов (Иные бюджетные ассигнования) -9 000 000,0 Федеральный проект "Разработка, стандартизация и серийное производство беспилотных авиационных систем и их комплектующих" -153 803,4 Реализация отдельных федеральных проектов в сфере развития беспилотных авиационных систем (Закупка товаров, работ и услуг для обеспечения государственных (муниципальных) нужд) -153 803,4 Федеральный проект "Производство самолетов и вертолетов" -12 806 000,0 Реализация отдельных мероприятий (результатов) федеральных проектов, входящих в состав национальных проектов (Закупка товаров, работ и услуг для обеспечения государственных (муниципальных) нужд) -12 806 000,0 Федеральный проект "Производство судов и судового оборудования" -8 500 000,0 Реализация отдельных мероприятий (результатов) федеральных проектов, входящих в состав национальных проектов (Закупка товаров, работ и услуг для обеспечения государственных (муниципальных) нужд) -8 500 000,0 Федеральный проект "Новое оборудование и технологии в нефтегазовой отрасли" +930 388,0 Субсидия автономной некоммерческой организации "Центр поддержки инжиниринга и инноваций" в целях предоставления грантов российским организациям на проведение научно-исследовательских и опытно-конструкторских работ в рамках реализации инновационных проектов по разработке (доработке) и созданию производства продукции под требования крупных корпораций в приоритетных направлениях (отраслях) промышленности (Предоставление субсидий бюджетным, автономным учреждениям и иным некоммерческим организациям) +930 388,0 Ведомственный проект "Содействие проведению научных исследований и опытных разработок в гражданских отраслях промышленности" +2 581,3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+2 581,3 Комплекс процессных мероприятий "Проведение прикладных научных исследований по широкому спектру направлений" +10 252,0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+10 252,0 Другие вопросы в области национальной экономики -82 392 914,9 Государственная программа Российской Федерации "Развитие промышленности и повышение ее конкурентоспособности" -67 842 283,0 Федеральный проект "Развитие автомобилестроения и транспортного машиностроения" -35 194 598,1 Субсидии российским производителям узлов и агрегатов для колесных транспортных средств и специализированной техники на финансовое обеспечение погашения займов, привлеченных ими в федеральном государственном автономном учреждении "Российский фонд технологического развития" (Иные бюджетные ассигнования) -17 499 379,3 Субсидии российским кредитным организациям на возмещение части затрат по кредитам, выданным в 2023 - 2026 годах физическим лицам на приобретение автомобилей (Иные бюджетные ассигнования) -17 695 218,8 Федеральный проект "Развитие сельскохозяйственного машиностроения, специализированного машиностроения, машиностроения для пищевой и перерабатывающей промышленности" +25 026 372,5 Субсидии российским организациям на финансовое обеспечение части затрат на разработку и организацию производства новых видов продукции, а также модернизацию линейки выпускаемой продукции (Иные бюджетные ассигнования) -940 000,0 Субсидии российским производителям на компенсацию части затрат, связанных с выпуском и поддержкой гарантийных обязательств в отношении высокопроизводительной сельскохозяйственной самоходной и прицепной техники (Иные бюджетные ассигнования) +25 966 372,5 Федеральный проект "Развитие легкой и текстильной промышленности" -768 119,5 Субсидии на стимулирование спроса и повышение конкурентоспособности российской промышленной продукции (Иные бюджетные ассигнования) -768 119,5 Федеральный проект "Развитие промышленности социально значимых товаров" +1 151 384,8 Субсидии автономной некоммерческой организации "Российская система качества" (Предоставление субсидий бюджетным, автономным учреждениям и иным некоммерческим организациям) +1 384,8 Субсидия автономной некоммерческой организации "Национальные приоритеты" в целях продвижения потребительских непродовольственных товаров российских производителей на телевидении (Предоставление субсидий бюджетным, автономным учреждениям и иным некоммерческим организациям) +1 000 000,0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+150 000,0 Федеральный проект "Содействие в реализации инвестиционных проектов и поддержка производителей высокотехнологической продукции в гражданских отраслях промышленности" -46 296 190,9 Субсидия автономной некоммерческой организации "Агентство по технологическому развитию" (Предоставление субсидий бюджетным, автономным учреждениям и иным некоммерческим организациям) +2 535,9 Субсидия автономной некоммерческой организации "Агентство по технологическому развитию" на поддержку проектов, предусматривающих разработку конструкторской документации на комплектующие изделия, необходимые для отраслей промышленности (Предоставление субсидий бюджетным, автономным учреждениям и иным некоммерческим организациям) -2 031 586,6 Субсидия автономной некоммерческой организации "Национальный научный центр компетенций в сфере противодействия незаконному обороту промышленной продукции" (Предоставление субсидий бюджетным, автономным учреждениям и иным некоммерческим организациям) +351,9 Реализация проектов российских организаций по разработке цифровых платформ и программных продуктов в целях создания и (или) развития производства высокотехнологичной промышленной продукции (Иные бюджетные ассигнования) +306 000,0 Субсидии российским кредитным организациям и государственной корпорации развития "ВЭБ.РФ" на возмещение недополученных ими доходов по кредитам, предоставленным российским организациям промышленности на цели реализации инвестиционных проектов, направленных на производство приоритетной продукции, по льготной процентной ставке (Иные бюджетные ассигнования) -8 359 057,9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-36 214 434,2 Федеральный проект "Развитие промышленной инфраструктуры и производственной кооперации в субъектах Российской Федерации" +18 972 517,5 Субсидии в целях софинансирования расходных обязательств субъектов Российской Федерации по возмещению части затрат управляющих компаний индустриальных (промышленных) парков, промышленных технопарков, технопарков в сфере высоких технологий частной формы собственности на создание, увеличение площади или реиндустриализацию индустриальных (промышленных) парков, промышленных технопарков, технопарков в сфере высоких технологий (Межбюджетные трансферты) -589 167,6 Субсидия бюджету Чукотского автономного округа на реализацию инвестиционных проектов по организации добычи и переработки многокомпонентных руд, в том числе содержащих цветные и благородные металлы, на территории Чукотского автономного округа (Межбюджетные трансферты) -2 000 000,0 Субсидии на возмещение затрат по созданию, модернизации и (или) реконструкции объектов инфраструктуры индустриальных (промышленных) парков, промышленных технопарков или технопарков в сфере высоких технологий (Межбюджетные трансферты) +21 561 685,1 Федеральный проект "Развитие промышленной робототехники и автоматизации производства" -1 701 500,0 Субсидии российским производителям средств производства и автоматизации на возмещение недополученных доходов, связанных с предоставлением покупателям скидки при реализации продукции (Иные бюджетные ассигнования) -451 500,0 Субсидии российским производителям и интеграторам промышленной робототехники на финансовое обеспечение затрат, связанных с популяризацией промышленной робототехники (Иные бюджетные ассигнования) -100 000,0 Субсидии российским организациям на финансовое обеспечение затрат, связанных с созданием центров развития промышленной робототехники (Иные бюджетные ассигнования) -1 150 000,0 Федеральный проект "Производство инновационного транспорта" -25 080 620,8 Субсидия федеральному государственному унитарному предприятию "Центральный ордена Трудового Красного Знамени научно-исследовательский автомобильный и автомоторный институт "НАМИ" на финансовое обеспечение затрат, связанных с реализацией пилотного проекта по разработке национальной инновационной модульной платформы для производства автомобилей (Иные бюджетные ассигнования) -25 080 620,8 Федеральный проект "Создание зарубежной инфраструктуры" -621 357,1 Государственная поддержка логистических операторов в целях возмещения недополученных доходов в связи с предоставлением скидки на перевозку по приоритетным международным транспортным коридорам (Иные бюджетные ассигнования) -621 357,1 Федеральный проект "Системные меры развития международной кооперации и экспорта" +30,0 Государственная поддержка автономной некоммерческой организации "Информационно-аналитический центр по вопросам внешнеторговой деятельности", г. Москва, в целях финансового обеспечения мероприятий по информационной и консультационной поддержке осуществления бесперебойных внешнеторговых операций (Предоставление субсидий бюджетным, автономным учреждениям и иным некоммерческим организациям) +30,0 Федеральный проект "Производство отечественной продукции для туристской индустрии" -2 000 000,0 Субсидии производителям отечественной продукции для туристической отрасли в целях компенсации части затрат, связанных с предоставлением скидки покупателям при приобретении такой продукции (Иные бюджетные ассигнования) -2 000 000,0 Федеральный проект "Новое оборудование и технологии в нефтегазовой отрасли" -1 530 388,0 Субсидии российским организациям в целях возмещения части затрат, понесенных потребителями промышленной продукции при закупке российского оборудования, стоимость которого превышает стоимость его импортных аналогов (Иные бюджетные ассигнования) -1 530 388,0 Комплекс процессных мероприятий "Демонстрация достижений и вывод на зарубежные рынки продукции отечественной промышленности" +185 000,0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+185 000,0 Комплекс процессных мероприятий "Обеспечение деятельности подведомственных организаций и институтов развития" +15 186,6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+15 186,6 Государственная программа Российской Федерации "Развитие авиационной промышленности" -9 606 203,5 Федеральный проект "Производство самолетов и вертолетов" -9 606 203,5 Государственная поддержка российских авиакомпаний, региональных унитарных предприятий, не являющихся российскими авиакомпаниями, в целях обновления парка воздушных судов для осуществления внутренних региональных и местных воздушных перевозок (Иные бюджетные ассигнования) -2 818 870,0 Субсидии российским лизинговым компаниям на возмещение части затрат на уплату процентов по кредитам, полученным в российских кредитных организациях и в государственной корпорации развития "ВЭБ.РФ" на закупку воздушных судов с последующей их передачей российским авиакомпаниям по договорам лизинга (аренды), а также указанным компаниям и производителям воздушных судов по кредитам, полученным в российских кредитных организациях и в государственной корпорации развития "ВЭБ.РФ" на приобретение тренажеров для российских воздушных судов (Иные бюджетные ассигнования) -4 728 219,4 Субсидии авиакомпаниям на компенсацию части затрат, связанных с обслуживанием воздушных судов (Иные бюджетные ассигнования) -1 883 013,4 Создание системы послепродажного обслуживания воздушных судов и подготовки авиационного персонала для воздушных судов (Иные бюджетные ассигнования) -176 100,7 Государственная программа Российской Федерации "Развитие судостроения и техники для освоения шельфовых месторождений" -4 100 985,3 Федеральный проект "Производство судов и судового оборудования" -4 100 985,3 Субсидии российским организациям на возмещение части затрат на приобретение (строительство) новых гражданских судов взамен судов, сданных на утилизацию (Иные бюджетные ассигнования) -500 000,0 Субсидии российским организациям на финансовое обеспечение затрат на выполнение комплексных проектов по разработке, созданию и внедрению в серийное производство судового комплектующего оборудования (Иные бюджетные ассигнования) -1 500 000,0 Взнос в уставный капитал акционерного общества "Объединенная судостроительная корпорация", г. Санкт-Петербург, в том числе для осуществления последующих взносов в уставные капиталы дочерних обществ, в целях финансирования мероприятия по модернизации действующих мощностей предприятий корпорации (Капитальные вложения в объекты государственной (муниципальной) собственности) -2 100 985,3 Государственная программа Российской Федерации "Развитие электронной и радиоэлектронной промышленности" +6 222,8 Комплекс процессных мероприятий "Обеспечение эффективного развития российской электронной и радиоэлектронной промышленности" +6 222,8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+6 222,8 Государственная программа Российской Федерации "Научно-технологическое развитие Российской Федерации" -850 000,0 Федеральный проект "Содействие проведению научно-исследовательских и опытно-конструкторских работ в гражданских отраслях промышленности" -850 000,0 Гранты в форме субсидий на реализацию проектов по созданию и (или) развитию центров инженерных разработок на базе образовательных организаций высшего образования и научных организаций, реализующих проекты, связанные с разработкой комплектующих (Предоставление субсидий бюджетным, автономным учреждениям и иным некоммерческим организациям) -850 000,0 Реализация функций иных федеральных органов государственной власти +334,1 Мобилизационная подготовка органов государственной власти +334,1 Субсидии на содержание запасных пунктов управления (Иные бюджетные ассигнования) +334,1 Культура, кинематография +551,6 Культура +551,6 Государственная программа Российской Федерации "Развитие культуры" +551,6 Комплекс процессных мероприятий "Создание условий для развития библиотечного дела" +551,6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+551,6 МИНИСТЕРСТВО ЭНЕРГЕТИКИ РОССИЙСКОЙ ФЕДЕРАЦИИ -7 063 293,3 Национальная экономика -7 063 293,3 Топливно-энергетический комплекс -7 063 538,6 Государственная программа Российской Федерации "Развитие энергетики" -7 063 538,6 Федеральный проект "Гарантированное обеспечение доступной электроэнергией" -7 081 684,8 Субсидия публичному акционерному обществу "Федеральная сетевая компания - Россети", г. Москва, в виде вклада в имущество общества, не увеличивающего его уставный капитал, для последующего осуществления вкладов в имущество являющихся территориальными сетевыми организациями дочерних обществ, не увеличивающих их уставные капиталы, в целях финансового обеспечения (возмещения) затрат таких организаций по поддержанию надежного обеспечения потребителей электрической энергией посредством реализации мероприятий по повышению надежности электросетевого комплекса (Иные бюджетные ассигнования) -7 081 684,8 Комплекс процессных мероприятий "Обеспечение деятельности Министерства энергетики Российской Федерации" +16 185,7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+9 266,2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+6 919,5 Комплекс процессных мероприятий "Реструктуризация угольной промышленности" +1 960,5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+1 960,5 Прикладные научные исследования в области национальной экономики +245,3 Государственная программа Российской Федерации "Научно-технологическое развитие Российской Федерации" +245,3 Комплекс процессных мероприятий "Научно-методическое и экспертно-аналитическое обеспечение государственного управления" +245,3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+245,3 ФЕДЕРАЛЬНАЯ СЛУЖБА ПО НАДЗОРУ В СФЕРЕ ПРИРОДОПОЛЬЗОВАНИЯ +60 141,8 Общегосударственные вопросы -407,0 Международные отношения и международное сотрудничество -407,0 Государственная программа Российской Федерации "Охрана окружающей среды" -407,0 Комплекс процессных мероприятий "Реализация полномочий и содействие международному сотрудничеству в сфере охраны окружающей среды" -407,0 Финансовое обеспечение выполнения функций федеральных государственных органов, оказания услуг и выполнения работ (Иные бюджетные ассигнования) -407,0 Охрана окружающей среды +60 548,8 Охрана объектов растительного и животного мира и среды их обитания +11 272,4 Государственная программа Российской Федерации "Охрана окружающей среды" +11 272,4 Ведомственный проект "Совершенствование и обновление материально-технической базы" +51,2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+51,2 Комплекс процессных мероприятий "Обеспечение деятельности Федеральной службы по надзору в сфере природопользования и подведомственных учреждений" +11 221,2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+11 221,2 Прикладные научные исследования в области охраны окружающей среды +398,9 Государственная программа Российской Федерации "Научно-технологическое развитие Российской Федерации" +398,9 Комплекс процессных мероприятий "Проведение прикладных научных исследований по широкому спектру направлений" +398,9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+398,9 Другие вопросы в области охраны окружающей среды +48 877,5 Государственная программа Российской Федерации "Охрана окружающей среды" +48 877,5 Федеральный проект "Генеральная уборка" +2 416,7 Реализация отдельных мероприятий (результатов) федеральных проектов, входящих в состав национальных проектов (Предоставление субсидий бюджетным, автономным учреждениям и иным некоммерческим организациям) +2 416,7 Федеральный проект "Чистый воздух" +101,2 Реализация отдельных мероприятий (результатов) федеральных проектов, входящих в состав национальных проектов (Предоставление субсидий бюджетным, автономным учреждениям и иным некоммерческим организациям) +101,2 Федеральный проект "Вода России" +294,4 Реализация отдельных мероприятий (результатов) федеральных проектов, входящих в состав национальных проектов (Предоставление субсидий бюджетным, автономным учреждениям и иным некоммерческим организациям) +294,4 Комплекс процессных мероприятий "Обеспечение деятельности Федеральной службы по надзору в сфере природопользования и подведомственных учреждений" +46 065,2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+42 139,7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+3 925,5 ФЕДЕРАЛЬНОЕ АГЕНТСТВО ПО НЕДРОПОЛЬЗОВАНИЮ +120 406,3 Национальная экономика +120 406,3 Воспроизводство минерально-сырьевой базы +120 406,3 Государственная программа Российской Федерации "Охрана окружающей среды" +313,6 Федеральный проект "Чистый воздух" +313,6 Реализация отдельных мероприятий (результатов) федеральных проектов, входящих в состав национальных проектов (Предоставление субсидий бюджетным, автономным учреждениям и иным некоммерческим организациям) +313,6 Государственная программа Российской Федерации "Воспроизводство и использование природных ресурсов" +120 092,7 Федеральный проект "Геология: возрождение легенды" +12 873,6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+12 873,6 Комплекс процессных мероприятий "Государственное геологическое изучение недр и обеспечение эффективной реализации государственных функций в сфере недропользования" +107 219,1 Субвенции бюджетам Республики Крым и города федерального значения Севастополя на осуществление части полномочий Российской Федерации в сфере недропользования (Межбюджетные трансферты) +170,1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+17 414,8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+324,6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+89 309,6 МИНИСТЕРСТВО ПРИРОДНЫХ РЕСУРСОВ И ЭКОЛОГИИ РОССИЙСКОЙ ФЕДЕРАЦИИ +362 184,4 Общегосударственные вопросы -62 060,8 Международные отношения и международное сотрудничество -62 060,8 Государственная программа Российской Федерации "Охрана окружающей среды" -61 923,6 Комплекс процессных мероприятий "Реализация полномочий и содействие международному сотрудничеству в сфере охраны окружающей среды" -61 923,6 Финансовое обеспечение выполнения функций федеральных государственных органов, оказания услуг и выполнения работ (Иные бюджетные ассигнования) -61 923,6 Государственная программа Российской Федерации "Воспроизводство и использование природных ресурсов" -137,2 Комплекс процессных мероприятий "Содействие развитию международного сотрудничества в сфере воспроизводства и использования природных ресурсов" -137,2 Субсидии акционерному обществу "Росгеология", г. Москва, на финансовое обеспечение покрытия расходов члена комиссии по границам континентального шельфа (Иные бюджетные ассигнования) -137,2 Национальная экономика +63 954,9 Общеэкономические вопросы +62 921,1 Реализация функций иных федеральных органов государственной власти +62 921,1 Иные непрограммные мероприятия +62 921,1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+27 244,4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+35 676,7 Другие вопросы в области национальной экономики +1 033,8 Государственная программа Российской Федерации "Воспроизводство и использование природных ресурсов" +624,5 Комплекс процессных мероприятий "Обеспечение эффективной реализации государственных функций в сфере водных отношений" +624,5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+624,5 Реализация функций иных федеральных органов государственной власти +409,3 Иные непрограммные мероприятия +409,3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+409,3 Охрана окружающей среды +360 290,3 Охрана объектов растительного и животного мира и среды их обитания +347 688,7 Государственная программа Российской Федерации "Охрана окружающей среды" +347 688,7 Федеральный проект "Сохранение биологического разнообразия и развитие экологического туризма" +7 952,6 Реализация отдельных мероприятий (результатов) федеральных проектов, входящих в состав национальных проектов (Предоставление субсидий бюджетным, автономным учреждениям и иным некоммерческим организациям) +7 952,6 Комплекс процессных мероприятий "Сохранение биологического разнообразия" +339 736,1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+339 736,1 Прикладные научные исследования в области охраны окружающей среды +4 300,2 Государственная программа Российской Федерации "Научно-технологическое развитие Российской Федерации" +4 300,2 Комплекс процессных мероприятий "Проведение прикладных научных исследований по широкому спектру направлений" +2 883,9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+2 883,9 Комплекс процессных мероприятий "Научно-методическое и экспертно-аналитическое обеспечение государственного управления" +1 416,3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+1 416,3 Другие вопросы в области охраны окружающей среды +8 301,4 Государственная программа Российской Федерации "Охрана окружающей среды" +8 301,4 Федеральный проект "Генеральная уборка" +8 301,4 Реализация отдельных мероприятий (результатов) федеральных проектов, входящих в состав национальных проектов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+2 010,2 Реализация отдельных мероприятий (результатов) федеральных проектов, входящих в состав национальных проектов (Закупка товаров, работ и услуг для обеспечения государственных (муниципальных) нужд) +6 291,2 ФЕДЕРАЛЬНОЕ АГЕНТСТВО ВОДНЫХ РЕСУРСОВ -156 899,7 Национальная экономика -156 899,7 Водное хозяйство -156 899,7 Государственная программа Российской Федерации "Воспроизводство и использование природных ресурсов" -156 899,7 Федеральный проект "Защита от наводнений и иных негативных воздействий вод и обеспечение безопасности гидротехнических сооружений" -183 553,9 Реализация государственных программ субъектов Российской Федерации в области использования и охраны водных объектов (Межбюджетные трансферты) -183 553,9 Комплекс процессных мероприятий "Обеспечение эффективной реализации государственных функций в сфере водных отношений" +26 654,2 Субвенции бюджетам Республики Крым и города федерального значения Севастополя на осуществление части полномочий Российской Федерации в области водных отношений (Межбюджетные трансферты) +53,1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+9 067,6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+570,3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+16 963,2 ФЕДЕРАЛЬНОЕ АГЕНТСТВО ЛЕСНОГО ХОЗЯЙСТВА -14 243,7 Национальная экономика -19 978,4 Лесное хозяйство -19 978,4 Государственная программа Российской Федерации "Развитие лесного хозяйства" -22 039,8 Федеральный проект "Сохранение лесов" +18 122,5 Реализация отдельных мероприятий (результатов) федеральных проектов, входящих в состав национальных проектов (Предоставление субсидий бюджетным, автономным учреждениям и иным некоммерческим организациям) +18 122,5 Комплекс процессных мероприятий "Обеспечение эффективной реализации государственных функций в области лесных отношений" -40 162,3 Субвенции на осуществление отдельных полномочий в области лесных отношений (Межбюджетные трансферты) +183 466,8 Субвенции бюджетам Республики Крым и города федерального значения Севастополя на осуществление части полномочий Российской Федерации в области лесных отношений (Межбюджетные трансферты) +1,7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+10 075,8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-1 734,6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-231 972,0 Реализация функций иных федеральных органов государственной власти +2 061,4 Мобилизационная подготовка органов государственной власти +2 061,4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+2 061,4 Охрана окружающей среды +5 581,6 Прикладные научные исследования в области охраны окружающей среды +5 581,6 Государственная программа Российской Федерации "Научно-технологическое развитие Российской Федерации" +5 581,6 Комплекс процессных мероприятий "Проведение прикладных научных исследований по широкому спектру направлений" +5 581,6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+5 581,6 Образование +153,1 Профессиональная подготовка, переподготовка и повышение квалификации +143,9 Государственная программа Российской Федерации "Развитие лесного хозяйства" +143,9 Комплекс процессных мероприятий "Обеспечение эффективной реализации государственных функций в области лесных отношений" +143,9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+143,9 Высшее образование +9,2 Государственная программа Российской Федерации "Научно-технологическое развитие Российской Федерации" +9,2 Комплекс процессных мероприятий "Реализация образовательных программ высшего образования" +9,2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+9,2 МИНИСТЕРСТВО КУЛЬТУРЫ РОССИЙСКОЙ ФЕДЕРАЦИИ +1 664 129,8 Общегосударственные вопросы +2 770,1 Международные отношения и международное сотрудничество -2 816,0 Государственная программа Российской Федерации "Развитие культуры" -2 816,0 Комплекс процессных мероприятий "Обеспечение деятельности системы управления в сфере культуры" -2 816,0 Финансовое обеспечение выполнения функций федеральных государственных органов, оказания услуг и выполнения работ (Иные бюджетные ассигнования) -2 816,0 Фундаментальные исследования +5 586,1 Государственная программа Российской Федерации "Научно-технологическое развитие Российской Федерации" +5 586,1 Комплекс процессных мероприятий "Проведение фундаментальных научных исследований" +5 586,1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+5 586,1 Образование +149 483,9 Общее образование +1 963,8 Государственная программа Российской Федерации "Развитие образования" +1 963,8 Комплекс процессных мероприятий "Современные механизмы и технологии дошкольного и общего образования" +1 963,8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+1 963,8 Дополнительное образование детей +3 409,0 Государственная программа Российской Федерации "Развитие образования" +3 409,0 Комплекс процессных мероприятий "Дополнительное образование детей, выявление и поддержка лиц, проявивших выдающиеся способности" +3 409,0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+3 409,0 Среднее профессиональное образование +23 028,9 Государственная программа Российской Федерации "Развитие образования" +23 028,9 Комплекс процессных мероприятий "Содействие развитию среднего профессионального образования и дополнительного профессионального образования" +23 028,9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+23 028,9 Профессиональная подготовка, переподготовка и повышение квалификации +997,9 Государственная программа Российской Федерации "Развитие культуры" +992,9 Комплекс процессных мероприятий "Обеспечение деятельности системы управления в сфере культуры" +992,9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+992,9 Государственная программа Российской Федерации "Поддержка и продвижение русского языка за рубежом" +5,0 Комплекс процессных мероприятий "Развитие международного научно-образовательного сотрудничества в сфере русистики" +5,0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+5,0 Высшее образование +119 470,6 Государственная программа Российской Федерации "Доступная среда" +71,3 Комплекс процессных мероприятий "Обеспечение инвалидов и детей-инвалидов реабилитационными и абилитационными услугами, а также техническими средствами реабилитации, включая изготовление и ремонт протезно-ортопедических изделий" +71,3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+71,3 Государственная программа Российской Федерации "Научно-технологическое развитие Российской Федерации" +119 399,3 Комплекс процессных мероприятий "Реализация образовательных программ высшего образования" +102 979,2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+102 979,2 Комплекс процессных мероприятий "Социальная поддержка и развитие кадрового потенциала в сфере науки и высшего образования" +16 420,1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+16 420,1 Другие вопросы в области образования +613,7 Государственная программа Российской Федерации "Научно-технологическое развитие Российской Федерации" +613,7 Комплекс процессных мероприятий "Реализация образовательных программ высшего образования" +613,7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+613,7 Культура, кинематография +1 509 431,3 Культура +1 481 647,5 Государственная программа Российской Федерации "Развитие культуры" +1 481 610,9 Федеральный проект "Развитие искусства и творчества" +254 607,9 Субсидии Общероссийской общественно-государственной организации "Российский фонд культуры" (Предоставление субсидий бюджетным, автономным учреждениям и иным некоммерческим организациям) +298,1 Субсидия Фонду Гуманитарных Проектов на финансовое обеспечение (возмещение) затрат, связанных с формированием экспозиции Музея христианства в музейно-храмовом комплексе "Новый Херсонес" (г. Севастополь) (Предоставление субсидий бюджетным, автономным учреждениям и иным некоммерческим организациям) +250 000,0 Субсидия федеральному казенному предприятию "Российская государственная цирковая компания" на поддержку развития цирковой деятельности (Иные бюджетные ассигнования) +4 309,8 Федеральный проект "Развитие культурного диалога" +258,0 Субсидии автономной некоммерческой организации "Дирекция Санкт-Петербургского международного форума объединенных культур" (Предоставление субсидий бюджетным, автономным учреждениям и иным некоммерческим организациям) +258,0 Федеральный проект "Семейные ценности и инфраструктура культуры" +2 103,3 Реализация выставочных проектов ведущих федеральных и региональных музеев (Предоставление субсидий бюджетным, автономным учреждениям и иным некоммерческим организациям) +2 103,3 Комплекс процессных мероприятий "Создание условий для сохранения культурного и исторического наследия" +706 409,3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+700 000,0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+6 409,3 Комплекс процессных мероприятий "Создание условий для развития библиотечного дела" +61 423,1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+61 423,1 Комплекс процессных мероприятий "Создание условий для развития музейного дела" +251 190,7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+251 190,7 Комплекс процессных мероприятий "Создание условий для развития искусства и творчества" +205 618,6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+205 618,6 Государственная программа Российской Федерации "Поддержка и продвижение русского языка за рубежом" +36,6 Федеральный проект "Формирование системы стимулирования интереса к изучению русского языка" +36,6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+36,6 Кинематография +107 225,7 Государственная программа Российской Федерации "Развитие культуры" +107 225,7 Федеральный проект "Развитие искусства и творчества" +100 000,0 Субсидия Общероссийской общественной организации "Союз кинематографистов Российской Федерации" на осуществление уставной деятельности (Предоставление субсидий бюджетным, автономным учреждениям и иным некоммерческим организациям) +100 000,0 Комплекс процессных мероприятий "Создание условий для развития искусства и творчества" +7 225,7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+7 225,7 Прикладные научные исследования в области культуры, кинематографии +4 064,3 Государственная программа Российской Федерации "Научно-технологическое развитие Российской Федерации" +4 064,3 Комплекс процессных мероприятий "Проведение прикладных научных исследований по широкому спектру направлений" +3 678,2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+3 678,2 Комплекс процессных мероприятий "Научно-методическое и экспертно-аналитическое обеспечение государственного управления" +386,1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+386,1 Другие вопросы в области культуры, кинематографии -83 506,2 Государственная программа Российской Федерации "Развитие культуры" -84 032,9 Федеральный проект "Сохранение культурного и исторического наследия" -98 502,8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-98 502,8 Федеральный проект "Развитие искусства и творчества" +630,2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+630,2 Комплекс процессных мероприятий "Обеспечение деятельности системы управления в сфере культуры" +13 839,7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+8 231,2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+449,3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+5 159,2 Государственная программа Российской Федерации "Экономическое развитие и инновационная экономика" +526,7 Федеральный проект "Производительность труда" +526,7 Реализация отдельных мероприятий (результатов) федеральных проектов, входящих в состав национальных проектов (Предоставление субсидий бюджетным, автономным учреждениям и иным некоммерческим организациям) +526,7 Социальная политика +2 444,5 Охрана семьи и детства +2 444,5 Государственная программа Российской Федерации "Социальная поддержка граждан" +2 444,5 Комплекс процессных мероприятий "Предоставление мер социальной поддержки детям-сиротам, детям, оставшимся без попечения родителей, лицам из числа указанной категории детей, а также гражданам, желающим взять детей на воспитание в семью" +2 444,5 Финансовое обеспечение выполнения функций федеральных государственных органов, оказания услуг и выполнения работ (Социальное обеспечение и иные выплаты населению) +2 444,5 МИНИСТЕРСТВО ЗДРАВООХРАНЕНИЯ РОССИЙСКОЙ ФЕДЕРАЦИИ +19 440 977,4 Национальная экономика +1 577,8 Прикладные научные исследования в области национальной экономики +131,1 Государственная программа Российской Федерации "Научно-технологическое развитие Российской Федерации" +131,1 Комплекс процессных мероприятий "Научно-исследовательские и опытно-конструкторские работы в целях обеспечения химической и биологической безопасности Российской Федерации" +131,1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+131,1 Другие вопросы в области национальной экономики +1 446,7 Государственная программа Российской Федерации "Обеспечение химической и биологической безопасности Российской Федерации" +1 446,7 Комплекс процессных мероприятий "Организация деятельности верификационного центра по вопросам антимикробной резистентности" +263,1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+263,1 Комплекс процессных мероприятий "Промышленная эксплуатация государственной информационной системы в области обеспечения биологической безопасности Российской Федерации" +1 183,6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+1 183,6 Образование +795 378,8 Общее образование +216,3 Государственная программа Российской Федерации "Развитие образования" +216,3 Комплекс процессных мероприятий "Современные механизмы и технологии дошкольного и общего образования" +216,3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+216,3 Среднее профессиональное образование +77 093,0 Государственная программа Российской Федерации "Развитие образования" +77 093,0 Комплекс процессных мероприятий "Содействие развитию среднего профессионального образования и дополнительного профессионального образования" +77 093,0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+77 093,0 Профессиональная подготовка, переподготовка и повышение квалификации +29 559,8 Государственная программа Российской Федерации "Развитие здравоохранения" +15 044,2 Федеральный проект "Медицинские кадры" +4 918,7 Реализация отдельных мероприятий (результатов) федеральных проектов, входящих в состав национальных проектов (Предоставление субсидий бюджетным, автономным учреждениям и иным некоммерческим организациям) +4 918,7 Комплекс процессных мероприятий "Управление кадровыми ресурсами здравоохранения" +10 125,5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+10 125,5 Государственная программа Российской Федерации "Научно-технологическое развитие Российской Федерации" +14 515,6 Комплекс процессных мероприятий "Реализация образовательных программ высшего образования" +14 515,6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+14 515,6 Высшее образование +687 656,6 Государственная программа Российской Федерации "Доступная среда" +54,2 Комплекс процессных мероприятий "Обеспечение инвалидов и детей-инвалидов реабилитационными и абилитационными услугами, а также техническими средствами реабилитации, включая изготовление и ремонт протезно-ортопедических изделий" +54,2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+54,2 Государственная программа Российской Федерации "Научно-технологическое развитие Российской Федерации" +687 602,4 Комплекс процессных мероприятий "Реализация образовательных программ высшего образования" +356 436,7 Государственная поддержка автономной некоммерческой организации высшего образования "Университет Иннополис", государственного бюджетного образовательного учреждения высшего образования "Альметьевский государственный технологический университет "Высшая школа нефти" и федеральных государственных образовательных организаций высшего образования в целях повышения уровня оплаты труда научно-педагогических работников, которые преподают предметы, дисциплины (модули) фундаментального характера (Предоставление субсидий бюджетным, автономным учреждениям и иным некоммерческим организациям) +2 690,6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+353 746,1 Комплекс процессных мероприятий "Социальная поддержка и развитие кадрового потенциала в сфере науки и высшего образования" +118 000,7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+118 000,7 Комплекс процессных мероприятий "Государственная поддержка организаций науки и высшего образования" +213 165,0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+213 165,0 Другие вопросы в области образования +853,1 Государственная программа Российской Федерации "Развитие здравоохранения" +138,7 Комплекс процессных мероприятий "Управление кадровыми ресурсами здравоохранения" +138,7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+138,7 Государственная программа Российской Федерации "Научно-технологическое развитие Российской Федерации" +714,4 Комплекс процессных мероприятий "Реализация образовательных программ высшего образования" +714,4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+714,4 Здравоохранение +18 617 280,0 Стационарная медицинская помощь +394 655,9 Государственная программа Российской Федерации "Развитие здравоохранения" +394 655,9 Федеральный проект "Развитие инфраструктуры здравоохранения" +301 773,9 Субсидии в целях софинансирования расходных обязательств субъектов Российской Федерации по проведению капитального ремонта и (или) оснащению медицинскими изделиями медицинских организаций (Межбюджетные трансферты) +301 773,9 Комплекс процессных мероприятий "Медико-санитарное обеспечение отдельных категорий граждан" +109,7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+109,7 Комплекс процессных мероприятий "Предупреждение и борьба с социально значимыми заболеваниями" +92 772,3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+47 244,1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+7 731,3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+37 800,1 Финансовое обеспечение выполнения функций федеральных государственных органов, оказания услуг и выполнения работ (Иные бюджетные ассигнования) -3,2 Амбулаторная помощь +3 887 946,6 Государственная программа Российской Федерации "Развитие здравоохранения" +3 887 946,6 Комплекс процессных мероприятий "Обеспечение отдельных категорий граждан лекарственными препаратами" +3 887 946,6 Субвенции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(Межбюджетные трансферты) +2 161 295,0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+1 726 651,6 Медицинская помощь в дневных стационарах всех типов +45,0 Государственная программа Российской Федерации "Развитие здравоохранения" +45,0 Комплекс процессных мероприятий "Предупреждение и борьба с социально значимыми заболеваниями" +45,0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+45,0 Санаторно-оздоровительная помощь +54 515,1 Государственная программа Российской Федерации "Развитие здравоохранения" +54 515,1 Комплекс процессных мероприятий "Организация санаторно-курортного лечения" +54 515,1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+54 515,1 Заготовка, переработка, хранение и обеспечение безопасности донорской крови и ее компонентов +2 951,9 Государственная программа Российской Федерации "Развитие здравоохранения" +2 951,9 Комплекс процессных мероприятий "Развитие службы крови" +2 951,9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+2 951,9 Прикладные научные исследования в области здравоохранения +775 833,0 Государственная программа Российской Федерации "Развитие здравоохранения" +5 109,1 Федеральный проект "Технологии разработки медицинских изделий, лекарственных средств и платформ нового поколения" +3 946,0 Реализация отдельных мероприятий (результатов) федеральных проектов, входящих в состав национальных проектов (Предоставление субсидий бюджетным, автономным учреждениям и иным некоммерческим организациям) +3 946,0 Федеральный проект "Биомедицинские и когнитивные технологии будущего" +530,0 Реализация отдельных мероприятий (результатов) федеральных проектов, входящих в состав национальных проектов (Предоставление субсидий бюджетным, автономным учреждениям и иным некоммерческим организациям) +530,0 Федеральный проект "Регенеративная биомедицина, технологии превентивной медицины, обеспечивающие активное и здоровое долголетие" +633,1 Реализация отдельных мероприятий (результатов) федеральных проектов, входящих в состав национальных проектов (Предоставление субсидий бюджетным, автономным учреждениям и иным некоммерческим организациям) +633,1 Государственная программа Российской Федерации "Научно-технологическое развитие Российской Федерации" +770 723,9 Комплекс процессных мероприятий "Прикладные научные исследования и разработки в интересах медицины и здравоохранения" +770 723,9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+770 723,9 Другие вопросы в области здравоохранения +13 501 332,5 Государственная программа Российской Федерации "Развитие здравоохранения" +13 500 641,1 Федеральный проект "Развитие инфраструктуры здравоохранения" -4 920 000,0 Субсидии на софинансирование капитальных вложений в объекты государственной собственности субъектов Российской Федерации (муниципальной собственности) (Межбюджетные трансферты) +1 280 000,0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-6 200 000,0 Федеральный проект "Обеспечение расширенного неонатального скрининга" +442 600,3 Субсидии в целях софинансирования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 (Межбюджетные трансферты) +400 000,0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+42 600,3 Федеральный проект "Борьба с сахарным диабетом" +71,2 Реализация отдельных мероприятий (результатов) федеральных проектов, входящих в состав национальных проектов (Предоставление субсидий бюджетным, автономным учреждениям и иным некоммерческим организациям) +71,2 Федеральный проект "Национальная цифровая платформа "Здоровье" +4 484,3 Реализация отдельных мероприятий (результатов) федеральных проектов, входящих в состав национальных проектов (Предоставление субсидий бюджетным, автономным учреждениям и иным некоммерческим организациям) +4 484,3 Федеральный проект "Здоровье для каждого" +144,8 Реализация отдельных мероприятий (результатов) федеральных проектов, входящих в состав национальных проектов (Предоставление субсидий бюджетным, автономным учреждениям и иным некоммерческим организациям) +144,8 Федеральный проект "Управление медицинской наукой" +2 084,1 Реализация отдельных мероприятий (результатов) федеральных проектов, входящих в состав национальных проектов (Предоставление субсидий бюджетным, автономным учреждениям и иным некоммерческим организациям) +2 084,1 Ведомственный проект "Укрепление материально-технической базы учреждений" +1 249 477,5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+1 249 477,5 Ведомственный проект "Обеспечение оказания медицинской помощи (при необходимости за пределами Российской Федерации) детям с тяжелыми жизнеугрожающими или хроническими заболеваниями, в том числе редкими (орфанными) заболеваниями" +16 209 578,6 Грант в форме субсидии Фонду поддержки детей с тяжелыми жизнеугрожающими и хроническими заболеваниями, в том числе редкими (орфанными) заболеваниями, "Круг добра" (Предоставление субсидий бюджетным, автономным учреждениям и иным некоммерческим организациям) +16 209 578,6 Комплекс процессных мероприятий "Организация санаторно-курортного лечения" +431,7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+431,7 Комплекс процессных мероприятий "Управление кадровыми ресурсами здравоохранения" +4 719,2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+4 719,2 Комплекс процессных мероприятий "Осуществление контроля, экспертизы, мониторинга и предоставления государственных услуг в сфере охраны здоровья" +16 260,5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+16 260,5 Комплекс процессных мероприятий "Организационно-методическое обеспечение разработки программы государственных гарантий бесплатного оказания гражданам медицинской помощи и организация обязательного медицинского страхования в Российской Федерации" +1 853,9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+1 853,9 Комплекс процессных мероприятий "Медико-санитарное обеспечение отдельных категорий граждан" +177,9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+177,9 Комплекс процессных мероприятий "Содействие международному сотрудничеству в сфере охраны здоровья" +182,0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+182,0 Комплекс процессных мероприятий "Анализ и мониторинг системы здравоохранения" +4 222,0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+4 222,0 Комплекс процессных мероприятий "Развитие государственной экспертной деятельности в сфере здравоохранения" +7 980,0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+7 980,0 Комплекс процессных мероприятий "Информационно-технологическая и эксплуатационная поддержка" +2 725,6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+2 725,6 Комплекс процессных мероприятий "Совершенствование оказания скорой медицинской помощи и деятельности Всероссийской службы медицины катастроф" +433 561,0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+433 561,0 Комплекс процессных мероприятий "Организация донорства и трансплантации органов в Российской Федерации" +154,5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+154,5 Комплекс процессных мероприятий "Обеспечение отдельных категорий граждан лекарственными препаратами" +1 825,9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+1 722,1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+103,8 Комплекс процессных мероприятий "Развитие службы крови" +130,9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+130,9 Комплекс процессных мероприятий "Высокотехнологичная медицинская помощь и медицинская помощь, оказываемая в рамках клинической апробации методов профилактики, диагностики, лечения и реабилитации" +15 142,1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+15 142,1 Комплекс процессных мероприятий "Предупреждение и борьба с социально значимыми заболеваниями" +606,8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+606,8 Комплекс процессных мероприятий "Развитие системы оказания паллиативной медицинской помощи" +547,0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+547,0 Комплекс процессных мероприятий "Обеспечение деятельности федеральных органов исполнительной власти, в том числе территориальных органов" +21 473,7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+11 748,8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+9 593,5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+131,4 Комплекс процессных мероприятий "Мониторинг оказания медицинской помощи военнослужащим в медицинских организациях" +205,6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+205,6 Государственная программа Российской Федерации "Экономическое развитие и инновационная экономика" +691,4 Федеральный проект "Производительность труда" +691,4 Реализация отдельных мероприятий (результатов) федеральных проектов, входящих в состав национальных проектов (Предоставление субсидий бюджетным, автономным учреждениям и иным некоммерческим организациям) +691,4 Социальная политика +26 740,8 Социальное обеспечение населения +203,9 Государственная программа Российской Федерации "Социальная поддержка граждан" +203,9 Комплекс процессных мероприятий "Предоставление мер социальной поддержки отдельным категориям граждан" +203,9 Субвенции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 (Межбюджетные трансферты) +203,9 Охрана семьи и детства +15 536,9 Государственная программа Российской Федерации "Социальная поддержка граждан" +15 536,9 Комплекс процессных мероприятий "Предоставление мер социальной поддержки детям-сиротам, детям, оставшимся без попечения родителей, лицам из числа указанной категории детей, а также гражданам, желающим взять детей на воспитание в семью" +15 536,9 Финансовое обеспечение выполнения функций федеральных государственных органов, оказания услуг и выполнения работ (Социальное обеспечение и иные выплаты населению) +15 536,9 Другие вопросы в области социальной политики +11 000,0 Государственная программа Российской Федерации "Развитие здравоохранения" +11 000,0 Комплекс процессных мероприятий "Управление кадровыми ресурсами здравоохранения" +11 000,0 Финансовое обеспечение выполнения функций федеральных государственных органов, оказания услуг и выполнения работ (Социальное обеспечение и иные выплаты населению) +11 000,0 ФЕДЕРАЛЬНАЯ СЛУЖБА ПО НАДЗОРУ В СФЕРЕ ЗДРАВООХРАНЕНИЯ +25 530,8 Здравоохранение +25 530,8 Другие вопросы в области здравоохранения +25 530,8 Государственная программа Российской Федерации "Развитие здравоохранения" +25 530,8 Комплекс процессных мероприятий "Осуществление контроля, экспертизы, мониторинга и предоставления государственных услуг в сфере охраны здоровья" +7 441,9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+7 441,9 Комплекс процессных мероприятий "Обеспечение деятельности федеральных органов исполнительной власти, в том числе территориальных органов" +18 088,9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+16 772,2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+1 316,7 МИНИСТЕРСТВО СТРОИТЕЛЬСТВА И ЖИЛИЩНО-КОММУНАЛЬНОГО ХОЗЯЙСТВА РОССИЙСКОЙ ФЕДЕРАЦИИ +6 581,9 Общегосударственные вопросы +18 717,4 Международные отношения и международное сотрудничество -738,6 Государственная программа Российской Федерации "Обеспечение доступным и комфортным жильем и коммунальными услугами граждан Российской Федерации" -738,6 Комплекс процессных мероприятий "Обеспечение деятельности Министерства строительства и жилищно-коммунального хозяйства Российской Федерации и реализации государственной политики в сфере строительства, жилищного обеспечения и жилищно-коммунального хозяйства" -738,6 Финансовое обеспечение выполнения функций федеральных государственных органов, оказания услуг и выполнения работ (Иные бюджетные ассигнования) -738,6 Фундаментальные исследования +3 157,3 Государственная программа Российской Федерации "Научно-технологическое развитие Российской Федерации" +3 157,3 Комплекс процессных мероприятий "Проведение фундаментальных научных исследований" +3 157,3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+3 157,3 Прикладные научные исследования в области общегосударственных вопросов +1 567,7 Государственная программа Российской Федерации "Научно-технологическое развитие Российской Федерации" +1 567,7 Комплекс процессных мероприятий "Проведение прикладных научных исследований по широкому спектру направлений" +452,9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+452,9 Комплекс процессных мероприятий "Научно-методическое и экспертно-аналитическое обеспечение государственного управления" +1 114,8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+1 114,8 Другие общегосударственные вопросы +14 731,0 Государственная программа Российской Федерации "Обеспечение доступным и комфортным жильем и коммунальными услугами граждан Российской Федерации" +14 731,0 Федеральный проект "Новый ритм строительства" +578,0 Реализация отдельных мероприятий (результатов) федеральных проектов, входящих в состав национальных проектов (Предоставление субсидий бюджетным, автономным учреждениям и иным некоммерческим организациям) +578,0 Комплекс процессных мероприятий "Обеспечение деятельности Министерства строительства и жилищно-коммунального хозяйства Российской Федерации и реализации государственной политики в сфере строительства, жилищного обеспечения и жилищно-коммунального хозяйства" +14 153,0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+13 091,6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+1 061,4 Национальная экономика +7 989,3 Другие вопросы в области национальной экономики +7 989,3 Государственная программа Российской Федерации "Обеспечение доступным и комфортным жильем и коммунальными услугами граждан Российской Федерации" +7 305,5 Комплекс процессных мероприятий "Обеспечение деятельности Министерства строительства и жилищно-коммунального хозяйства Российской Федерации и реализации государственной политики в сфере строительства, жилищного обеспечения и жилищно-коммунального хозяйства" +7 305,5 Субсидия федеральному казенному предприятию "Дирекция комплекса защитных сооружений г. Санкт-Петербурга Министерства строительства и жилищно-коммунального хозяйства Российской Федерации" на финансовое обеспечение затрат в связи с выполнением работ и оказанием услуг по эксплуатации и содержанию комплекса защитных сооружений г. Санкт-Петербурга от наводнений (Иные бюджетные ассигнования) +7 305,5 Государственная программа Российской Федерации "Социально-экономическое развитие Республики Крым и г. Севастополя" +35,9 Комплекс процессных мероприятий "Содействие социально-экономическому развитию Республики Крым и г. Севастополя" +35,9 Имущественный взнос Российской Федерации в автономную некоммерческую организацию "Дирекция по информационно-аналитическому сопровождению государственной программы Российской Федерации "Социально-экономическое развитие Республики Крым и г. Севастополя" (Предоставление субсидий бюджетным, автономным учреждениям и иным некоммерческим организациям) +35,9 Государственная программа Российской Федерации "Развитие туризма" +647,9 Комплекс процессных мероприятий "Организационно-аналитическое обеспечение, мониторинг и координация мероприятий по строительству объектов туристической инфраструктуры" +647,9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+647,9 Жилищно-коммунальное хозяйство -20 982,0 Коммунальное хозяйство +566,1 Государственная программа Российской Федерации "Обеспечение доступным и комфортным жильем и коммунальными услугами граждан Российской Федерации" +566,1 Федеральный проект "Модернизация коммунальной инфраструктуры" +566,1 Реализация отдельных мероприятий (результатов) федеральных проектов, входящих в состав национальных проектов (Предоставление субсидий бюджетным, автономным учреждениям и иным некоммерческим организациям) +566,1 Другие вопросы в области жилищно-коммунального хозяйства -21 548,1 Государственная программа Российской Федерации "Обеспечение доступным и комфортным жильем и коммунальными услугами граждан Российской Федерации" -29 222,0 Федеральный проект "Содействие развитию инфраструктуры субъектов Российской Федерации (муниципальных образований)" -35 311,0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-35 311,0 Федеральный проект "Жилье" +928,7 Реализация отдельных мероприятий (результатов) федеральных проектов, входящих в состав национальных проектов (Предоставление субсидий бюджетным, автономным учреждениям и иным некоммерческим организациям) +928,7 Федеральный проект "Формирование комфортной городской среды" +718,6 Реализация отдельных мероприятий (результатов) федеральных проектов, входящих в состав национальных проектов (Предоставление субсидий бюджетным, автономным учреждениям и иным некоммерческим организациям) +718,6 Комплекс процессных мероприятий "Обеспечение деятельности Министерства строительства и жилищно-коммунального хозяйства Российской Федерации и реализации государственной политики в сфере строительства, жилищного обеспечения и жилищно-коммунального хозяйства" +4 441,7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+3 800,4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+195,6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+445,7 Государственная программа Российской Федерации "Восстановление и социально-экономическое развитие Донецкой Народной Республики, Луганской Народной Республики, Запорожской области и Херсонской области" +7 555,1 Комплекс процессных мероприятий "Создание условий для социально-экономического развития Донецкой Народной Республики, Луганской Народной Республики, Запорожской области и Херсонской области" +7 555,1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+7 555,1 Реализация функций иных федеральных органов государственной власти +118,8 Мобилизационная подготовка органов государственной власти +118,8 Субсидии на содержание запасных пунктов управления (Предоставление субсидий бюджетным, автономным учреждениям и иным некоммерческим организациям) +118,8 Культура, кинематография +857,2 Культура +857,2 Государственная программа Российской Федерации "Развитие культуры" +857,2 Комплекс процессных мероприятий "Создание условий для развития библиотечного дела" +857,2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+857,2 МИНИСТЕРСТВО ЦИФРОВОГО РАЗВИТИЯ, СВЯЗИ И МАССОВЫХ КОММУНИКАЦИЙ РОССИЙСКОЙ ФЕДЕРАЦИИ +1 398 116,6 Общегосударственные вопросы -31 152,3 Международные отношения и международное сотрудничество -31 152,3 Государственная программа Российской Федерации "Информационное общество" -31 152,3 Комплекс процессных мероприятий "Обеспечение устойчивого развития медиасреды и международного сотрудничества" -31 152,3 Финансовое обеспечение выполнения функций федеральных государственных органов, оказания услуг и выполнения работ (Иные бюджетные ассигнования) -31 152,3 Национальная экономика +1 356 884,3 Связь и информатика +1 356 884,3 Государственная программа Российской Федерации "Информационное общество" +1 356 671,0 Федеральный проект "Искусственный интеллект" -207 900,0 Реализация отдельных мероприятий (результатов) федеральных проектов, входящих в состав национальных проектов (Закупка товаров, работ и услуг для обеспечения государственных (муниципальных) нужд) -207 900,0 Федеральный проект "Цифровое государственное управление" +21 486,5 Реализация отдельных мероприятий (результатов) федеральных проектов, входящих в состав национальных проектов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+8 788,1 Реализация отдельных мероприятий (результатов) федеральных проектов, входящих в состав национальных проектов (Закупка товаров, работ и услуг для обеспечения государственных (муниципальных) нужд) +61,0 Реализация отдельных мероприятий (результатов) федеральных проектов, входящих в состав национальных проектов (Предоставление субсидий бюджетным, автономным учреждениям и иным некоммерческим организациям) +12 637,4 Федеральный проект "Отечественные решения" +2 352,5 Осуществление Фондом развития интернет-инициатив акселерации проектов по разработке российских решений в сфере информационных технологий (Предоставление субсидий бюджетным, автономным учреждениям и иным некоммерческим организациям) +128,7 Осуществление экспертизы, последующего мониторинга и сопровождения реализации стратегий цифровой трансформации организаций с государственным участием (Предоставление субсидий бюджетным, автономным учреждениям и иным некоммерческим организациям) +736,8 Проведение экспертизы заявок в целях формирования и ведения единого реестра российских программ для электронных вычислительных машин и баз данных и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(Предоставление субсидий бюджетным, автономным учреждениям и иным некоммерческим организациям) +507,9 Реализация отдельных мероприятий (результатов) федеральных проектов, входящих в состав национальных проектов (Предоставление субсидий бюджетным, автономным учреждениям и иным некоммерческим организациям) +979,1 Федеральный проект "Инфраструктура кибербезопасности" +2 240,6 Реализация отдельных мероприятий (результатов) федеральных проектов, входящих в состав национальных проектов (Предоставление субсидий бюджетным, автономным учреждениям и иным некоммерческим организациям) +2 240,6 Ведомственный проект "Развитие инфраструктуры связи" +1 521 811,3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+1 521 811,3 Комплекс процессных мероприятий "Обеспечение реализации программ и проектов в области цифровой экономики и развития информационного общества" +16 680,1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+13 184,0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+9,1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+3 487,0 Реализация функций иных федеральных органов государственной власти +213,3 Мобилизационная подготовка органов государственной власти +213,3 Субсидии на содержание запасных пунктов управления (Предоставление субсидий бюджетным, автономным учреждениям и иным некоммерческим организациям) +213,3 Образование +41 420,2 Среднее профессиональное образование +4 712,8 Государственная программа Российской Федерации "Развитие образования" +4 712,8 Комплекс процессных мероприятий "Содействие развитию среднего профессионального образования и дополнительного профессионального образования" +4 712,8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+4 712,8 Профессиональная подготовка, переподготовка и повышение квалификации +411,8 Государственная программа Российской Федерации "Информационное общество" +411,8 Комплекс процессных мероприятий "Обеспечение устойчивого развития медиасреды и международного сотрудничества" +411,8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+411,8 Высшее образование +35 511,7 Государственная программа Российской Федерации "Научно-технологическое развитие Российской Федерации" +35 511,7 Комплекс процессных мероприятий "Реализация образовательных программ высшего образования" +31 667,8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+31 667,8 Комплекс процессных мероприятий "Социальная поддержка и развитие кадрового потенциала в сфере науки и высшего образования" +3 843,9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+3 843,9 Прикладные научные исследования в области образования +783,9 Государственная программа Российской Федерации "Научно-технологическое развитие Российской Федерации" +783,9 Комплекс процессных мероприятий "Проведение прикладных научных исследований по широкому спектру направлений" +783,9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+783,9 Другие вопросы в области образования 0,0 Государственная программа Российской Федерации "Информационное общество" 0,0 Федеральный проект "Цифровые платформы в отраслях социальной сферы" 0,0 Субсидия автономной некоммерческой организации высшего образования "Университет Иннополис" на обеспечение доступа к электронному образовательному контенту и цифровым образовательным сервисам от внешних провайдеров для обучающихся и педагогического состава образовательных организаций (Предоставление субсидий бюджетным, автономным учреждениям и иным некоммерческим организациям) +1 250 000,0 Реализация отдельных мероприятий (результатов) федеральных проектов, входящих в состав национальных проектов (Закупка товаров, работ и услуг для обеспечения государственных (муниципальных) нужд) -1 250 000,0 Культура, кинематография +4 244,0 Культура +757,0 Государственная программа Российской Федерации "Развитие культуры" +757,0 Комплекс процессных мероприятий "Создание условий для развития музейного дела" +757,0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+757,0 Другие вопросы в области культуры, кинематографии +3 487,0 Государственная программа Российской Федерации "Информационное общество" +3 487,0 Комплекс процессных мероприятий "Обеспечение устойчивого развития медиасреды и международного сотрудничества" +3 487,0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+3 487,0 Социальная политика +1 594,0 Охрана семьи и детства +1 594,0 Государственная программа Российской Федерации "Социальная поддержка граждан" +1 594,0 Комплекс процессных мероприятий "Предоставление мер социальной поддержки детям-сиротам, детям, оставшимся без попечения родителей, лицам из числа указанной категории детей, а также гражданам, желающим взять детей на воспитание в семью" +1 594,0 Финансовое обеспечение выполнения функций федеральных государственных органов, оказания услуг и выполнения работ (Социальное обеспечение и иные выплаты населению) +1 594,0 Средства массовой информации +25 126,4 Телевидение и радиовещание +11 791,3 Государственная программа Российской Федерации "Информационное общество" +11 791,3 Федеральный проект "Доступный и качественный контент в современном информационном пространстве" +10 549,6 Субсидии автономной некоммерческой организации "ТВ-Новости" на создание и поддержание средств массовой информации и их распространение в мировом информационном пространстве, информационных ресурсов в информационно-телекоммуникационной сети "Интернет", покрытие расходов, связанных с производством и распространением на российском и международном рынках информационной продукции и продукции средств массовой информации (Предоставление субсидий бюджетным, автономным учреждениям и иным некоммерческим организациям) +3 257,5 Субсидии федеральному государственному унитарному предприятию "Всероссийская государственная телевизионная и радиовещательная компания" на финансовое обеспечение деятельности, а также на покрытие расходов, связанных с производством программного продукта, наполнением им телерадиоэфира и с обеспечением мероприятий по доведению его до телезрителей и радиослушателей, на обеспечение международной деятельности, на содержание зарубежных корреспондентских пунктов (Иные бюджетные ассигнования) +7 289,6 Субсидия обществу с ограниченной ответственностью "Русский Мир", г. Луганск, Луганская Народная Республика, на финансовое обеспечение затрат, связанных с обеспечением непосредственного спутникового телевизионного вещания в отдельных субъектах Российской Федерации (Иные бюджетные ассигнования) +2,5 Комплекс процессных мероприятий "Обеспечение устойчивого развития медиасреды и международного сотрудничества" +1 241,7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+1 241,7 Периодическая печать и издательства +9 704,1 Государственная программа Российской Федерации "Информационное общество" +9 704,1 Комплекс процессных мероприятий "Обеспечение устойчивого развития медиасреды и международного сотрудничества" +9 704,1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+9 704,1 Другие вопросы в области средств массовой информации +3 631,0 Государственная программа Российской Федерации "Информационное общество" +3 631,0 Федеральный проект "Доступный и качественный контент в современном информационном пространстве" +3 631,0 Государственная поддержка автономной некоммерческой организации "Национальные приоритеты" в целях осуществления информационно-разъяснительного и экспертно-социологического сопровождения результатов и мероприятий отдельных инициатив Президента Российской Федерации и Правительства Российской Федерации в средствах массовой информации и информационно-телекоммуникационной сети "Интернет" (Предоставление субсидий бюджетным, автономным учреждениям и иным некоммерческим организациям) +136,2 Субсидии федеральному государственному унитарному предприятию "Международное информационное агентство "Россия сегодня" (Иные бюджетные ассигнования) +815,9 Субсидии федеральному государственному унитарному предприятию "Информационное телеграфное агентство России (ИТАР-ТАСС)" на финансовое обеспечение расходов по организации мероприятий по освещению государственной политики и общественной жизни в Российской Федерации, сбора и оперативного распространения информации о событиях в сфере политики, экономики, культуры, науки, спорта в целях обеспечения органов государственной власти необходимой информацией, а также расходов для обеспечения международной деятельности (Иные бюджетные ассигнования) +2 650,4 Субсидия акционерному обществу "Издательский дом "Комсомольская правда" в целях реализации информационных проектов на территориях отдельных субъектов Российской Федерации (Иные бюджетные ассигнования) +28,5 МИНИСТЕРСТВО ПРОСВЕЩЕНИЯ РОССИЙСКОЙ ФЕДЕРАЦИИ +1 103 407,1 Общегосударственные вопросы +6 833,4 Фундаментальные исследования +5 287,9 Государственная программа Российской Федерации "Научно-технологическое развитие Российской Федерации" +5 287,9 Комплекс процессных мероприятий "Проведение фундаментальных научных исследований" +5 287,9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+5 287,9 Прикладные научные исследования в области общегосударственных вопросов +1 545,5 Государственная программа Российской Федерации "Научно-технологическое развитие Российской Федерации" +1 545,5 Комплекс процессных мероприятий "Проведение прикладных научных исследований по широкому спектру направлений" +1 545,5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+1 545,5 Образование +1 077 712,3 Дошкольное образование +240 805,4 Государственная программа Российской Федерации "Развитие образования" +240 805,4 Федеральный проект "Поддержка семьи" +240 623,0 Адресное строительство детских садов в отдельных населенных пунктах с объективно выявленной потребностью инфраструктуры (зданий) (Межбюджетные трансферты) +240 623,0 Комплекс процессных мероприятий "Современные механизмы и технологии дошкольного и общего образования" +182,4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+182,4 Общее образование +299 776,6 Государственная программа Российской Федерации "Развитие образования" +299 661,9 Федеральный проект "Цифровые платформы в отраслях социальной сферы" +4 598,5 Реализация отдельных мероприятий (результатов) федеральных проектов, входящих в состав национальных проектов (Предоставление субсидий бюджетным, автономным учреждениям и иным некоммерческим организациям) +4 598,5 Федеральный проект "Россия в мире" +10 116,6 Реализация отдельных мероприятий (результатов) федеральных проектов, входящих в состав национальных проектов (Предоставление субсидий бюджетным, автономным учреждениям и иным некоммерческим организациям) +10 116,6 Федеральный проект "Все лучшее детям" +247 036,0 Адресное строительство школ в отдельных населенных пунктах с объективно выявленной потребностью инфраструктуры (зданий) школ (Межбюджетные трансферты) +247 036,0 Комплекс процессных мероприятий "Современные механизмы и технологии дошкольного и общего образования" +37 910,8 Субсидии образовательным организациям в странах Содружества Независимых Государств (Иные бюджетные ассигнования) +662,6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+37 248,2 Государственная программа Российской Федерации "Доступная среда" +114,7 Комплекс процессных мероприятий "Развитие безбарьерной среды" +114,7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+114,7 Дополнительное образование детей -37 069,0 Государственная программа Российской Федерации "Развитие образования" -37 069,0 Комплекс процессных мероприятий "Дополнительное образование детей, выявление и поддержка лиц, проявивших выдающиеся способности" -37 069,0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-37 069,0 Среднее профессиональное образование +97 246,3 Государственная программа Российской Федерации "Развитие образования" +97 246,3 Федеральный проект "Профессионалитет" +1 199,4 Государственная поддержка развития образовательных кластеров среднего профессионального образования (Предоставление субсидий бюджетным, автономным учреждениям и иным некоммерческим организациям) +370,4 Государственная поддержка развития образовательно-производственных центров (кластеров), создаваемых на основе интеграции образовательных организаций, реализующих программы среднего профессионального образования, и организаций, действующих в реальном секторе экономики (Предоставление субсидий бюджетным, автономным учреждениям и иным некоммерческим организациям) +829,0 Комплекс процессных мероприятий "Содействие развитию среднего профессионального образования и дополнительного профессионального образования" +96 046,9 Субсидии негосударственным образовательным организациям, имеющим аккредитацию, на оказание государственных услуг по реализации образовательных программ среднего профессионального образования и образовательных программ высшего образования (Предоставление субсидий бюджетным, автономным учреждениям и иным некоммерческим организациям) +707,8 Субсидии на возмещение части затрат на уплату процентов по образовательным кредитам, предоставляемым гражданам, поступившим в организации, осуществляющие образовательную деятельность по образовательным программам среднего профессионального образования, высшего образования, для обучения по соответствующим образовательным программам (Иные бюджетные ассигнования) +71 670,2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+23 668,9 Высшее образование +223 833,6 Государственная программа Российской Федерации "Доступная среда" +273,4 Комплекс процессных мероприятий "Обеспечение инвалидов и детей-инвалидов реабилитационными и абилитационными услугами, а также техническими средствами реабилитации, включая изготовление и ремонт протезно-ортопедических изделий" +273,4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+273,4 Государственная программа Российской Федерации "Научно-технологическое развитие Российской Федерации" +223 560,2 Комплекс процессных мероприятий "Реализация образовательных программ высшего образования" +160 422,2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+160 422,2 Комплекс процессных мероприятий "Социальная поддержка и развитие кадрового потенциала в сфере науки и высшего образования" +63 138,0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+63 138,0 Молодежная политика -11 340,3 Государственная программа Российской Федерации "Развитие образования" -11 340,3 Комплекс процессных мероприятий "Поддержка молодежных инициатив" -11 340,3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-11 340,3 Прикладные научные исследования в области образования +3 576,4 Государственная программа Российской Федерации "Научно-технологическое развитие Российской Федерации" +3 576,4 Комплекс процессных мероприятий "Проведение прикладных научных исследований по широкому спектру направлений" +3 576,4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+3 576,4 Другие вопросы в области образования +260 883,3 Государственная программа Российской Федерации "Развитие образования" +259 703,3 Федеральный проект "Создание условий для обучения, отдыха и оздоровления детей и молодежи" +110 000,0 Государственная поддержка Общероссийской общественно-государственной просветительской организации "Российское общество "Знание" в целях проведения мероприятий, направленных на повышение интереса к чтению и развитие школьных библиотек (Предоставление субсидий бюджетным, автономным учреждениям и иным некоммерческим организациям) +110 000,0 Федеральный проект "Искусственный интеллект" +137,3 Реализация отдельных мероприятий (результатов) федеральных проектов, входящих в состав национальных проектов (Предоставление субсидий бюджетным, автономным учреждениям и иным некоммерческим организациям) +137,3 Федеральный проект "Мы вместе (Воспитание гармонично развитой личности)" +132,5 Реализация отдельных мероприятий (результатов) федеральных проектов, входящих в состав национальных проектов (Предоставление субсидий бюджетным, автономным учреждениям и иным некоммерческим организациям) +132,5 Федеральный проект "Россия в мире" +546,2 Реализация отдельных мероприятий (результатов) федеральных проектов, входящих в состав национальных проектов (Предоставление субсидий бюджетным, автономным учреждениям и иным некоммерческим организациям) +546,2 Федеральный проект "Все лучшее детям" +101 626,5 Грант в форме субсидии Образовательному Фонду "Талант и успех" на организацию и проведение 22-й Международной естественно-научной олимпиады юниоров (Предоставление субсидий бюджетным, автономным учреждениям и иным некоммерческим организациям) +100 000,0 Реализация отдельных мероприятий (результатов) федеральных проектов, входящих в состав национальных проектов (Предоставление субсидий бюджетным, автономным учреждениям и иным некоммерческим организациям) +1 626,5 Федеральный проект "Ведущие школы" +26,8 Реализация отдельных мероприятий (результатов) федеральных проектов, входящих в состав национальных проектов (Предоставление субсидий бюджетным, автономным учреждениям и иным некоммерческим организациям) +26,8 Федеральный проект "Педагоги и наставники" +122 204,2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 +107 297,3 Реализация отдельных мероприятий (результатов) федеральных проектов, входящих в состав национальных проектов (Предоставление субсидий бюджетным, автономным учреждениям и иным некоммерческим организациям) +14 906,9 Федеральный проект "Профессионалитет" +1 147,6 Реализация отдельных мероприятий (результатов) федеральных проектов, входящих в состав национальных проектов (Предоставление субсидий бюджетным, автономным учреждениям и иным некоммерческим организациям) +1 147,6 Федеральный проект "Поддержка семьи" +549,7 Реализация отдельных мероприятий (результатов) федеральных проектов, входящих в состав национальных проектов (Предоставление субсидий бюджетным, автономным учреждениям и иным некоммерческим организациям) +549,7 Комплекс процессных мероприятий "Современные механизмы и технологии дошкольного и общего образования" -92 235,2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-92 235,2 Комплекс процессных мероприятий "Содействие развитию среднего профессионального образования и дополнительного профессионального образования" +924,5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+924,5 Комплекс процессных мероприятий "Дополнительное образование детей, выявление и поддержка лиц, проявивших выдающиеся способности" +775,1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+775,1 Комплекс процессных мероприятий "Качество образования" +1 068,4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+1 068,4 Комплекс процессных мероприятий "Научно-методическое, методическое и кадровое обеспечение обучения русскому языку и языкам народов Российской Федерации" +2 420,2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+2 420,2 Комплекс процессных мероприятий "Обеспечение деятельности Министерства просвещения Российской Федерации" +10 379,5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+9 269,8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+477,2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+632,5 Государственная программа Российской Федерации "Доступная среда" +435,9 Комплекс процессных мероприятий "Обеспечение инвалидов и детей-инвалидов реабилитационными и абилитационными услугами, а также техническими средствами реабилитации, включая изготовление и ремонт протезно-ортопедических изделий" +435,9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+435,9 Государственная программа Российской Федерации "Экономическое развитие и инновационная экономика" +320,8 Федеральный проект "Производительность труда" +320,8 Реализация отдельных мероприятий (результатов) федеральных проектов, входящих в состав национальных проектов (Предоставление субсидий бюджетным, автономным учреждениям и иным некоммерческим организациям) +320,8 Государственная программа Российской Федерации "Научно-технологическое развитие Российской Федерации" +209,9 Комплекс процессных мероприятий "Реализация образовательных программ высшего образования" +209,9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+209,9 Государственная программа Российской Федерации "Поддержка и продвижение русского языка за рубежом" +213,4 Комплекс процессных мероприятий "Эффективная русская школа" +213,4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+213,4 Культура, кинематография +179,7 Культура +179,7 Государственная программа Российской Федерации "Развитие культуры" +179,7 Комплекс процессных мероприятий "Создание условий для развития искусства и творчества" +179,7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+179,7 Социальная политика +18 681,7 Охрана семьи и детства +18 681,7 Государственная программа Российской Федерации "Социальная поддержка граждан" +18 681,7 Комплекс процессных мероприятий "Предоставление мер социальной поддержки детям-сиротам, детям, оставшимся без попечения родителей, лицам из числа указанной категории детей, а также гражданам, желающим взять детей на воспитание в семью" +18 681,7 Финансовое обеспечение выполнения функций федеральных государственных органов, оказания услуг и выполнения работ (Социальное обеспечение и иные выплаты населению) +18 681,7 МИНИСТЕРСТВО НАУКИ И ВЫСШЕГО ОБРАЗОВАНИЯ РОССИЙСКОЙ ФЕДЕРАЦИИ +14 372 717,5 Общегосударственные вопросы +10 086 471,3 Международные отношения и международное сотрудничество +433,6 Государственная программа Российской Федерации "Научно-технологическое развитие Российской Федерации" +433,6 Комплекс процессных мероприятий "Международное сотрудничество в сфере науки" +433,6 Субсидии Международному центру компетенций в горнотехническом образовании в г. Санкт-Петербурге (Российская Федерация) под эгидой ЮНЕСКО (Предоставление субсидий бюджетным, автономным учреждениям и иным некоммерческим организациям) +433,6 Фундаментальные исследования +1 191 099,9 Государственная программа Российской Федерации "Научно-технологическое развитие Российской Федерации" +1 191 099,9 Федеральный проект "Разработка важнейших наукоемких технологий по направлению новых материалов и химии" +4 168,9 Реализация отдельных мероприятий (результатов) федеральных проектов, входящих в состав национальных проектов (Предоставление субсидий бюджетным, автономным учреждениям и иным некоммерческим организациям) +4 168,9 Федеральный проект "Университеты для поколения лидеров" +62 569,5 Реализация отдельных мероприятий (результатов) федеральных проектов, входящих в состав национальных проектов (Предоставление субсидий бюджетным, автономным учреждениям и иным некоммерческим организациям) +62 569,5 Комплекс процессных мероприятий "Проведение фундаментальных научных исследований" +1 124 335,1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+1 124 335,1 Комплекс процессных мероприятий "Социальная поддержка и развитие кадрового потенциала в сфере науки и высшего образования" +26,4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+26,4 Прикладные научные исследования в области общегосударственных вопросов +29 361,5 Государственная программа Российской Федерации "Научно-технологическое развитие Российской Федерации" +29 361,5 Федеральный проект "Развитие научно-технических библиотек" +1 149,5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+1 149,5 Федеральный проект "Технологии термоядерной энергетики" +707,5 Реализация отдельных мероприятий (результатов) федеральных проектов, входящих в состав национальных проектов (Предоставление субсидий бюджетным, автономным учреждениям и иным некоммерческим организациям) +707,5 Комплекс процессных мероприятий "Проведение прикладных научных исследований по широкому спектру направлений" +27 504,5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+27 504,5 Другие общегосударственные вопросы +8 865 576,3 Государственная программа Российской Федерации "Научно-технологическое развитие Российской Федерации" +22 690,8 Комплекс процессных мероприятий "Обеспечение деятельности Министерства науки и высшего образования Российской Федерации" +22 690,8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+21 660,0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+1 030,8 Реализация функций иных федеральных органов государственной власти +8 842 885,5 Иные непрограммные мероприятия +8 842 885,5 Субсидия автономной некоммерческой организации "Дирекция Выставки Достижений "Россия" на финансовое обеспечение затрат, связанных с деятельностью Национального центра "Россия" (Предоставление субсидий бюджетным, автономным учреждениям и иным некоммерческим организациям) +8 842 885,5 Национальная экономика +21 455,6 Прикладные научные исследования в области национальной экономики +17 305,1 Государственная программа Российской Федерации "Научно-технологическое развитие Российской Федерации" +17 305,1 Федеральный проект "Реализация Федеральной научно-технической программы развития сельского хозяйства и научное обеспечение развития отраслей агропромышленного комплекса" +1 795,1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+1 795,1 Федеральный проект "Развитие отечественного приборостроения гражданского назначения для научных исследований" +3 246,3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+3 246,3 Федеральный проект "Наука и кадры для производства средств производства и автоматизации" +118,5 Реализация отдельных мероприятий (результатов) федеральных проектов, входящих в состав национальных проектов (Предоставление субсидий бюджетным, автономным учреждениям и иным некоммерческим организациям) +118,5 Федеральный проект "Создание условий для развития научных разработок в селекции и генетике" +884,1 Реализация отдельных мероприятий (результатов) федеральных проектов, входящих в состав национальных проектов (Предоставление субсидий бюджетным, автономным учреждениям и иным некоммерческим организациям) +884,1 Федеральный проект "Технологии термоядерной энергетики" +11 261,1 Реализация отдельных мероприятий (результатов) федеральных проектов, входящих в состав национальных проектов (Предоставление субсидий бюджетным, автономным учреждениям и иным некоммерческим организациям) +11 261,1 Другие вопросы в области национальной экономики +4 150,5 Государственная программа Российской Федерации "Космическая деятельность России" +1 258,4 Федеральный проект "Поддержание, развитие и использование системы ГЛОНАСС" +1 258,4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+1 258,4 Государственная программа Российской Федерации "Развитие атомного энергопромышленного комплекса" +279,6 Федеральная целевая программа "Обеспечение ядерной и радиационной безопасности на 2016 - 2020 годы и на период до 2035 года" +279,6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+279,6 Государственная программа Российской Федерации "Научно-технологическое развитие Российской Федерации" +2 612,5 Комплекс процессных мероприятий "Обеспечение деятельности Министерства науки и высшего образования Российской Федерации" +2 612,5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+2 612,5 Образование +4 058 821,4 Дошкольное образование +3 557,0 Государственная программа Российской Федерации "Развитие образования" +3 557,0 Комплекс процессных мероприятий "Современные механизмы и технологии дошкольного и общего образования" +3 557,0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+3 557,0 Общее образование +9 594,8 Государственная программа Российской Федерации "Развитие образования" +9 594,8 Комплекс процессных мероприятий "Современные механизмы и технологии дошкольного и общего образования" +9 594,8 Субсидии образовательным организациям в странах Содружества Независимых Государств (Иные бюджетные ассигнования) +674,7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+8 920,1 Дополнительное образование детей +522,3 Государственная программа Российской Федерации "Развитие образования" +522,3 Комплекс процессных мероприятий "Дополнительное образование детей, выявление и поддержка лиц, проявивших выдающиеся способности" +522,3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+522,3 Среднее профессиональное образование +122 655,3 Государственная программа Российской Федерации "Развитие образования" +122 655,3 Комплекс процессных мероприятий "Содействие развитию среднего профессионального образования и дополнительного профессионального образования" +122 655,3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+122 655,3 Профессиональная подготовка, переподготовка и повышение квалификации +2 027,6 Государственная программа Российской Федерации "Развитие образования" +144,6 Комплекс процессных мероприятий "Содействие развитию среднего профессионального образования и дополнительного профессионального образования" +144,6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+144,6 Государственная программа Российской Федерации "Научно-технологическое развитие Российской Федерации" +693,5 Федеральный проект "Развитие отечественного приборостроения гражданского назначения для научных исследований" +157,8 Субсидия автономной некоммерческой образовательной организации высшего образования "Научно-технологический университет "Сириус" на разработку и реализацию дополнительных профессиональных программ на базе созданного центра по ремонту и техническому обслуживанию высокотехнологичного научного оборудования (Предоставление субсидий бюджетным, автономным учреждениям и иным некоммерческим организациям) +157,8 Федеральный проект "Университеты для поколения лидеров" +132,8 Проведение автономной некоммерческой образовательной организацией высшего образования "Научно-технологический университет "Сириус" и федеральным государственным бюджетным образовательным учреждением высшего образования "Российская академия народного хозяйства и государственной службы при Президенте Российской Федерации" программы развития кадрового управленческого резерва в области науки, технологий и высшего образования (Предоставление субсидий бюджетным, автономным учреждениям и иным некоммерческим организациям) +132,8 Ведомственный проект "Программа развития образования и исследований в области востоковедения и африканистики" +88,9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+88,9 Комплекс процессных мероприятий "Реализация образовательных программ высшего образования" +314,0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+314,0 Государственная программа Российской Федерации "Национальная система пространственных данных" +1 189,5 Федеральный проект "Национальная система пространственных данных" +1 189,5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+1 189,5 Высшее образование +3 893 435,9 Государственная программа Российской Федерации "Доступная среда" +1 288,2 Комплекс процессных мероприятий "Обеспечение инвалидов и детей-инвалидов реабилитационными и абилитационными услугами, а также техническими средствами реабилитации, включая изготовление и ремонт протезно-ортопедических изделий" +1 288,2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+1 288,2 Государственная программа Российской Федерации "Научно-технологическое развитие Российской Федерации" +3 892 147,7 Федеральный проект "Наука и кадры для производства средств производства и автоматизации" +244,6 Обеспечение прохождения студентами старших курсов образовательных организаций высшего образования обучения по разработанным или актуализированным основным образовательным программам высшего образования в интересах организаций сферы производства средств производства и автоматизации (Предоставление субсидий бюджетным, автономным учреждениям и иным некоммерческим организациям) +244,6 Федеральный проект "Мы вместе (Воспитание гармонично развитой личности)" +1 389,3 Реализация отдельных мероприятий (результатов) федеральных проектов, входящих в состав национальных проектов (Предоставление субсидий бюджетным, автономным учреждениям и иным некоммерческим организациям) +1 389,3 Ведомственный проект "Программа развития образования и исследований в области востоковедения и африканистики" +585,3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+585,3 Комплекс процессных мероприятий "Реализация образовательных программ высшего образования" +3 235 842,3 Субсидии юридическим лицам, не являющимся некоммерческими организациями, на государственную поддержку развития образования и науки, имеющим аккредитацию на оказание государственных услуг по реализации образовательных программ высшего образования (Иные бюджетные ассигнования) +71,7 Субсидии негосударственным образовательным организациям, имеющим аккредитацию, на оказание государственных услуг по реализации образовательных программ среднего профессионального образования и образовательных программ высшего образования (Предоставление субсидий бюджетным, автономным учреждениям и иным некоммерческим организациям) +16 562,5 Государственная поддержка автономной некоммерческой организации высшего образования "Университет Иннополис", государственного бюджетного образовательного учреждения высшего образования "Альметьевский государственный технологический университет "Высшая школа нефти" и федеральных государственных образовательных организаций высшего образования в целях повышения уровня оплаты труда научно-педагогических работников, которые преподают предметы, дисциплины (модули) фундаментального характера (Предоставление субсидий бюджетным, автономным учреждениям и иным некоммерческим организациям) +29 939,3 Субсидии образовательным организациям в странах Содружества Независимых Государств (Иные бюджетные ассигнования) +4 476,0 Субсидии на возмещение части затрат на уплату процентов по образовательным кредитам, предоставляемым гражданам, поступившим в организации, осуществляющие образовательную деятельность по образовательным программам среднего профессионального образования, высшего образования, для обучения по соответствующим образовательным программам (Иные бюджетные ассигнования) +709 655,0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+2 475 137,8 Комплекс процессных мероприятий "Социальная поддержка и развитие кадрового потенциала в сфере науки и высшего образования" +654 086,2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+654 086,2 Молодежная политика +2 564,8 Государственная программа Российской Федерации "Развитие образования" +2 564,8 Федеральный проект "Россия - страна возможностей" +2 260,8 Грант в форме субсидии автономной некоммерческой организации Национальный открытый чемпионат творческих компетенций "АртМастерс (Мастера Искусств)" на организацию и проведение Национального открытого чемпионата творческих компетенций "ArtMasters" (Предоставление субсидий бюджетным, автономным учреждениям и иным некоммерческим организациям) +2 260,8 Федеральный проект "Мы вместе (Воспитание гармонично развитой личности)" +304,0 Реализация отдельных мероприятий (результатов) федеральных проектов, входящих в состав национальных проектов (Предоставление субсидий бюджетным, автономным учреждениям и иным некоммерческим организациям) +304,0 Прикладные научные исследования в области образования +17 445,4 Государственная программа Российской Федерации "Научно-технологическое развитие Российской Федерации" +17 445,4 Федеральный проект "Наука и кадры для производства средств производства и автоматизации" +11 402,5 Реализация отдельных мероприятий (результатов) федеральных проектов, входящих в состав национальных проектов (Предоставление субсидий бюджетным, автономным учреждениям и иным некоммерческим организациям) +11 402,5 Комплекс процессных мероприятий "Проведение прикладных научных исследований по широкому спектру направлений" +6 042,9 Субсидия автономной некоммерческой образовательной организации высшего образования "Научно-технологический университет "Сириус" на финансовое обеспечение научной и образовательной деятельности (Предоставление субсидий бюджетным, автономным учреждениям и иным некоммерческим организациям) +4 547,4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+1 495,5 Другие вопросы в области образования +7 018,3 Государственная программа Российской Федерации "Развитие образования" +185,5 Федеральный проект "Россия - страна возможностей" +185,5 Обеспечение проведения Всероссийской олимпиады студентов "Я - профессионал" (Предоставление субсидий бюджетным, автономным учреждениям и иным некоммерческим организациям) +185,5 Государственная программа Российской Федерации "Экономическое развитие и инновационная экономика" +209,5 Федеральный проект "Производительность труда" +209,5 Реализация отдельных мероприятий (результатов) федеральных проектов, входящих в состав национальных проектов (Предоставление субсидий бюджетным, автономным учреждениям и иным некоммерческим организациям) +209,5 Государственная программа Российской Федерации "Научно-технологическое развитие Российской Федерации" +5 607,8 Федеральный проект "Образование для рынка труда" +302,6 Совершенствование системы центров карьеры на базе организаций высшего образования (Предоставление субсидий бюджетным, автономным учреждениям и иным некоммерческим организациям) +302,6 Федеральный проект "Россия - страна возможностей" +295,3 Грант в форме субсидии на финансовое обеспечение реализации мероприятий по предоставлению грантов на обучение по основным программам профессионального обучения на бесплатной основе участников студенческих отрядов по профессиям рабочих, должностям служащих, необходимым для осуществления трудовой деятельности в составе таких отрядов (Предоставление субсидий бюджетным, автономным учреждениям и иным некоммерческим организациям) +295,3 Комплекс процессных мероприятий "Реализация образовательных программ высшего образования" +4 760,8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+4 605,6 Финансовое обеспечение выполнения функций федеральных государственных органов, оказания услуг и выполнения работ (Иные бюджетные ассигнования) +155,2 Комплекс процессных мероприятий "Социальная поддержка и развитие кадрового потенциала в сфере науки и высшего образования" +249,1 Государственная поддержка Образовательного Фонда "Талант и успех" на обеспечение выплаты грантов Президента Российской Федерации (Предоставление субсидий бюджетным, автономным учреждениям и иным некоммерческим организациям) +249,1 Государственная программа Российской Федерации "Поддержка и продвижение русского языка за рубежом" +1 015,5 Федеральный проект "Формирование системы стимулирования интереса к изучению русского языка" +529,7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+529,7 Ведомственный проект "Совершенствование инфраструктуры дополнительного образования в целях продвижения русского языка за рубежом" +356,9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+356,9 Комплекс процессных мероприятий "Развитие международного научно-образовательного сотрудничества в сфере русистики" +99,3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+99,3 Комплекс процессных мероприятий "Продвижение русского языка в зарубежном информационном пространстве" +29,6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+29,6 Культура, кинематография +2 044,5 Культура +2 044,5 Государственная программа Российской Федерации "Развитие культуры" +2 044,5 Комплекс процессных мероприятий "Создание условий для развития музейного дела" +147,6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+147,6 Комплекс процессных мероприятий "Создание условий для развития искусства и творчества" +1 896,9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+1 896,9 Здравоохранение +72 223,8 Стационарная медицинская помощь +25 947,0 Государственная программа Российской Федерации "Развитие здравоохранения" +25 947,0 Комплекс процессных мероприятий "Медико-санитарное обеспечение отдельных категорий граждан" +2 306,0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+2 306,0 Комплекс процессных мероприятий "Предупреждение и борьба с социально значимыми заболеваниями" +23 641,0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+23 641,0 Амбулаторная помощь +5 953,9 Государственная программа Российской Федерации "Развитие здравоохранения" +5 953,9 Комплекс процессных мероприятий "Медико-санитарное обеспечение отдельных категорий граждан" +151,4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+151,4 Комплекс процессных мероприятий "Высокотехнологичная медицинская помощь и медицинская помощь, оказываемая в рамках клинической апробации методов профилактики, диагностики, лечения и реабилитации" +5 802,5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+5 802,5 Санаторно-оздоровительная помощь +3 581,8 Государственная программа Российской Федерации "Развитие здравоохранения" +3 581,8 Комплекс процессных мероприятий "Организация санаторно-курортного лечения" +3 547,9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+3 547,9 Комплекс процессных мероприятий "Медико-санитарное обеспечение отдельных категорий граждан" +33,9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+33,9 Прикладные научные исследования в области здравоохранения +36 496,8 Государственная программа Российской Федерации "Развитие здравоохранения" +2 775,9 Федеральный проект "Технологии разработки медицинских изделий, лекарственных средств и платформ нового поколения" +187,8 Реализация отдельных мероприятий (результатов) федеральных проектов, входящих в состав национальных проектов (Предоставление субсидий бюджетным, автономным учреждениям и иным некоммерческим организациям) +187,8 Федеральный проект "Биомедицинские и когнитивные технологии будущего" +2 176,9 Реализация отдельных мероприятий (результатов) федеральных проектов, входящих в состав национальных проектов (Предоставление субсидий бюджетным, автономным учреждениям и иным некоммерческим организациям) +2 176,9 Федеральный проект "Регенеративная биомедицина, технологии превентивной медицины, обеспечивающие активное и здоровое долголетие" +411,2 Реализация отдельных мероприятий (результатов) федеральных проектов, входящих в состав национальных проектов (Предоставление субсидий бюджетным, автономным учреждениям и иным некоммерческим организациям) +411,2 Государственная программа Российской Федерации "Научно-технологическое развитие Российской Федерации" +33 720,9 Комплекс процессных мероприятий "Прикладные научные исследования и разработки в интересах медицины и здравоохранения" +33 720,9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+33 720,9 Другие вопросы в области здравоохранения +244,3 Государственная программа Российской Федерации "Развитие здравоохранения" +244,3 Комплекс процессных мероприятий "Развитие государственной экспертной деятельности в сфере здравоохранения" +244,3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+244,3 Социальная политика +131 700,9 Охрана семьи и детства +131 700,9 Государственная программа Российской Федерации "Социальная поддержка граждан" +131 700,9 Комплекс процессных мероприятий "Предоставление мер социальной поддержки детям-сиротам, детям, оставшимся без попечения родителей, лицам из числа указанной категории детей, а также гражданам, желающим взять детей на воспитание в семью" +131 700,9 Финансовое обеспечение выполнения функций федеральных государственных органов, оказания услуг и выполнения работ (Социальное обеспечение и иные выплаты населению) +131 700,9 ФЕДЕРАЛЬНОЕ АГЕНТСТВО ПО РЫБОЛОВСТВУ +127 366,6 Национальная экономика +95 023,8 Сельское хозяйство и рыболовство +59 847,0 Государственная программа Российской Федерации "Охрана окружающей среды" +120,7 Федеральный проект "Чистый воздух" +120,7 Реализация отдельных мероприятий (результатов) федеральных проектов, входящих в состав национальных проектов (Предоставление субсидий бюджетным, автономным учреждениям и иным некоммерческим организациям) +120,7 Государственная программа Российской Федерации "Развитие рыбохозяйственного комплекса" +59 726,3 Комплекс процессных мероприятий "Реализация мер по искусственному воспроизводству и сохранению водных биологических ресурсов" +13 270,4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+13 270,4 Комплекс процессных мероприятий "Контроль, надзор за состоянием водных биологических ресурсов и повышение безопасности плавания судов промыслового флота" +4 027,2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+4 027,2 Комплекс процессных мероприятий "Обеспечение деятельности рыбохозяйственного комплекса" +42 428,7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+39 468,7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+2 960,0 Прикладные научные исследования в области национальной экономики +35 176,8 Государственная программа Российской Федерации "Научно-технологическое развитие Российской Федерации" +35 176,8 Комплекс процессных мероприятий "Проведение прикладных научных исследований по широкому спектру направлений" +35 176,8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+35 176,8 Образование +30 102,6 Среднее профессиональное образование +8 007,4 Государственная программа Российской Федерации "Развитие образования" +8 007,4 Комплекс процессных мероприятий "Содействие развитию среднего профессионального образования и дополнительного профессионального образования" +8 007,4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+8 007,4 Высшее образование +21 297,5 Государственная программа Российской Федерации "Научно-технологическое развитие Российской Федерации" +21 297,5 Комплекс процессных мероприятий "Реализация образовательных программ высшего образования" +17 824,8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+17 824,8 Комплекс процессных мероприятий "Социальная поддержка и развитие кадрового потенциала в сфере науки и высшего образования" +3 472,7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+3 472,7 Прикладные научные исследования в области образования +576,5 Государственная программа Российской Федерации "Научно-технологическое развитие Российской Федерации" +576,5 Комплекс процессных мероприятий "Проведение прикладных научных исследований по широкому спектру направлений" +576,5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+576,5 Другие вопросы в области образования +221,2 Государственная программа Российской Федерации "Научно-технологическое развитие Российской Федерации" +221,2 Комплекс процессных мероприятий "Реализация образовательных программ высшего образования" +221,2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+221,2 Социальная политика +2 240,2 Охрана семьи и детства +2 240,2 Государственная программа Российской Федерации "Социальная поддержка граждан" +2 240,2 Комплекс процессных мероприятий "Предоставление мер социальной поддержки детям-сиротам, детям, оставшимся без попечения родителей, лицам из числа указанной категории детей, а также гражданам, желающим взять детей на воспитание в семью" +2 240,2 Финансовое обеспечение выполнения функций федеральных государственных органов, оказания услуг и выполнения работ (Социальное обеспечение и иные выплаты населению) +2 240,2 ФЕДЕРАЛЬНАЯ СЛУЖБА ПО НАДЗОРУ В СФЕРЕ ОБРАЗОВАНИЯ И НАУКИ +42 285,8 Общегосударственные вопросы +505,2 Прикладные научные исследования в области общегосударственных вопросов +505,2 Государственная программа Российской Федерации "Научно-технологическое развитие Российской Федерации" +505,2 Комплекс процессных мероприятий "Проведение прикладных научных исследований по широкому спектру направлений" +505,2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+505,2 Образование +41 162,5 Прикладные научные исследования в области образования +32 640,1 Государственная программа Российской Федерации "Научно-технологическое развитие Российской Федерации" +32 640,1 Комплекс процессных мероприятий "Научно-методическое и экспертно-аналитическое обеспечение государственного управления" +32 640,1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+32 640,1 Другие вопросы в области образования +8 522,4 Государственная программа Российской Федерации "Развитие образования" +8 049,1 Федеральный проект "Все лучшее детям" +430,4 Реализация отдельных мероприятий (результатов) федеральных проектов, входящих в состав национальных проектов (Предоставление субсидий бюджетным, автономным учреждениям и иным некоммерческим организациям) +430,4 Комплекс процессных мероприятий "Качество образования" +7 618,7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+3 059,4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+194,8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+4 364,5 Государственная программа Российской Федерации "Научно-технологическое развитие Российской Федерации" +473,3 Комплекс процессных мероприятий "Проведение прикладных научных исследований по широкому спектру направлений" +473,3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+473,3 Здравоохранение +618,1 Другие вопросы в области здравоохранения +618,1 Государственная программа Российской Федерации "Развитие здравоохранения" +618,1 Федеральный проект "Управление медицинской наукой" +618,1 Реализация отдельных мероприятий (результатов) федеральных проектов, входящих в состав национальных проектов (Предоставление субсидий бюджетным, автономным учреждениям и иным некоммерческим организациям) +618,1 ФЕДЕРАЛЬНАЯ СЛУЖБА ПО ВЕТЕРИНАРНОМУ И ФИТОСАНИТАРНОМУ НАДЗОРУ +102 894,4 Национальная экономика +102 894,4 Сельское хозяйство и рыболовство +98 974,2 Государственная программа развития сельского хозяйства и регулирования рынков сельскохозяйственной продукции, сырья и продовольствия +98 957,3 Федеральный проект "Экспорт продукции агропромышленного комплекса" +986,3 Реализация отдельных мероприятий (результатов) федеральных проектов, входящих в состав национальных проектов (Предоставление субсидий бюджетным, автономным учреждениям и иным некоммерческим организациям) +986,3 Комплекс процессных мероприятий "Организация ветеринарного и фитосанитарного надзора" +97 971,0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+86 459,6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+4 129,1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+7 382,3 Реализация функций иных федеральных органов государственной власти +16,9 Мобилизационная подготовка органов государственной власти +16,9 Субсидии на содержание запасных пунктов управления (Предоставление субсидий бюджетным, автономным учреждениям и иным некоммерческим организациям) +16,9 Прикладные научные исследования в области национальной экономики +3 920,2 Государственная программа Российской Федерации "Научно-технологическое развитие Российской Федерации" +3 920,2 Комплекс процессных мероприятий "Проведение прикладных научных исследований по широкому спектру направлений" +3 920,2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+3 920,2 МИНИСТЕРСТВО СЕЛЬСКОГО ХОЗЯЙСТВА РОССИЙСКОЙ ФЕДЕРАЦИИ +42 124 495,5 Общегосударственные вопросы +14 190,9 Фундаментальные исследования +14 190,9 Государственная программа Российской Федерации "Научно-технологическое развитие Российской Федерации" +14 190,9 Федеральный проект "Университеты для поколения лидеров" +121,4 Реализация отдельных мероприятий (результатов) федеральных проектов, входящих в состав национальных проектов (Предоставление субсидий бюджетным, автономным учреждениям и иным некоммерческим организациям) +121,4 Комплекс процессных мероприятий "Проведение фундаментальных научных исследований" +14 069,5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+14 069,5 Национальная экономика +41 846 691,1 Сельское хозяйство и рыболовство +41 554 433,5 Государственная программа развития сельского хозяйства и регулирования рынков сельскохозяйственной продукции, сырья и продовольствия +41 745 708,7 Федеральный проект "Стимулирование инвестиционной деятельности в агропромышленном комплексе" +18 396 371,8 Субсидии в целях софинансирования расходных обязательств субъектов Российской Федерации по возмещению части прямых понесенных затрат на создание и (или)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 (Межбюджетные трансферты) +8 064 379,5 Возмещение недополученных российскими кредитными организациями и государственной корпорацией развития "ВЭБ.РФ" доходов по кредитам, выданным сельскохозяйственным товаропроизводителям (за исключением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производство лекарственных средств для ветеринарного применения, кормовых и пищевых добавок, ферментных препаратов, по льготной ставке (Иные бюджетные ассигнования) +10 331 992,3 Федеральный проект "Экспорт продукции агропромышленного комплекса" +23 264 888,6 Государственная поддержка российских организаций в целях снижения затрат на транспортировку сельскохозяйственной и продовольственной продукции (Иные бюджетные ассигнования) +10 000 000,0 Возмещение недополученных российскими кредитными организациями, международными финансовыми организациями и государственной корпорацией развития "ВЭБ.РФ" доходов по кредитам, выданным сельскохозяйственным товаропроизводителям (за исключением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 (Иные бюджетные ассигнования) +13 261 146,5 Реализация отдельных мероприятий (результатов) федеральных проектов, входящих в состав национальных проектов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+256,0 Реализация отдельных мероприятий (результатов) федеральных проектов, входящих в состав национальных проектов (Закупка товаров, работ и услуг для обеспечения государственных (муниципальных) нужд) -224,8 Реализация отдельных мероприятий (результатов) федеральных проектов, входящих в состав национальных проектов (Предоставление субсидий бюджетным, автономным учреждениям и иным некоммерческим организациям) +3 710,9 Комплекс процессных мероприятий "Обеспечение деятельности Министерства сельского хозяйства Российской Федерации и подведомственных организаций" +84 448,3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+13 141,2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+71 307,1 Государственная программа Российской Федерации "Комплексное развитие сельских территорий" +2 879,0 Комплекс процессных мероприятий "Выполнение бюджетными учреждениями, подведомственными Министерству сельского хозяйства Российской Федерации, государственных заданий по информационному, аналитическому и методологическому обеспечению комплексного развития сельских территорий" +2 879,0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+2 879,0 Государственная программа эффективного вовлечения в оборот земель сельскохозяйственного назначения и развития мелиоративного комплекса Российской Федерации -194 154,2 Комплекс процессных мероприятий "Обеспечение эффективного управления мелиоративным комплексом и организация рационального использования земель сельскохозяйственного назначения" -194 154,2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-274 791,8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+80 637,6 Прикладные научные исследования в области национальной экономики +17 465,8 Государственная программа Российской Федерации "Научно-технологическое развитие Российской Федерации" +17 465,8 Федеральный проект "Реализация Федеральной научно-технической программы развития сельского хозяйства и научное обеспечение развития отраслей агропромышленного комплекса" +831,2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+831,2 Федеральный проект "Создание условий для развития научных разработок в селекции и генетике" +938,0 Реализация отдельных мероприятий (результатов) федеральных проектов, входящих в состав национальных проектов (Предоставление субсидий бюджетным, автономным учреждениям и иным некоммерческим организациям) +938,0 Комплекс процессных мероприятий "Проведение прикладных научных исследований по широкому спектру направлений" +13 350,5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+13 350,5 Комплекс процессных мероприятий "Научно-методическое и экспертно-аналитическое обеспечение государственного управления" +2 346,1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+2 346,1 Другие вопросы в области национальной экономики +274 791,8 Реализация функций иных федеральных органов государственной власти +274 791,8 Иные непрограммные мероприятия +274 791,8 Субсидии российским кредитным организациям на возмещение недополученных ими доходов по кредитам, выданным по льготной ставке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(или) ее приобретение и реализацию, государственным унитарным предприятиям, занятым в растениеводстве и (или) животноводстве и (или) осуществляющим деятельность по приобретению и реализации сельскохозяйственной продукции на территориях отдельных субъектов Российской Федерации (Иные бюджетные ассигнования) +274 791,8 Образование +241 450,3 Дошкольное образование +143,9 Государственная программа Российской Федерации "Развитие образования" +143,9 Комплекс процессных мероприятий "Современные механизмы и технологии дошкольного и общего образования" +143,9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+143,9 Среднее профессиональное образование +15 676,3 Государственная программа Российской Федерации "Развитие образования" +15 676,3 Комплекс процессных мероприятий "Содействие развитию среднего профессионального образования и дополнительного профессионального образования" +15 676,3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+15 676,3 Профессиональная подготовка, переподготовка и повышение квалификации +2 649,6 Государственная программа развития сельского хозяйства и регулирования рынков сельскохозяйственной продукции, сырья и продовольствия +2 501,7 Комплекс процессных мероприятий "Обеспечение деятельности Министерства сельского хозяйства Российской Федерации и подведомственных организаций" +2 501,7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+2 501,7 Государственная программа Российской Федерации "Комплексное развитие сельских территорий" +147,9 Комплекс процессных мероприятий "Выполнение бюджетными учреждениями, подведомственными Министерству сельского хозяйства Российской Федерации, государственных заданий по информационному, аналитическому и методологическому обеспечению комплексного развития сельских территорий" +147,9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+147,9 Высшее образование +220 306,2 Государственная программа Российской Федерации "Доступная среда" +74,5 Комплекс процессных мероприятий "Обеспечение инвалидов и детей-инвалидов реабилитационными и абилитационными услугами, а также техническими средствами реабилитации, включая изготовление и ремонт протезно-ортопедических изделий" +74,5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+74,5 Государственная программа Российской Федерации "Научно-технологическое развитие Российской Федерации" +220 231,7 Комплекс процессных мероприятий "Реализация образовательных программ высшего образования" +162 627,9 Государственная поддержка автономной некоммерческой организации высшего образования "Университет Иннополис", государственного бюджетного образовательного учреждения высшего образования "Альметьевский государственный технологический университет "Высшая школа нефти" и федеральных государственных образовательных организаций высшего образования в целях повышения уровня оплаты труда научно-педагогических работников, которые преподают предметы, дисциплины (модули) фундаментального характера (Предоставление субсидий бюджетным, автономным учреждениям и иным некоммерческим организациям) +46,9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+162 581,0 Комплекс процессных мероприятий "Социальная поддержка и развитие кадрового потенциала в сфере науки и высшего образования" +57 603,8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+57 603,8 Прикладные научные исследования в области образования +2 395,3 Государственная программа Российской Федерации "Научно-технологическое развитие Российской Федерации" +2 395,3 Комплекс процессных мероприятий "Проведение прикладных научных исследований по широкому спектру направлений" +2 395,3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+2 395,3 Другие вопросы в области образования +279,0 Государственная программа Российской Федерации "Научно-технологическое развитие Российской Федерации" +279,0 Комплекс процессных мероприятий "Реализация образовательных программ высшего образования" +279,0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+279,0 Здравоохранение +279,3 Санаторно-оздоровительная помощь +279,3 Государственная программа Российской Федерации "Развитие здравоохранения" +279,3 Комплекс процессных мероприятий "Организация санаторно-курортного лечения" +279,3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+279,3 Социальная политика +21 883,9 Охрана семьи и детства +21 883,9 Государственная программа Российской Федерации "Социальная поддержка граждан" +21 883,9 Комплекс процессных мероприятий "Предоставление мер социальной поддержки детям-сиротам, детям, оставшимся без попечения родителей, лицам из числа указанной категории детей, а также гражданам, желающим взять детей на воспитание в семью" +21 883,9 Финансовое обеспечение выполнения функций федеральных государственных органов, оказания услуг и выполнения работ (Социальное обеспечение и иные выплаты населению) +21 883,9 ГОСУДАРСТВЕННАЯ ФЕЛЬДЪЕГЕРСКАЯ СЛУЖБА РОССИЙСКОЙ ФЕДЕРАЦИИ +37 838,1 Национальная безопасность и правоохранительная деятельность +36 764,8 Другие вопросы в области национальной безопасности и правоохранительной деятельности +36 764,8 Доставка государственной корреспонденции +36 764,8 Обеспечение доставки государственной корреспонденции +36 764,8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+34 252,0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+2 512,8 Социальная политика +1 073,3 Социальное обеспечение населения +988,4 Государственная программа Российской Федерации "Социальная поддержка граждан" +986,6 Комплекс процессных мероприятий "Предоставление мер социальной поддержки отдельным категориям граждан" +3,5 Возмещение федеральными органами исполнительной власти, федеральными государственными органами расходов на погребение (Социальное обеспечение и иные выплаты населению) +3,5 Комплекс процессных мероприятий "Предоставление мер государственной поддержки отдельным категориям государственных служащих, уволенным из их числа, военнослужащим, сотрудникам некоторых федеральных органов государственной власти, гражданам, проходившим военные сборы, инвалидам вследствие военной травмы, погибшим (умершим) или получившим увечья при исполнении служебных обязанностей, и членам их семей" +983,1 Пособия лицам, являвшимся сотрудниками федеральной фельдъегерской связи, получившим телесные повреждения, исключающие для них возможность дальнейшего осуществления служебной деятельности, а также семьям и иждивенцам погибших (умерших) сотрудников федеральной фельдъегерской связи (Социальное обеспечение и иные выплаты населению) +983,1 Доставка государственной корреспонденции +1,8 Обеспечение доставки государственной корреспонденции +1,8 Ежемесячная выплата гражданам, уволенным со службы в органах внутренних дел без права на пенсию, имеющим общую продолжительность службы в органах внутренних дел менее 20 лет (Социальное обеспечение и иные выплаты населению) +1,8 Охрана семьи и детства +84,9 Государственная программа Российской Федерации "Социальная поддержка граждан" +84,9 Комплекс процессных мероприятий "Предоставление мер государственной поддержки семьям с детьми" +84,9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+84,9 ФЕДЕРАЛЬНОЕ АГЕНТСТВО ПО ДЕЛАМ МОЛОДЕЖИ +1 308 058,3 Общегосударственные вопросы +2 241,3 Другие общегосударственные вопросы +2 241,3 Государственная программа Российской Федерации "Развитие образования" +2 241,3 Комплекс процессных мероприятий "Поддержка молодежных инициатив" +2 241,3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+2 112,3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+129,0 Образование +1 305 817,0 Молодежная политика +1 305 817,0 Государственная программа Российской Федерации "Развитие образования" +1 305 796,4 Федеральный проект "Активные меры содействия занятости" +909,8 Реализация отдельных мероприятий (результатов) федеральных проектов, входящих в состав национальных проектов (Предоставление субсидий бюджетным, автономным учреждениям и иным некоммерческим организациям) +909,8 Федеральный проект "Россия - страна возможностей" +1 248 079,0 Грант в форме субсидии автономной некоммерческой организации "Россия - страна возможностей" на финансовое обеспечение проведения образовательных мероприятий на базе подмосковного образовательного молодежного центра "Мастерская управления "Сенеж" (Предоставление субсидий бюджетным, автономным учреждениям и иным некоммерческим организациям) +1 221 067,0 Грант в форме субсидии автономной некоммерческой организации "Таврида.Арт" на финансовое обеспечение мероприятий в целях организации и проведения образовательных заездов для молодых деятелей культуры и искусств "Таврида" в составе арт-кластера "Таврида" (Предоставление субсидий бюджетным, автономным учреждениям и иным некоммерческим организациям) +2 674,8 Грант в форме субсидии автономной некоммерческой организации "Таврида.Арт" на финансовое обеспечение мероприятий в целях проведения фестиваля "Таврида.АРТ" (Предоставление субсидий бюджетным, автономным учреждениям и иным некоммерческим организациям) +587,9 Грант в форме субсидии Общероссийской молодежной общественной организации "Российский союз сельской молодежи" на финансовое обеспечение мероприятий по организации и проведению программы подготовки команд молодых специалистов для реализации социальных проектов "Кадры для села" (Предоставление субсидий бюджетным, автономным учреждениям и иным некоммерческим организациям) +248,8 Грант в форме субсидии автономной некоммерческой организации "Таврида.Арт" на финансовое обеспечение мероприятий в целях проведения образовательных мероприятий в рамках академии творческих индустрий "Меганом" в составе арт-кластера "Таврида" (Предоставление субсидий бюджетным, автономным учреждениям и иным некоммерческим организациям) +10 141,1 Грант в форме субсидии автономной некоммерческой организации "Таврида.Арт" в целях проведения работ по благоустройству и развитию территории арт-кластера "Таврида" (Предоставление субсидий бюджетным, автономным учреждениям и иным некоммерческим организациям) +830,8 Грант в форме субсидии автономной некоммерческой организации "Россия - страна возможностей" на финансовое обеспечение мероприятий по реализации проектов и конкурсов для молодежи в целях создания возможностей для профессионального и карьерного роста (Предоставление субсидий бюджетным, автономным учреждениям и иным некоммерческим организациям) +2 002,5 Грант в форме субсидии автономной некоммерческой организации "Россия - страна возможностей" на содействие развитию социальных лифтов, поддержку проектов и инициатив, создающих возможности для личностной и профессиональной самореализации граждан в различных сферах деятельности (Предоставление субсидий бюджетным, автономным учреждениям и иным некоммерческим организациям) +1 448,5 Грант в форме субсидии автономной некоммерческой организации "Россия - страна возможностей" на организацию и проведение конкурса управленцев "Лидеры России", а также выплату грантов победителям конкурса управленцев "Лидеры России" (Предоставление субсидий бюджетным, автономным учреждениям и иным некоммерческим организациям) +882,5 Грант в форме субсидии Общероссийской общественной организации "Российский Союз Молодежи" в целях подготовки и проведения Всероссийского студенческого конкурса "Твой ход" (Предоставление субсидий бюджетным, автономным учреждениям и иным некоммерческим организациям) +1 447,8 Грант в форме субсидии автономной некоммерческой организации "Россия - страна возможностей" в целях реализации Всероссийского проекта "Другое дело" (Предоставление субсидий бюджетным, автономным учреждениям и иным некоммерческим организациям) +929,2 Грант в форме субсидии автономной некоммерческой организации поддержки и развития креативных индустрий "Креативная экономика" для организации и проведения мероприятий по поддержке и развитию креативных индустрий (Предоставление субсидий бюджетным, автономным учреждениям и иным некоммерческим организациям) +441,4 Грант в форме субсидии автономной некоммерческой организации "Таврида.Арт" на финансовое обеспечение мероприятий в целях проведения культурно-просветительских мероприятий в рамках контент-центра при академии творческих индустрий "Меганом" в составе арт-кластера "Таврида" (Предоставление субсидий бюджетным, автономным учреждениям и иным некоммерческим организациям) +2 147,6 Грант в форме субсидии автономной некоммерческой организации "Таврида.Арт" на финансовое обеспечение проведения образовательных и культурно-просветительских мероприятий Арт-резиденции в г. Геническе в составе арт-кластера "Таврида" (Предоставление субсидий бюджетным, автономным учреждениям и иным некоммерческим организациям) +1 351,4 Грант в форме субсидии автономной некоммерческой организации "Молодежный центр "ШУМ" на финансовое обеспечение организации и проведения образовательных программ на базе круглогодичного молодежного образовательного центра "ШУМ" в Калининградской области (Предоставление субсидий бюджетным, автономным учреждениям и иным некоммерческим организациям) +331,8 Реализация отдельных мероприятий (результатов) федеральных проектов, входящих в состав национальных проектов (Предоставление субсидий бюджетным, автономным учреждениям и иным некоммерческим организациям) +1 545,9 Федеральный проект "Мы вместе (Воспитание гармонично развитой личности)" +46 279,5 Грант в форме субсидии Президентскому фонду культурных инициатив в целях поддержки востребованных культурных, просветительских, образовательных, исторических и других творческих проектов, распространяемых в кинотеатрах, на телевидении, радио, в информационно-телекоммуникационной сети "Интернет" и социальных сетях, в том числе для детей и молодежи (Предоставление субсидий бюджетным, автономным учреждениям и иным некоммерческим организациям) +442,5 Грант в форме субсидии Всероссийской общественной организации "Содружество выпускников детских домов "Дети всей страны" на финансовое обеспечение подготовки и проведения мероприятий в целях содействия развитию социально значимых инициатив детей-сирот, формирования условий для успешной социализации данной категории детей (Предоставление субсидий бюджетным, автономным учреждениям и иным некоммерческим организациям) +187,6 Грант в форме субсидии Общероссийской молодежной общественной организации "Ассоциация студенческих спортивных клубов России" на проведение мероприятий в целях создания условий для развития массового студенческого спорта и популяризации здорового образа жизни (Предоставление субсидий бюджетным, автономным учреждениям и иным некоммерческим организациям) +173,2 Грант в форме субсидии автономной некоммерческой организации "Центр изучения и сетевого мониторинга молодежной среды" на осуществление мониторинга распространения в информационно-телекоммуникационных сетях, включая информационно-телекоммуникационную сеть "Интернет", информации, склоняющей или иным способом побуждающей детей к совершению действий, представляющих угрозу их жизни и (или) здоровью, а также жизни и (или) здоровью иных лиц (Предоставление субсидий бюджетным, автономным учреждениям и иным некоммерческим организациям) +3 965,7 Грант в форме субсидии автономной некоммерческой организации "Институт развития интернета" в целях поддержки проектов по созданию (производству) и (или) размещению (распространению) государственного контента, направленного на укрепление гражданской идентичности и духовно-нравственных ценностей в информационно-телекоммуникационной сети "Интернет", в том числе среди молодежи (Предоставление субсидий бюджетным, автономным учреждениям и иным некоммерческим организациям) +8 250,5 Грант в форме субсидии Общероссийской общественно-государственной просветительской организации "Российское общество "Знание" в целях организации мероприятий по просветительской деятельности экспертов, деятелей науки и культуры, выдающихся ученых, спортсменов и общественных деятелей в субъектах Российской Федерации (Предоставление субсидий бюджетным, автономным учреждениям и иным некоммерческим организациям) +19 506,4 Грант в форме субсидии Всероссийской общественной молодежной организации "Всероссийский студенческий корпус спасателей" на финансовое обеспечение мероприятий, направленных на гражданское и патриотическое воспитание молодежи, а также на формирование культуры безопасности и обучение оказанию помощи в чрезвычайных ситуациях среди детей и молодежи (Предоставление субсидий бюджетным, автономным учреждениям и иным некоммерческим организациям) +402,5 Грант в форме субсидии автономной некоммерческой организации "Центр знаний "Машук" в целях организации и проведения образовательных мероприятий по обучению современным инструментам и методикам работы с детьми и молодежью (Предоставление субсидий бюджетным, автономным учреждениям и иным некоммерческим организациям) +4 058,1 Грант в форме субсидии автономной некоммерческой организации "Больше, чем путешествие" на финансовое обеспечение мероприятий в целях направления в путешествия участников гражданско-патриотической и общественно полезной программы "Больше, чем путешествие" (Предоставление субсидий бюджетным, автономным учреждениям и иным некоммерческим организациям) +4 895,7 Грант в форме субсидии Общероссийскому общественному движению по увековечению памяти погибших при защите Отечества "Поисковое движение России" на проведение мероприятий в целях сохранения и увековечения памяти погибших при защите Отечества, установления имен и судеб погибших и пропавших без вести при защите Отечества, розыска их родственников, проведения поисковых и иных работ (Предоставление субсидий бюджетным, автономным учреждениям и иным некоммерческим организациям) +67,4 Грант в форме субсидии Ассоциации волонтерских центров на финансовое обеспечение мероприятий в целях развития волонтерской (добровольческой) деятельности, создания инфраструктуры поддержки волонтерства (добровольчества) во всех сферах человеческой деятельности (Предоставление субсидий бюджетным, автономным учреждениям и иным некоммерческим организациям) +2 781,2 Грант в форме субсидии Всероссийскому экологическому общественному движению "Экосистема" на финансовое обеспечение мероприятий, направленных на вовлечение молодежи в экологическое добровольчество (волонтерство) (Предоставление субсидий бюджетным, автономным учреждениям и иным некоммерческим организациям) +249,2 Грант в форме субсидии Всероссийскому общественному движению "ВОЛОНТЕРЫ ПОБЕДЫ" на финансовое обеспечение мероприятий в целях содействия гражданско-патриотическому и духовно-нравственному воспитанию граждан Российской Федерации, а также на развитие дружбы и сотрудничества людей всех национальностей и народов как внутри России, так и за рубежом (Предоставление субсидий бюджетным, автономным учреждениям и иным некоммерческим организациям) +320,6 Грант в форме субсидии Всероссийскому общественному движению добровольцев в сфере здравоохранения "Волонтеры-медики" на финансовое обеспечение мероприятий в целях развития добровольчества в сфере здравоохранения (Предоставление субсидий бюджетным, автономным учреждениям и иным некоммерческим организациям) +398,6 Реализация отдельных мероприятий (результатов) федеральных проектов, входящих в состав национальных проектов (Предоставление субсидий бюджетным, автономным учреждениям и иным некоммерческим организациям) +580,3 Федеральный проект "Россия в мире" +5 525,1 Грант в форме субсидии автономной некоммерческой организации "Дирекция Всемирного фестиваля молодежи" на финансовое обеспечение мероприятий, направленных на обеспечение сохранения и приумножения наследия Всемирного фестиваля молодежи (Предоставление субсидий бюджетным, автономным учреждениям и иным некоммерческим организациям) +5 525,1 Федеральный проект "Семейные ценности и инфраструктура культуры" +284,4 Грант в форме субсидии автономной некоммерческой организации "Россия - страна возможностей" на финансовое обеспечение мероприятий в целях реализации проекта "Это у нас семейное" (Предоставление субсидий бюджетным, автономным учреждениям и иным некоммерческим организациям) +284,4 Комплекс процессных мероприятий "Поддержка молодежных инициатив" +4 718,6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+4 718,6 Государственная программа Российской Федерации "Реализация государственной национальной политики" +20,6 Федеральный проект "Совершенствование государственно-общественного партнерства в сфере государственной национальной политики и в отношении российского казачества, а также реализация государственной национальной политики в субъектах Российской Федерации, в том числе поддержка экономического и социального развития коренных малочисленных народов Севера, Сибири и Дальнего Востока Российской Федерации" +20,6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+20,6 МИНИСТЕРСТВО ФИНАНСОВ РОССИЙСКОЙ ФЕДЕРАЦИИ +356 070 555,1 Общегосударственные вопросы -36 926 632,9 Обеспечение деятельности финансовых, налоговых и таможенных органов и органов финансового (финансово-бюджетного) надзора +84 790,8 Реализация функций иных федеральных органов государственной власти +84 790,8 Иные непрограммные мероприятия +84 790,8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+80 435,9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+4 354,9 Международные отношения и международное сотрудничество -51 452 438,4 Государственная программа Российской Федерации "Управление государственными финансами и регулирование финансовых рынков" -1 155 048,3 Комплекс процессных мероприятий "Развитие международного финансово-экономического сотрудничества Российской Федерации" -1 155 048,3 Финансовое обеспечение выполнения функций федеральных государственных органов, оказания услуг и выполнения работ (Иные бюджетные ассигнования) -1 155 048,3 Реализация функций иных федеральных органов государственной власти -50 297 390,1 Иные непрограммные мероприятия -50 297 390,1 Финансовое обеспечение выполнения функций федеральных государственных органов, оказания услуг и выполнения работ (Иные бюджетные ассигнования) -50 297 390,1 Прикладные научные исследования в области общегосударственных вопросов +4 415,1 Государственная программа Российской Федерации "Научно-технологическое развитие Российской Федерации" +4 415,1 Комплекс процессных мероприятий "Проведение прикладных научных исследований по широкому спектру направлений" +4 415,1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+4 415,1 Другие общегосударственные вопросы +14 436 599,6 Государственная программа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 +113 280,6 Комплекс процессных мероприятий "Поддержка и организация направления субъектам Российской Федерации межбюджетных трансфертов с целью выравнивания их бюджетной обеспеченности, обеспечения сбалансированности бюджетов субъектов Российской Федерации и муниципальных образований, социально-экономического развития и исполнения делегированных полномочий" +113 280,6 Единая субвенция бюджетам субъектов Российской Федерации и бюджету города Байконура (Межбюджетные трансферты) +113 280,6 Государственная программа Российской Федерации "Управление государственными финансами и регулирование финансовых рынков" -1 056 923,9 Ведомственный проект "Новая финансовая культура (МоиФинансы: просто о сложном)" +961,5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+961,5 Комплекс процессных мероприятий "Управление государственным долгом и государственными финансовыми активами" -1 081 496,1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-3 231,2 Финансовое обеспечение выполнения функций федеральных государственных органов, оказания услуг и выполнения работ (Иные бюджетные ассигнования) -1 078 264,9 Комплекс процессных мероприятий "Организация формирования Государственного фонда драгоценных металлов и драгоценных камней Российской Федерации" +23 610,7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+20 525,6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+3 085,1 Государственная программа Российской Федерации "Научно-технологическое развитие Российской Федерации" +11,3 Комплекс процессных мероприятий "Проведение прикладных научных исследований по широкому спектру направлений" +11,3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+11,3 Реализация функций иных федеральных органов государственной власти +15 380 231,6 Иные непрограммные мероприятия +15 380 231,6 Финансовое обеспечение выполнения функций федеральных государственных органов, оказания услуг и выполнения работ (Иные бюджетные ассигнования) +15 380 231,6 Национальная оборона +1 698 634,3 Другие вопросы в области национальной обороны +1 698 634,3 Реализация функций иных федеральных органов государственной власти +1 698 634,3 Иные непрограммные мероприятия +1 698 634,3 Финансовое обеспечение выполнения функций федеральных государственных органов, оказания услуг и выполнения работ (Иные бюджетные ассигнования) +1 698 634,3 Национальная безопасность и правоохранительная деятельность +23 050 586,4 Другие вопросы в области национальной безопасности и правоохранительной деятельности +23 050 586,4 Реализация функций иных федеральных органов государственной власти +23 050 586,4 Иные непрограммные мероприятия +23 050 586,4 Финансовое обеспечение выполнения функций федеральных государственных органов, оказания услуг и выполнения работ (Иные бюджетные ассигнования) +23 050 586,4 Национальная экономика +54 331 419,8 Сельское хозяйство и рыболовство -25 208 946,4 Реализация функций иных федеральных органов государственной власти -25 208 946,4 Иные непрограммные мероприятия -25 208 946,4 Финансовое обеспечение выполнения функций федеральных государственных органов, оказания услуг и выполнения работ (Иные бюджетные ассигнования) -25 208 946,4 Связь и информатика +62 177 466,5 Реализация функций иных федеральных органов государственной власти +62 177 466,5 Иные непрограммные мероприятия</w:t>
      </w:r>
    </w:p>
    <w:p>
      <w:r>
        <w:rPr>
          <w:b/>
        </w:rPr>
        <w:t xml:space="preserve">38. </w:t>
      </w:r>
      <w:r>
        <w:t>строку "Модернизация и строительство очистных сооружений для очистки загрязненных сточных вод, поступающих в озеро Байкал и другие водные объекты Байкальской природной территории, укрепление берегов озера Байкал, совершенствование и развитие объектов инфраструктуры, необходимых для сохранения уникальной экосистемы озера Байкал (Межбюджетные трансферты) 1 366 112,3 3 315 218,4 5 286 524,8" изложить в следующей редакции: "Модернизация и строительство очистных сооружений для очистки загрязненных сточных вод, поступающих в озеро Байкал и другие водные объекты Байкальской природной территории (Межбюджетные трансферты) 1 366 112,3 3 315 218,4 5 286 524,8"</w:t>
      </w:r>
    </w:p>
    <w:p>
      <w:r>
        <w:rPr>
          <w:b/>
        </w:rPr>
        <w:t xml:space="preserve">38. </w:t>
      </w:r>
      <w:r>
        <w:t>строку "Субсидия акционерному обществу "Почта Банк", г. Москва, на финансовое обеспечение реализации в Российской Федерации программы социальной поддержки повышения доступности организаций культуры для молодежи в возрасте от 14 до 22 лет (Иные бюджетные ассигнования) 12 147 728,4 22 712 167,5 26 812 167,5" изложить в следующей редакции: "Субсидия акционерному обществу "Почта Банк" и Банку ВТБ (публичное акционерное общество) на финансовое обеспечение реализации в Российской Федерации программы социальной поддержки повышения доступности организаций культуры для молодежи в возрасте от 14 до 22 лет (Иные бюджетные ассигнования) 12 147 728,4 22 712 167,5 26 812 167,5"</w:t>
      </w:r>
    </w:p>
    <w:p>
      <w:r>
        <w:rPr>
          <w:b/>
        </w:rPr>
        <w:t xml:space="preserve">38. </w:t>
      </w:r>
      <w:r>
        <w:t>строку 19 609 819,6 42 017 724,9 27 252 527,3" изложить в следующей редакции: (Межбюджетные трансферты) 19 609 819,6 42 017 724,9 27 252 527,3"</w:t>
      </w:r>
    </w:p>
    <w:p>
      <w:r>
        <w:rPr>
          <w:b/>
        </w:rPr>
        <w:t xml:space="preserve">38. </w:t>
      </w:r>
      <w:r>
        <w:t>строку "Субсидии на софинансирование капитальных вложений в объекты государственной собственности субъектов Российской Федерации (Межбюджетные трансферты) 1 820 700,0" изложить в следующей редакции: "Субсидии на софинансирование капитальных вложений в объекты государственной собственности субъектов Российской Федерации (муниципальной собственности) (Межбюджетные трансферты) 1 820 700,0"</w:t>
      </w:r>
    </w:p>
    <w:p>
      <w:r>
        <w:rPr>
          <w:b/>
        </w:rPr>
        <w:t xml:space="preserve">38. </w:t>
      </w:r>
      <w:r>
        <w:t>строку "Государственная поддержка Общероссийской общественной детско-юношеской организации по пропаганде безопасности дорожного движения "Юные инспекторы движения", федерального государственного бюджетного учреждения культуры "Всероссийский центр развития художественного творчества и гуманитарных технологий" в целях реализации мероприятий, направленных на привитие детям навыков безопасного участия в дорожном движении и вовлечение их в деятельность отрядов юных инспекторов движения (Предоставление субсидий бюджетным, автономным учреждениям и иным некоммерческим организациям) 073 07 09 08 2 И5 65153 600 200 704,2 201 606,6 201 606,6" изложить в следующей редакции: "Государственная поддержка Общероссийской общественной детско-юношеской организации по пропаганде безопасности дорожного движения "Юные инспекторы движения", федерального государственного бюджетного учреждения культуры "Всероссийский центр развития художественного творчества и гуманитарных технологий", федерального государственного бюджетного учреждения "Центр защиты прав и интересов детей" в целях реализации мероприятий, направленных на привитие детям навыков безопасного участия в дорожном движении и вовлечение их в деятельность отрядов юных инспекторов движения (Предоставление субсидий бюджетным, автономным учреждениям и иным некоммерческим организациям) 073 07 09 08 2 И5 65153 600 200 704,2 201 606,6 201 606,6"</w:t>
      </w:r>
    </w:p>
    <w:p>
      <w:r>
        <w:rPr>
          <w:b/>
        </w:rPr>
        <w:t xml:space="preserve">38. </w:t>
      </w:r>
      <w:r>
        <w:t>строку "Субсидии на софинансирование капитальных вложений в объекты государственной собственности субъектов Российской Федерации (Межбюджетные трансферты) 5 800 000,0 4 370 000,0 1 046 608,7" изложить в следующей редакции: "Субсидии на софинансирование капитальных вложений в объекты государственной собственности субъектов Российской Федерации (муниципальной собственности) (Межбюджетные трансферты) 5 800 000,0 4 370 000,0 1 046 608,7"</w:t>
      </w:r>
    </w:p>
    <w:p>
      <w:r>
        <w:rPr>
          <w:b/>
        </w:rPr>
        <w:t xml:space="preserve">38. </w:t>
      </w:r>
      <w:r>
        <w:t>строку "Федеральный проект "Специальные материалы и технологии атомной энергетики" 1 957 290,7 1 538 093,6" изложить в следующей редакции: "Федеральный проект "Специальные материалы и технологии атомной энергетики, опережающая подготовка квалифицированных кадров по направлению новые атомные технологии" 1 957 290,7 1 538 093,6"</w:t>
      </w:r>
    </w:p>
    <w:p>
      <w:r>
        <w:rPr>
          <w:b/>
        </w:rPr>
        <w:t xml:space="preserve">38. </w:t>
      </w:r>
      <w:r>
        <w:t>строку "Субсидии на софинансирование капитальных вложений в объекты государственной собственности субъектов Российской Федерации (Межбюджетные трансферты) 3 431 574,0 5 785 614,0 7 165 000,0" изложить в следующей редакции: "Субсидии на софинансирование капитальных вложений в объекты государственной собственности субъектов Российской Федерации (муниципальной собственности) (Межбюджетные трансферты) 3 431 574,0 5 785 614,0 7 165 000,0"</w:t>
      </w:r>
    </w:p>
    <w:p>
      <w:r>
        <w:rPr>
          <w:b/>
        </w:rPr>
        <w:t xml:space="preserve">38. </w:t>
      </w:r>
      <w:r>
        <w:t>строку "Грант в форме субсидии общественной организации "Всероссийская федерация плавания" в целях финансового обеспечения мероприятий по координации реализации Межведомственной программы "Плавание для всех" в субъектах Российской Федерации (Предоставление субсидий бюджетным, автономным учреждениям и иным некоммерческим организациям) 30 000,0" изложить в следующей редакции: "Грант в форме субсидии Общественной организации плавания, водного поло, синхронного плавания, прыжков в воду "Федерация водных видов спорта России" в целях финансового обеспечения мероприятий по координации реализации межведомственной программы "Плавание для всех" в субъектах Российской Федерации 30 000,0"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