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службе в органах принудительного исполнения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