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рыболовстве и сохранении водных биологических ресурсов" и статью 6 Федерального закона "О животном мире"</w:t>
      </w:r>
    </w:p>
    <w:p>
      <w:r>
        <w:rPr>
          <w:b/>
        </w:rPr>
        <w:t>Статья 1</w:t>
      </w:r>
    </w:p>
    <w:p>
      <w:r>
        <w:t>Внести в Федеральный закон от 20 декабря 2004 года № 166-ФЗ "О рыболовстве и сохранении водных биологических ресурсов" (Собрание законодательства Российской Федерации, 2004, № 52, ст. 5270; 2006, № 1, ст. 10; 2007, № 50, ст. 6246; 2008, № 49, ст. 5748; 2011, № 1, ст. 32; 2013, № 27, ст. 3440; 2016, № 27, ст. 4282; 2018, № 49, ст. 7493; № 53, ст. 8401; 2019, № 18, ст. 2210; 2020, № 42, ст. 6518; 2022, № 27, ст. 4630; 2023, № 1, ст. 91; № 31, ст. 5810; 2024, № 23, ст. 3039) следующие изменения: 1) в статье 16: а) пункт 7 части 1 изложить в следующей редакции: "7) рыболовство в целях обеспечения традиционного образа жизни коренных малочисленных народов Севера, Сибири и Дальнего Востока Российской Федерации."; б) часть 6 изложить в следующей редакции: "6. Объем добычи (вылова) водных биоресурсов, общий допустимый улов которых не устанавливается, определяется по заявлению лица, у которого возникает право на добычу (вылов) водных биоресурсов, за исключением части 2 статьи 25 настоящего Федерального закона."; 2) в части 2 статьи 18 слова "ведения традиционного образа жизни и осуществления традиционной хозяйственной деятельности" заменить словами "традиционного образа жизни"; 3) статью 25 изложить в следующей редакции: "Статья 25. Рыболовство в целях обеспечения традиционного образа жизни коренных малочисленных народов Севера, Сибири и Дальнего Востока Российской Федерации 1. Рыболовство в целях обеспечения традиционного образа жизни коренных малочисленных народов Севера, Сибири и Дальнего Востока Российской Федерации, как вид их традиционной хозяйственной деятельности, осуществляется физическими лицами, относящимися к указанным народам, сведения о которых содержатся в списке лиц, относящихся к коренным малочисленным народам Российской Федерации, формируемом в соответствии с законодательством Российской Федерации о гарантиях прав коренных малочисленных народов Российской Федерации, и общинами, создаваемыми в соответствии с законодательством Российской Федерации об общинах коренных малочисленных народов Севера, Сибири и Дальнего Востока Российской Федерации.</w:t>
      </w:r>
    </w:p>
    <w:p>
      <w:r>
        <w:rPr>
          <w:b/>
        </w:rPr>
        <w:t xml:space="preserve">2. </w:t>
      </w:r>
      <w:r>
        <w:t>Рыболовство в целях обеспечения традиционного образа жизни коренных малочисленных народов Севера, Сибири и Дальнего Востока Российской Федерации осуществляется физическими лицами, указанными в части 1 настоящей статьи, свободно и бесплатно на водных объектах общего пользования в объемах, не превышающих годовой нормы добычи (вылова) водных биоресурсов. Добыча (вылов) редких и находящихся под угрозой исчезновения видов водных биоресурсов осуществляется в соответствии со статьей 27 настоящего Федерального закона</w:t>
      </w:r>
    </w:p>
    <w:p>
      <w:r>
        <w:rPr>
          <w:b/>
        </w:rPr>
        <w:t xml:space="preserve">3. </w:t>
      </w:r>
      <w:r>
        <w:t>Годовая норма добычи (вылова) водных биоресурсов для осуществления рыболовства в целях обеспечения традиционного образа жизни коренных малочисленных народов Севера, Сибири и Дальнего Востока Российской Федерации ежегодно устанавливается исполнительным органом субъекта Российской Федерации по согласованию с федеральным органом исполнительной власти в области рыболовства с указанием видов водных биоресурсов и объемов (количества, веса) добычи (вылова), определяемых для каждого вида водных биоресурсов</w:t>
      </w:r>
    </w:p>
    <w:p>
      <w:r>
        <w:rPr>
          <w:b/>
        </w:rPr>
        <w:t xml:space="preserve">4. </w:t>
      </w:r>
      <w:r>
        <w:t>Порядок установления годовой нормы добычи (вылова) водных биоресурсов определяется исполнительным органом субъекта Российской Федерации</w:t>
      </w:r>
    </w:p>
    <w:p>
      <w:r>
        <w:rPr>
          <w:b/>
        </w:rPr>
        <w:t xml:space="preserve">5. </w:t>
      </w:r>
      <w:r>
        <w:t>Рыболовство в целях обеспечения традиционного образа жизни коренных малочисленных народов Севера, Сибири и Дальнего Востока Российской Федерации осуществляется физическими лицами, указанными в части 1 настоящей статьи, с использованием или без использования маломерных судов и орудий добычи (вылова) водных биоресурсов, определяемых правилами рыболовства</w:t>
      </w:r>
    </w:p>
    <w:p>
      <w:r>
        <w:rPr>
          <w:b/>
        </w:rPr>
        <w:t xml:space="preserve">6. </w:t>
      </w:r>
      <w:r>
        <w:t>Рыболовство в целях обеспечения традиционного образа жизни коренных малочисленных народов Севера, Сибири и Дальнего Востока Российской Федерации осуществляется общинами коренных малочисленных народов Севера, Сибири и Дальнего Востока Российской Федерации с использованием или без использования судов и орудий добычи (вылова) водных биоресурсов, определяемых правилами рыболовства, на основании решений и договоров, предусмотренных статьями 332 и 333 настоящего Федерального закона</w:t>
      </w:r>
    </w:p>
    <w:p>
      <w:r>
        <w:rPr>
          <w:b/>
        </w:rPr>
        <w:t xml:space="preserve">7. </w:t>
      </w:r>
      <w:r>
        <w:t>Порядок рыболовства в целях обеспечения традиционного образа жизни коренных малочисленных народов Севера, Сибири и Дальнего Востока Российской Федерации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рыбного хозяйства.";</w:t>
      </w:r>
    </w:p>
    <w:p>
      <w:r>
        <w:rPr>
          <w:b/>
        </w:rPr>
        <w:t xml:space="preserve">2. </w:t>
      </w:r>
      <w:r>
        <w:t>Рыболовство в целях обеспечения традиционного образа жизни коренных малочисленных народов Севера, Сибири и Дальнего Востока Российской Федерации физическими лицами, указанными в части 1 настоящей статьи, осуществляется на основании решения о предоставлении водных биоресурсов в пользование в соответствии со статьей 332 настоящего Федерального закона до 1 января 2028 года."</w:t>
      </w:r>
    </w:p>
    <w:p>
      <w:r>
        <w:rPr>
          <w:b/>
        </w:rPr>
        <w:t xml:space="preserve">7. </w:t>
      </w:r>
      <w:r>
        <w:t>в части 2 статьи 251 второе предложение изложить в следующей редакции: "Рыболовный журнал также ведется общинами коренных малочисленных народов Севера, Сибири и Дальнего Востока Российской Федерации, осуществляющими рыболовство в целях обеспечения традиционного образа жизни коренных малочисленных народов Севера, Сибири и Дальнего Востока Российской Федерации, и лицами, осуществляющими организацию любительского рыболовства с использованием рыболовных участков."</w:t>
      </w:r>
    </w:p>
    <w:p>
      <w:r>
        <w:rPr>
          <w:b/>
        </w:rPr>
        <w:t xml:space="preserve">7. </w:t>
      </w:r>
      <w:r>
        <w:t>в пункте 7 части 1 статьи 30 слова "и осуществления традиционной хозяйственной деятельности" исключить</w:t>
      </w:r>
    </w:p>
    <w:p>
      <w:r>
        <w:rPr>
          <w:b/>
        </w:rPr>
        <w:t xml:space="preserve">7. </w:t>
      </w:r>
      <w:r>
        <w:t>часть 1 статьи 31 изложить в следующей редакции: "1. Квоты добычи (вылова) водных биоресурсов в целях обеспечения традиционного образа жизни коренных малочисленных народов Севера, Сибири и Дальнего Востока Российской Федерации распределяются между общинами коренных малочисленных народов Севера, Сибири и Дальнего Востока Российской Федерации исполнительными органами субъектов Российской Федерации в порядке, установленном Правительством Российской Федерации."</w:t>
      </w:r>
    </w:p>
    <w:p>
      <w:r>
        <w:rPr>
          <w:b/>
        </w:rPr>
        <w:t xml:space="preserve">7. </w:t>
      </w:r>
      <w:r>
        <w:t>пункт 4 части 1 статьи 332 изложить в следующей редакции: "4) рыболовства в целях обеспечения традиционного образа жизни коренных малочисленных народов Севера, Сибири и Дальнего Востока Российской Федерации, осуществляемого общинами коренных малочисленных народов Севера, Сибири и Дальнего Востока Российской Федерации."</w:t>
      </w:r>
    </w:p>
    <w:p>
      <w:r>
        <w:rPr>
          <w:b/>
        </w:rPr>
        <w:t xml:space="preserve">7. </w:t>
      </w:r>
      <w:r>
        <w:t>в статье 333:</w:t>
      </w:r>
    </w:p>
    <w:p>
      <w:r>
        <w:rPr>
          <w:b/>
        </w:rPr>
        <w:t xml:space="preserve">7. </w:t>
      </w:r>
      <w:r>
        <w:t>в статье 338:</w:t>
      </w:r>
    </w:p>
    <w:p>
      <w:r>
        <w:rPr>
          <w:b/>
        </w:rPr>
        <w:t xml:space="preserve">7. </w:t>
      </w:r>
      <w:r>
        <w:t>в статье 382:</w:t>
      </w:r>
    </w:p>
    <w:p>
      <w:r>
        <w:rPr>
          <w:b/>
        </w:rPr>
        <w:t xml:space="preserve">7. </w:t>
      </w:r>
      <w:r>
        <w:t>часть 1 статьи 411 дополнить пунктом 61 следующего содержания: "61) при осуществлении рыболовства в целях обеспечения традиционного образа жизни коренных малочисленных народов Севера, Сибири и Дальнего Востока Российской Федерации общинами коренных малочисленных народов Севера, Сибири и Дальнего Востока Российской Федерации;"</w:t>
      </w:r>
    </w:p>
    <w:p>
      <w:r>
        <w:rPr>
          <w:b/>
        </w:rPr>
        <w:t xml:space="preserve">7. </w:t>
      </w:r>
      <w:r>
        <w:t>дополнить статьей 70 следующего содержания: "Статья 70. Переходные положения в отношении осуществления рыболовства в целях обеспечения традиционного образа жизни коренных малочисленных народов Севера, Сибири и Дальнего Востока Российской Федерации 1. Распределение квот добычи (вылова) водных биоресурсов для осуществления рыболовства в целях обеспечения традиционного образа жизни физическими лицами, относящимися к коренным малочисленным народам Севера, Сибири и Дальнего Востока Российской Федерации, сведения о которых не содержатся в списке лиц, относящихся к указанным народам, осуществляется в порядке, предусмотренном частью 1 статьи 31 настоящего Федерального закона, по 31 декабря 2026 года включительно</w:t>
      </w:r>
    </w:p>
    <w:p>
      <w:r>
        <w:rPr>
          <w:b/>
        </w:rPr>
        <w:t xml:space="preserve">7. </w:t>
      </w:r>
      <w:r>
        <w:t>в части 1 слова "или индивидуальному предпринимателю, общине коренных малочисленных народов Севера, Сибири и Дальнего Востока Российской Федерации" заменить словами ", в том числе общине коренных малочисленных народов Севера, Сибири и Дальнего Востока Российской Федерации, или индивидуальному предпринимателю"</w:t>
      </w:r>
    </w:p>
    <w:p>
      <w:r>
        <w:rPr>
          <w:b/>
        </w:rPr>
        <w:t xml:space="preserve">7. </w:t>
      </w:r>
      <w:r>
        <w:t>в абзаце первом части 4 слова "ведения традиционного образа жизни и осуществления традиционной хозяйственной деятельности" заменить словами "традиционного образа жизни"</w:t>
      </w:r>
    </w:p>
    <w:p>
      <w:r>
        <w:rPr>
          <w:b/>
        </w:rPr>
        <w:t xml:space="preserve">7. </w:t>
      </w:r>
      <w:r>
        <w:t>часть 2 после слов "и предоставить" дополнить словами "в сроки, указанные в извещении, предусмотренном частью 6 статьи 381 настоящего Федерального закона,"</w:t>
      </w:r>
    </w:p>
    <w:p>
      <w:r>
        <w:rPr>
          <w:b/>
        </w:rPr>
        <w:t xml:space="preserve">7. </w:t>
      </w:r>
      <w:r>
        <w:t>часть 3 изложить в следующей редакции: "3. Право на добычу (вылов) крабов закрепляется за лицом, указанным в части 1 статьи 294 настоящего Федерального закона, по результатам аукциона, проводимого в соответствии со статьей 381 настоящего Федерального закона, или в случае признания аукциона несостоявшимся за лицом, указанным в части 12 статьи 381 настоящего Федерального закона."</w:t>
      </w:r>
    </w:p>
    <w:p>
      <w:r>
        <w:rPr>
          <w:b/>
        </w:rPr>
        <w:t xml:space="preserve">7. </w:t>
      </w:r>
      <w:r>
        <w:t>в части 1 слова "ведения традиционного образа жизни и осуществления традиционной хозяйственной деятельности" заменить словами "традиционного образа жизни"</w:t>
      </w:r>
    </w:p>
    <w:p>
      <w:r>
        <w:rPr>
          <w:b/>
        </w:rPr>
        <w:t xml:space="preserve">7. </w:t>
      </w:r>
      <w:r>
        <w:t>в части 2 слова "ведения традиционного образа жизни и осуществления традиционной хозяйственной деятельности" заменить словами "традиционного образа жизни"</w:t>
      </w:r>
    </w:p>
    <w:p>
      <w:r>
        <w:rPr>
          <w:b/>
        </w:rPr>
        <w:t>Статья 2</w:t>
      </w:r>
    </w:p>
    <w:p>
      <w:r>
        <w:t>В абзаце одиннадцатом части первой статьи 6 Федерального закона от 24 апреля 1995 года № 52-ФЗ "О животном мире" (Собрание законодательства Российской Федерации, 1995, № 17, ст. 1462; 2007, № 1, ст. 21; № 50, ст. 6246; 2008, № 49, ст. 5748; 2009, № 30, ст. 3735; 2011, № 30, ст. 4590; 2013, № 19, ст. 2331; 2015, № 29, ст. 4359; 2016, № 27, ст. 4282; 2018, № 53, ст. 8401; 2020, № 8, ст. 920; № 17, ст. 2725; № 52, ст. 8601; 2024, № 33, ст. 4928) слова "ведения традиционного образа жизни и осуществления традиционной хозяйственной деятельности" заменить словами "традиционного образа жизни".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Лицам, заключившим договоры о закреплении и предоставлении доли квоты добычи (вылова) крабов в инвестиционных целях в 2025 году по результатам аукционов, проведенных в 2025 году в соответствии со статьей 381 Федерального закона от 20 декабря 2004 года № 166-ФЗ "О рыболовстве и сохранении водных биологических ресурсов", право на добычу (вылов) крабов в инвестиционных целях предоставляется в 2025 году</w:t>
      </w:r>
    </w:p>
    <w:p>
      <w:r>
        <w:rPr>
          <w:b/>
        </w:rPr>
        <w:t xml:space="preserve">2. </w:t>
      </w:r>
      <w:r>
        <w:t>В случае, указанном в части 1 настоящей статьи, срок закрепления и предоставления права на добычу (вылов) крабов не может превышать срок, указанный в части 2 статьи 338 Федерального закона от 20 декабря 2004 года № 166-ФЗ "О рыболовстве и сохранении водных биологических ресурсов" (в редакции, действовавшей до дня вступления в силу настоящего Федерального закона)</w:t>
      </w:r>
    </w:p>
    <w:p>
      <w:r>
        <w:rPr>
          <w:b/>
        </w:rPr>
        <w:t xml:space="preserve">3. </w:t>
      </w:r>
      <w:r>
        <w:t>Договоры, указанные в части 1 настоящей статьи, должны быть приведены в соответствие с настоящей статьей в срок до 1 августа 2025 года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2026 года, за исключением статьи 3 настоящего Федерального закона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