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ответственном обращении с животными и о внесении изменений в отдельные законодательные акты Российской Федерации" и статью 44 Федерального закона "Об общих принципах организации публичной власти в субъектах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27 декабря 2018 года № 498-ФЗ "Об ответственном обращении с животными и о внесении изменений в отдельные законодательные акты Российской Федерации" (Собрание законодательства Российской Федерации, 2018, № 53, ст. 8424; 2021, № 24, ст. 4188; 2022, № 29, ст. 5236; № 41, ст. 6958) следующие изменения</w:t>
      </w:r>
    </w:p>
    <w:p>
      <w:r>
        <w:t>пункт 2 статьи 3 изложить в следующей редакции: "2) деятельность по обращению с животными без владельцев - деятельность, включающая в себя осуществление мероприятий по отлову животных без владельцев, в том числе их транспортировку, и (или) иных мероприятий, предусмотренных законодательством в области обращения с животными;"</w:t>
      </w:r>
    </w:p>
    <w:p>
      <w:r>
        <w:t>в статье 7: а) часть 1 дополнить пунктом 31 следующего содержания: "31) организация мероприятий при осуществлении деятельности по обращению с животными без владельцев;"; б) дополнить частью 4 следующего содержания: "4. Органы государственной власти субъектов Российской Федерации вправе законодательным актом устанавливать порядок осуществления деятельности по обращению с животными без владельцев и определять перечень мероприятий при осуществлении такой деятельности."</w:t>
      </w:r>
    </w:p>
    <w:p>
      <w:r>
        <w:t>пункт 1 части 5 статьи 13 изложить в следующей редакции: "1) исключать возможность свободного, неконтролируемого передвижения животного вне мест, разрешенных решением органа местного самоуправления для выгула животных;"</w:t>
      </w:r>
    </w:p>
    <w:p>
      <w:r>
        <w:t>часть 3 статьи 17 изложить в следующей редакции: "3. Деятельность по обращению с животными без владельцев должна соответствовать требованиям законодательства в области обращения с животными."</w:t>
      </w:r>
    </w:p>
    <w:p>
      <w:r>
        <w:t>в статье 18: а) абзац первый части 1 изложить в следующей редакции: "1. Мероприятия при осуществлении деятельности по обращению с животными без владельцев, если иное не установлено законодательными актами субъектов Российской Федерации:"; б) абзац первый части 2 изложить в следующей редакции: "2. При отлове животных без владельцев, если иное не установлено законодательными актами субъектов Российской Федерации, должны соблюдаться следующие требования:"; в) часть 5 изложить в следующей редакции: "5. Содержание отловленных животных без владельцев в местах и пунктах временного содержания животных, не являющихся приютами для животных, не допускается, если иное не установлено законодательными актами субъектов Российской Федерации."; г) часть 6 изложить в следующей редакции: "6. При возврате животных без владельцев на прежние места их обитания, если иное не установлено законодательными актами субъектов Российской Федерации, индивидуальные предприниматели и юридические лица, осуществляющие возврат животных без владельцев, обязаны вести видеозапись процесса возврата животных без владельцев и бесплатно представлять по требованию уполномоченного органа исполнительной власти субъекта Российской Федерации копии этой видеозаписи."; д) часть 7 изложить в следующей редакции: "7. Порядок осуществления деятельности по обращению с животными без владельцев устанавливается уполномоченным органом государственной власти субъекта Российской Федерации в соответствии с методическими указаниями, утвержденными Правительством Российской Федерации, если иное не установлено законодательными актами субъектов Российской Федерации."</w:t>
      </w:r>
    </w:p>
    <w:p>
      <w:r>
        <w:rPr>
          <w:b/>
        </w:rPr>
        <w:t>Статья 2</w:t>
      </w:r>
    </w:p>
    <w:p>
      <w:r>
        <w:t>Пункт 143 части 1 статьи 44 Федерального закона от 21 декабря 2021 года № 414-ФЗ "Об общих принципах организации публичной власти в субъектах Российской Федерации" (Собрание законодательства Российской Федерации, 2021, № 52, ст. 8973; 2023, № 1, ст. 7; № 16, ст. 2766; № 25, ст. 4433, 4434; Официальный интернет-портал правовой информации (www.pravo.gov.ru), 2023, 10 июля, № 0001202307100033) изложить в следующей редакции: "143) установления порядка организации деятельности приютов для животных и норм содержания животных в них, порядка осуществления деятельности по обращению с животными без владельцев, а также организации мероприятий при осуществлении деятельности по обращению с животными без владельцев;".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