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</w:r>
    </w:p>
    <w:p>
      <w:r>
        <w:rPr>
          <w:b/>
        </w:rPr>
        <w:t>Статья 1</w:t>
      </w:r>
    </w:p>
    <w:p>
      <w:r>
        <w:t>Внести в пункт 2 статьи 25 Федерального закона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2012, № 29, ст. 3992; 2019, № 30, ст. 4134) изменение, заменив слова "пять лет" словами "три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