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специальной оценке условий труда"</w:t>
      </w:r>
    </w:p>
    <w:p>
      <w:r>
        <w:rPr>
          <w:b/>
        </w:rPr>
        <w:t>Статья 1</w:t>
      </w:r>
    </w:p>
    <w:p>
      <w:r>
        <w:t>Внести в Федеральный закон от 28 декабря 2013 года № 426-ФЗ "О специальной оценке условий труда" (Собрание законодательства Российской Федерации, 2013, № 52, ст. 6991; 2014, № 26, ст. 3366; 2015, № 29, ст. 4342; 2016, № 18, ст. 2512; 2018, № 30, ст. 4543; 2019, № 52, ст. 7769; 2021, № 1, ст. 42; 2023, № 1, ст. 16) следующие изменения</w:t>
      </w:r>
    </w:p>
    <w:p>
      <w:r>
        <w:t>в пункте 2 части 1 статьи 6 слова "государственного надзора" заменить словами "государственного контроля (надзора)"</w:t>
      </w:r>
    </w:p>
    <w:p>
      <w:r>
        <w:t>пункт 15 части 1 статьи 7 изложить в следующей редакции: "15) управления профессиональными рисками;"</w:t>
      </w:r>
    </w:p>
    <w:p>
      <w:r>
        <w:t>в пункте 6 части 3 статьи 10 слова "санитарно-эпидемиологического надзора" заменить словами "санитарно-эпидемиологического контроля (надзора)"</w:t>
      </w:r>
    </w:p>
    <w:p>
      <w:r>
        <w:t>в статье 11: а) в части 1 слова "государственного надзора" заменить словами "государственного контроля (надзора)"; б) в части 3 слова "государственного надзора" заменить словами "государственного контроля (надзора)"; в) в части 5 слова "государственного надзора" заменить словами "государственного контроля (надзора)"; г) в части 6 слова "государственного надзора" заменить словами "государственного контроля (надзора)"</w:t>
      </w:r>
    </w:p>
    <w:p>
      <w:r>
        <w:t>в статье 12: а) часть 2 после слов "а также" дополнить словами "с учетом особенностей, установленных в соответствии с частью 7 статьи 9 настоящего Федерального закона, и"; б) в части 11 слова "государственного надзора" заменить словами "государственного контроля (надзора)"</w:t>
      </w:r>
    </w:p>
    <w:p>
      <w:r>
        <w:t>в части 4 статьи 13 слова "санитарно-эпидемиологического надзора" заменить словами "санитарно-эпидемиологического контроля (надзора)", дополнить словами "и (или) оценки с учетом особенностей (специфики) осуществления отдельных видов трудовой деятельности, определяемых в порядке, установленном частью 7 статьи 9 настоящего Федерального закона"</w:t>
      </w:r>
    </w:p>
    <w:p>
      <w:r>
        <w:t>в статье 14: а) в части 6 слова "санитарно-эпидемиологического надзора" заменить словами "санитарно-эпидемиологического контроля (надзора)"; б) в части 7 слова "санитарно-эпидемиологического надзора" заменить словами "санитарно-эпидемиологического контроля (надзора)"; в) в части 8 слова "санитарно-эпидемиологического надзора" заменить словами "санитарно-эпидемиологического контроля (надзора)"</w:t>
      </w:r>
    </w:p>
    <w:p>
      <w:r>
        <w:t>в части 2 статьи 15 первое предложение изложить в следующей редакции: "Отчет о проведении специальной оценки условий труда, составленный на бумажном носителе или в форме электронного документа, подписывается всеми членами комиссии и утверждается председателем комиссии в срок не позднее чем тридцать календарных дней со дня его направления работодателю организацией, проводящей специальную оценку условий труда, путем подписания собственноручной подписью либо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r>
        <w:t>в пункте 2 части 1 статьи 17 слова "государственного надзора" заменить словами "государственного контроля (надзора)"</w:t>
      </w:r>
    </w:p>
    <w:p>
      <w:r>
        <w:t>в статье 18: а) в части 2: в подпункте "и" пункта 2 слова "государственного надзора" заменить словами "государственного контроля (надзора)"; в пункте 3: подпункт "д" изложить в следующей редакции: "д) сведения об аккредитации испытательной лаборатории (центра) в национальной системе аккредитации, в том числе уникальный номер записи об аккредитации испытательной лаборатории (центра) в реестре аккредитованных лиц;"; дополнить подпунктом "з" следующего содержания: "з) сведения, предусмотренные частью 11 статьи 19 настоящего Федерального закона."; б) часть 3 дополнить словами ", а также направить работодателю в форме электронного документа переданные в информационную систему учета сведения, предусмотренные частью 2 настоящей статьи"; в) в части 4 слова "государственного надзора" заменить словами "государственного контроля (надзора)"; г) в части 5 слова "государственного надзора" заменить словами "государственного контроля (надзора)"; д) в части 6 слова "санитарно-эпидемиологического надзора" заменить словами "санитарно-эпидемиологического контроля (надзора)"</w:t>
      </w:r>
    </w:p>
    <w:p>
      <w:r>
        <w:t>в статье 19: а) в пункте 2 части 1 слова "имеющих сертификат эксперта" заменить словами "прошедших аттестацию"; б) часть 11 изложить в следующей редакции: "11. В случае изменения состава экспертов, прошедших аттестацию на право выполнения работ по специальной оценке условий труда, организация, проводящая специальную оценку условий труда, в течение десяти рабочих дней со дня такого изменения направляет соответствующие сведения посредством информационной системы учета в форме электронного документа, подписанного усиленной квалифицированной электронной подписью, с приложением копий подтверждающих документов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в) часть 12 изложить в следующей редакции: "12. Информация о сокращении в установленном порядке области аккредитации испытательной лаборатории (центра), являющейся структурным подразделением организации, проводящей специальную оценку условий труда, направляется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национальным органом по аккредитации с использованием системы межведомственного электронного взаимодействия в порядке, установленном Правительством Российской Федерации."</w:t>
      </w:r>
    </w:p>
    <w:p>
      <w:r>
        <w:t>в статье 20: а) часть 1 изложить в следующей редакции: "1. К трудовой деятельности в качестве экспертов организации, проводящей специальную оценку условий труда, допускаются лица, которые прошли аттестацию на право выполнения работ по специальной оценке условий труда и сведения о которых внесены в реестр экспертов организаций, проводящих специальную оценку условий труда, что подтверждается сертификатом эксперта (выпиской из реестра экспертов организаций, проводящих специальную оценку условий труда), который формируется в автоматическом режиме средствами информационной системы учета и удостоверяет право выполнения работ по специальной оценке условий труда на дату его формирования."; б) в части 2 слова "выдача в результате ее проведения сертификата эксперта и его аннулирование" заменить словами "аннулирование такой аттестации"; в) абзац первый части 3 изложить в следующей редакции: "3. К аттестации допускаются лица, соответствующие следующим требованиям:"; г) часть 4 признать утратившей силу</w:t>
      </w:r>
    </w:p>
    <w:p>
      <w:r>
        <w:t>в статье 21: а) часть 3 изложить в следующей редакции: "3. Порядок формирования и ведения реестра экспертов, в том числе порядок внесения записи об аттестации или о ее аннулировании, а также форма сертификата эксперта (выписки из реестра экспертов), устанавливается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б) в части 5: пункт 2 изложить в следующей редакции: "2) уникальный номер записи об аттестации в реестре экспертов, дата ее внесения, дата окончания срока действия аттестации;"; пункт 4 изложить в следующей редакции: "4) дата аннулирования аттестации."</w:t>
      </w:r>
    </w:p>
    <w:p>
      <w:r>
        <w:t>в пункте 1 части 2 статьи 22 слова "государственного надзора (контроля)" заменить словами "государственного контроля (надзора)"</w:t>
      </w:r>
    </w:p>
    <w:p>
      <w:r>
        <w:t>в статье 24: а) в части 2: в пункте 1 слова "государственного надзора" заменить словами "государственного контроля (надзора)", после слов "представительных органов," дополнить словами "комиссий по расследованию несчастных случаев,"; пункт 2 после слов "представительных органов," дополнить словами "комиссий по расследованию несчастных случаев,"; в пункте 3 слова "санитарно-эпидемиологического надзора" заменить словами "санитарно-эпидемиологического контроля (надзора)"; б) часть 4 дополнить предложением следующего содержания: "Указанные разногласия принимаются к рассмотрению в период, не превышающий срока действия результатов специальной оценки условий труда, по которым поступили разногласия."; в) дополнить частью 41 следующего содержания: "41. Разногласия по вопросам проведения экспертизы качества специальной оценки условий труда, поступившие в случае, если на основании результатов оспариваемой экспертизы качества специальной оценки условий труда принято вступившее в законную силу решение судебного органа, не рассматриваются."</w:t>
      </w:r>
    </w:p>
    <w:p>
      <w:r>
        <w:t>часть 1 статьи 25 изложить в следующей редакции: "1. Оценка соблюдения обязательных требований, установленных настоящим Федеральным законом, осуществляется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r>
        <w:t>в части 1 статьи 26 слова "государственного надзора" заменить словами "государственного контроля (надзора)"</w:t>
      </w:r>
    </w:p>
    <w:p>
      <w:r>
        <w:t>часть 8 статьи 27 признать утратившей силу</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 2, подпункт "а" пункта 5, пункты 6 и 8, абзацы третий - седьмой подпункта "а" и подпункт "б" пункта 10, пункты 11 - 13, абзацы второй и третий подпункта "а", подпункты "б" и "в" пункта 15 и пункт 18 статьи 1 настоящего Федерального закона вступают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