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объектах культурного наследия (памятниках истории и культуры) народов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61. Федеральный научно-методический совет по сохранению и государственной охране объектов культурного наследия (памятников истории и культуры) народов Российской Федерации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