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Пункт 1 статьи 17 Федерального закона от 21 июля 1997 года № 114-ФЗ "О службе в таможенных органах Российской Федерации" (Собрание законодательства Российской Федерации, 1997, № 30, ст. 3586; 2004, № 27, ст. 2711) дополнить подпунктом 8 следующего содержания: "8) проходить ежегодно в порядке, установленном Федеральной таможенной службой, диспансеризацию, а также по направлению медицинской организации, руководителя Федеральной таможенной службы либо начальника таможенного органа медицинское освидетельствование.".</w:t>
      </w:r>
    </w:p>
    <w:p>
      <w:r>
        <w:rPr>
          <w:b/>
        </w:rPr>
        <w:t>Статья 2</w:t>
      </w:r>
    </w:p>
    <w:p>
      <w:r>
        <w:t>Внести в статью 10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7608; 2014, № 45, ст. 6152; 2016, № 27, ст. 4238) следующие изменения</w:t>
      </w:r>
    </w:p>
    <w:p>
      <w:r>
        <w:t>часть 1 изложить в следующей редакции: "1. Сотрудник имеет право на бесплатное оказание медицинской помощи, в том числе на изготовление и ремонт зубных протезов (за исключением зубных протезов из драгоценных металлов и других дорогостоящих материалов), на бесплатное обеспечение лекарственными препаратами для медицинского применения по рецептам на лекарственные препараты, выданным врачом (фельдшером), медицинскими изделиями в медицинских организациях уполномоченного федерального органа исполнительной власти."</w:t>
      </w:r>
    </w:p>
    <w:p>
      <w:r>
        <w:t>дополнить частью 11 следующего содержания: "11. Сотрудники ежегодно проходят диспансеризацию или профилактический медицинский осмотр, регламентированные федеральными законами о видах государственной службы, в порядке, установленном соответственно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обеспечения установленного порядка деятельности судов и исполнения судебных актов и актов других органов,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федеральным органом исполнительной власти в области пожарной безопасности, федеральным органом исполнительной власти, осуществляющим функции по контролю и надзору в области таможенного дела. Перечень исследований, которые проводятся при прохождении сотрудниками диспансеризации или профилактического медицинского осмотра, устанавливается соответствующим федеральным органом исполнительной власти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здравоохранения."</w:t>
      </w:r>
    </w:p>
    <w:p>
      <w:r>
        <w:t>часть 2 изложить в следующей редакции: "2. При отсутствии по месту службы, месту жительства или иному месту нахождения сотрудника медицинских организаций уполномоченного федерального органа исполнительной власти либо при отсутствии в них отделений соответствующего профиля, необходимых специалистов или специального медицинского оборудования медицинское обеспечение сотрудника, в том числе прохождение сотрудником диспансеризации или профилактического медицинского осмотра, осуществляется в иных медицинских организациях государственной системы здравоохранения или муниципальной системы здравоохранения. Порядок медицинского обеспечения сотрудника и возмещения расходов указанным организациям, в том числе за прохождение сотрудником диспансеризации или профилактического медицинского осмотра, устанавливается Правительством Российской Федерации. Расходы, связанные с медицинским обеспечением сотрудника, в том числе при прохождении сотрудником диспансеризации или профилактического медицинского осмотра, возмещаются медицинским организациям государственной системы здравоохранения и муниципальной системы здравоохранения за счет и в пределах бюджетных ассигнований, предусмотренных федеральному органу исполнительной власти, в котором проходят службу сотрудники, в федеральном бюджете на руководство и управление в сфере установленных функций."</w:t>
      </w:r>
    </w:p>
    <w:p>
      <w:r>
        <w:t>дополнить частью 11 следующего содержания: "11. Особенности организации оказания медицинской помощи, в том числе при санаторно-курортном лечении в медицинских организациях (санаторно-курортных организациях) федерального органа исполнительной власти, в котором проходят службу сотрудники, сотрудникам, гражданам Российской Федерации, уволенным со службы в учреждениях и органах, членам их семей и лицам, находящимся на их иждивении, в том числе порядок освобождения сотрудников от исполнения служебных обязанностей в связи с заболеванием или по иным причинам, устанавливаются федеральным органом исполнительной власти, в котором проходят службу сотрудники, если иное не предусмотрено законодательством Российской Федерации."</w:t>
      </w:r>
    </w:p>
    <w:p>
      <w:r>
        <w:rPr>
          <w:b/>
        </w:rPr>
        <w:t>Статья 3</w:t>
      </w:r>
    </w:p>
    <w:p>
      <w:r>
        <w:t>Внести в Федеральный закон от 23 мая 2016 года № 141-ФЗ "О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Федерации" (Собрание законодательства Российской Федерации, 2016, № 22, ст. 3089; 2020, № 31, ст. 5027; 2021, № 18, ст. 3060) следующие изменения</w:t>
      </w:r>
    </w:p>
    <w:p>
      <w:r>
        <w:t>пункт 16 части 1 статьи 12 после слов "проходить ежегодно" дополнить словами "в порядке, установленном федеральным органом исполнительной власти в области пожарной безопасности,"</w:t>
      </w:r>
    </w:p>
    <w:p>
      <w:r>
        <w:t>пункт 7 части 1 статьи 18 после слова "законодательством" дополнить словами "Российской Федерации"</w:t>
      </w:r>
    </w:p>
    <w:p>
      <w:r>
        <w:t>в части 9 статьи 51 слова "в виде замечания и выговора" заменить словами ", предусмотренные пунктами 1 и 2 части 1, пунктами 1 и 2 части 2 статьи 49 настоящего Федерального закона,", слова "замечания или выговора" заменить словами "дисциплинарного взыскания"</w:t>
      </w:r>
    </w:p>
    <w:p>
      <w:r>
        <w:t>часть 8 статьи 54 дополнить словами "Российской Федерации"</w:t>
      </w:r>
    </w:p>
    <w:p>
      <w:r>
        <w:t>часть 8 статьи 57 после слов "трудовым законодательством" дополнить словами "Российской Федерации"</w:t>
      </w:r>
    </w:p>
    <w:p>
      <w:r>
        <w:t>часть 11 статьи 77 после слова "предусмотренного" дополнить словами "пунктом 7 части 9 настоящей статьи и"</w:t>
      </w:r>
    </w:p>
    <w:p>
      <w:r>
        <w:t>пункт 7 части 3 статьи 83 дополнить словами "Российской Федерации"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