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4125, 4131; № 42, ст. 5803; № 44, ст. 6178, 6182; № 49, ст. 6964; № 51, ст. 7493, 7494, 7495; № 52, ст. 7766, 7811, 7819; 2020, № 14, ст. 2002, 2019, 2020, 2029; № 50, ст. 8065; 2021, № 1, ст. 50, 51, 70; № 6, ст. 959; № 9, ст. 1461, 1466; № 11, ст. 1701; № 15, ст. 2431; № 18, ст. 3046; № 22, ст. 3676; № 24, ст. 4222, 4223, 4224; № 27, ст. 5060, 5111; № 52, ст. 8978, 8986; 2022, № 1, ст. 3, 37, 49; № 5, ст. 676; № 10, ст. 1388, 1399; № 13, ст. 1959; № 16, ст. 2605; № 29, ст. 5224, 5226, 5254; № 39, ст. 6534; № 43, ст. 7273; № 50, ст. 8773; № 52, ст. 9360; 2023, № 1, ст. 69, 72; № 14, ст. 2380; № 16, ст. 2754; № 18, ст. 3228, 3252; № 25, ст. 4411; № 26, ст. 4673, 4685) следующие изменения: 1) дополнить статьей 14.174 следующего содержания: "Статья 14.174. Нарушение требований к производству и (или) обороту пива и пивных напитков, сидра, пуаре, медовухи 1.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за исключением случаев, предусмотренных частями 2 и 3 настоящей статьи, частями 2 и 3 статьи 14.16, частью 4 статьи 14.17, статьей 14.19 и частями 3 и 4 статьи 15.12 настоящего Кодекса, - влечет наложение административного штрафа на юридических лиц в размере от ста тысяч до ста пятидесяти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таковой.</w:t>
      </w:r>
    </w:p>
    <w:p>
      <w:r>
        <w:rPr>
          <w:b/>
        </w:rPr>
        <w:t xml:space="preserve">2. </w:t>
      </w:r>
      <w:r>
        <w:t>Грубое нарушение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- влечет наложение административного штрафа на юридических лиц в размере от ста пятидесяти тысяч до двухсот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 или административное приостановление деятельности на срок до тридцати суток с конфискацией продукции, оборудования, сырья, полуфабрикатов, транспортных средств или иных предметов, использованных для производства и (или) оборота пива и пивных напитков, сидра, пуаре, медовухи, либо без таковой</w:t>
      </w:r>
    </w:p>
    <w:p>
      <w:r>
        <w:rPr>
          <w:b/>
        </w:rPr>
        <w:t xml:space="preserve">3. </w:t>
      </w:r>
      <w:r>
        <w:t>Производство пива и пивных напитков, сидра, пуаре, медовухи без включения в установленном порядке в реестр производителей пива и пивных напитков, сидра, пуаре, медовухи или без внесения изменений в указанный реестр - влечет наложение административного штрафа на должностных лиц в размере от тридцати пяти тысяч до пятидесяти тысяч рублей; на юридических лиц - от двухсот тысяч до трехсот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 или административное приостановление деятельности на срок до шестидесяти суток с конфискацией продукции, оборудования, сырья, полуфабрикатов, транспортных средств или иных предметов, использованных для производства пива и пивных напитков, сидра, пуаре, медовухи, либо без таковой. Примечание. Под грубым нарушением требований к производству и (или) обороту пива и пивных напитков, сидра, пуаре, медовухи,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в части 2 настоящей статьи понимаются: производство и (или) оборот пива и пивных напитков, сидра, пуаре, медовухи с добавлением этилового спирта; производство и (или) оборот пива и пивных напитков, сидра, пуаре,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(или) технических средств фиксации и передачи информации об объеме производства и оборота пива и пивных напитков, сидра, пуаре, медовухи в единую государственную автоматизированную информационную систему; нахождение не принадлежащего производителю пива и пивных напитков, сидра, пуаре, медовухи на праве собственности,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(или) производственных помещений по месту осуществления деятельности данного производителя, включенному в реестр производителей пива и пивных напитков, сидра, пуаре, медовухи.";</w:t>
      </w:r>
    </w:p>
    <w:p>
      <w:r>
        <w:rPr>
          <w:b/>
        </w:rPr>
        <w:t xml:space="preserve">3. </w:t>
      </w:r>
      <w:r>
        <w:t>в статье 23.1:</w:t>
      </w:r>
    </w:p>
    <w:p>
      <w:r>
        <w:rPr>
          <w:b/>
        </w:rPr>
        <w:t xml:space="preserve">3. </w:t>
      </w:r>
      <w:r>
        <w:t>пункт 64 части 2 статьи 28.3 после цифр "14.172," дополнить цифрами "14.174,"</w:t>
      </w:r>
    </w:p>
    <w:p>
      <w:r>
        <w:rPr>
          <w:b/>
        </w:rPr>
        <w:t xml:space="preserve">3. </w:t>
      </w:r>
      <w:r>
        <w:t>часть 1 после цифр "14.172," дополнить цифрами "14.174,"</w:t>
      </w:r>
    </w:p>
    <w:p>
      <w:r>
        <w:rPr>
          <w:b/>
        </w:rPr>
        <w:t xml:space="preserve">3. </w:t>
      </w:r>
      <w:r>
        <w:t>абзац четвертый части 3 после слов "статьями 14.173," дополнить цифрами "14.174,"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