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потребительском кредите (займе)" и отдельные законодательные акты Российской Федерации</w:t>
      </w:r>
    </w:p>
    <w:p>
      <w:r>
        <w:rPr>
          <w:b/>
        </w:rPr>
        <w:t>Статья 1</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2014, № 30, ст. 4230; 2017, № 50, ст. 7549; 2018, № 53, ст. 8480; 2019, № 18, ст. 2200; № 31, ст. 4430; № 52, ст. 7801; 2021, № 27, ст. 5156, 5157, 5171; 2022, № 1, ст. 13; № 11, ст. 1596; 2023, № 1, ст. 48, 60; № 16, ст. 2764; Российская газета, 2023, 13 июля) следующие изменения: 1) в статье 5: а) в пункте 16 части 4 слова "и (или) иных услугах, которые он обязан получить" заменить словами "и (или) иных услугах (работах, товарах), которые он обязан приобрести", слова "и (или) оказанием таких услуг" заменить словами "и (или) приобретением таких услуг (работ, товаров)"; б) дополнить частью 41 следующего содержания: "41. Размещение в местах оказания услуг и на официальном сайте кредитора в информационно-телекоммуникационной сети "Интернет" (при наличии) информации о процентных ставках в процентах годовых, указанной в пункте 8 части 4 настоящей статьи, допускается при совместном размещении с указанной в пункте 10 части 4 настоящей статьи информацией о диапазоне значений полной стоимости потребительского кредита (займа) одинаковым по размеру шрифтом. Любая информация, доводимая кредитором до заемщика, должна соответствовать информации, указанной в части 4 настоящей статьи."; в) в части 7 слова "пользоваться услугами" заменить словами "приобретать услуги (работы, товары)"; г) в пункте 15 части 9 слова "услуги, оказываемые" заменить словами "оказываемые услуги (выполняемые работы, реализуемые товары)", дополнить словами "(выполнение, приобретение)"; д) в пункте 3 части 13 слова "пользоваться услугами" заменить словами "приобретать услуги (работы, товары)"; е) дополнить частью 141 следующего содержания: "141. Кредитор обязан предоставить заемщику с соблюдением требований, установленных частью 1 статьи 6 настоящего Федерального закона, информацию о полной стоимости потребительского кредита (займа), а также уточненный график платежей по договору потребительского кредита (займа), если такой график ранее предоставлялся заемщику, в следующих случаях: 1) изменение договора потребительского кредита (займа), предусматривающее увеличение процентной ставки по потребительскому кредиту (займу); 2) изменение договора потребительского кредита (займа), в результате которого индивидуальные условия договора потребительского кредита (займа) будут соответствовать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 3) уплата заемщиком платежей, указанных в пункте 3 части 4 статьи 6 настоящего Федерального закона; 4) иные случаи, установленные настоящим Федеральным законом."; ж) часть 16 после слов "за оказание услуг" дополнить словами "(выполнение работ, приобретение товаров)"; з) в части 18 слова "пользоваться услугами" заменить словами "приобретать услуги (работы, товары)", слова "на заключение такого договора и (или) на оказание такой услуги" заменить словами "на заключение таких договоров и (или) оказание таких услуг (выполнение работ, приобретение товаров)"; и) в части 19 после слов "за услуги, оказывая которые" дополнить словами "(за работы, выполняя которые, либо за реализацию товаров заемщику)", слова "предоставления которых" заменить словами "оказания (выполнения, реализации) которых"; к) в части 24 слова "платежей за услуги, оказываемые" заменить словами "платежей за оказываемые услуги (выполняемые работы, реализуемые товары)"; 2) в статье 6: а) дополнить частью 11 следующего содержания: "11. В случае, если платежи, указанные в части 4 настоящей статьи, уплачиваются заемщиком по договору потребительского кредита (займа) с лимитом кредитования, предусматривающему использование электронного средства платежа, в зависимости от решения заемщика, в установленном частью 1 настоящей статьи порядке в квадратных рамках размещается диапазон значений полной стоимости потребительского кредита (займа), указанных в частях 7 и 71 настоящей статьи. Положения настоящей части не распространяются на потребительские кредиты, указанные в части 74 настоящей статьи."; б) часть 4 изложить в следующей редакции: "4. В расчет полной стоимости потребительского кредита (займа) включаются с учетом особенностей, установленных частями 5 - 74 настоящей статьи, следующие платежи заемщика: 1) по погашению основной суммы долга по договору потребительского кредита (займа); 2) по уплате процентов по договору потребительского кредита (займа); 3) по оплате услуг (работ, товаров), в том числе по договору страхования, а также иным основаниям в пользу кредитора и (или) третьих лиц, если совершение заемщиком таких платежей, и (или) заключение (изменение) договора, предусматривающего уплату таких платежей, и (или) выражение заемщиком согласия на заключение (изменение) такого договора являются фактическими условиями предоставления потребительского кредита (займа) и (или) фактически влияют на условия договора потребительского кредита (займа), за исключением фактического влияния на условие о сумме потребительского кредита (займа) (лимите кредитования)."; в) в части 41 слова "пунктах 2 - 7 части 4" заменить словами "пунктах 2 и 3 части 4"; г) часть 5 изложить в следующей редакции: "5. В расчет полной стоимости потребительского кредита (займа) не включаются платежи, связанные с неисполнением или ненадлежащим исполнением заемщиком обязательств по возврату потребительского кредита (займа) и (или) уплате процентов за пользование потребительским кредитом (займом). При включении в договор потребительского кредита (займа) условия об использовании заемщиком потребительского кредита (займа) на цели уплаты платежей за услугу (работу, товар) или платежей по иным основаниям, указанных в пункте 3 части 4 настоящей статьи, в расчет полной стоимости потребительского кредита (займа) также не включается максимальный по сумме из таких платежей, за исключением платежа заемщика по оплате страховой премии по договору страхования."; д) часть 7 изложить в следующей редакции: "7. В случае, если условиями договора потребительского кредита (займа) предполагается уплата заемщиком различных платежей в зависимости от его решения, полная стоимость потребительского кредита (займа) рассчитывается исходя из максимально возможной суммы платежей заемщика, максимально возможных суммы потребительского кредита (займа) и сроков возврата потребительского кредита (займа), равномерных платежей по договору потребительского кредита (займа) (возврата основной суммы долга, уплаты процентов и иных платежей, определенных условиями договора потребительского кредита (займа). Особенности указанного в настоящей части расчета полной стоимости потребительского кредита (займа) устанавливаются частями 71 - 74 настоящей статьи."; е) дополнить частями 71 - 74 следующего содержания: "71. В случае, если по договору потребительского кредита (займа) с лимитом кредитования, предусматривающему использование электронного средства платежа, предполагается уплата заемщиком различных платежей в зависимости от его решения, дополнительно к расчету полной стоимости потребительского кредита (займа), предусмотренному частью 7 настоящей статьи, рассчитывается полная стоимость потребительского кредита (займа) исходя из минимально возможной суммы платежей заемщика. Положения настоящей части не распространяются на потребительские кредиты, указанные в части 74 настоящей статьи.</w:t>
      </w:r>
    </w:p>
    <w:p>
      <w:r>
        <w:rPr>
          <w:b/>
        </w:rPr>
        <w:t xml:space="preserve">72. </w:t>
      </w:r>
      <w:r>
        <w:t>В случае, если по договору потребительского кредита (займа) предполагается уплата заемщиком различных платежей в зависимости от соблюдения им условий использования потребительского кредита (займа) на цели полного или частичного исполнения обязательств по другому кредиту (займу) или другим кредитам (займам), и (или) предоставления обеспечения исполнения обязательств по потребительскому кредиту (займу) по такому договору, и (или) предоставления информации о своем финансовом положении, и (или) получения на свой банковский счет, открытый у кредитора, заработной платы, иных регулярных выплат, начисляемых в связи с исполнением трудовых обязанностей, пенсий, пособий и иных социальных или компенсационных выплат, полная стоимость потребительского кредита (займа) рассчитывается исходя из платежей, подлежащих уплате заемщиком при соблюдении им условий использования потребительского кредита (займа) на цели полного или частичного исполнения обязательств по другому кредиту (займу) или другим кредитам (займам), и (или) предоставления обеспечения исполнения обязательств по потребительскому кредиту (займу), и (или) предоставления информации о своем финансовом положении, и (или) получения на свой банковский счет, открытый у кредитора, заработной платы, иных регулярных выплат, начисляемых в связи с исполнением трудовых обязанностей, пенсий, пособий и иных социальных или компенсационных выплат, если иное не предусмотрено частью 73 настоящей статьи. Требования настоящей части не распространяются на потребительские кредиты (займы), указанные в частях 71 и 74 настоящей статьи</w:t>
      </w:r>
    </w:p>
    <w:p>
      <w:r>
        <w:rPr>
          <w:b/>
        </w:rPr>
        <w:t xml:space="preserve">73. </w:t>
      </w:r>
      <w:r>
        <w:t>Советом директоров Банка России может быть установлена доля потребительских кредитов (займов), по которым заемщиками не были соблюдены условия использования потребительского кредита (займа) на цели полного или частичного исполнения обязательств по другому кредиту (займу) или другим кредитам (займам), и (или) предоставления обеспечения исполнения обязательств по потребительскому кредиту (займу), и (или) предоставления информации о своем финансовом положении, и (или) получения на свой банковский счет, открытый у кредитора, заработной платы, иных регулярных выплат, начисляемых в связи с исполнением трудовых обязанностей, пенсий, пособий и иных социальных или компенсационных выплат, в общем объеме выданных кредитором в течение года потребительских кредитов (займов) соответствующей категории, при превышении которой кредитор обязан рассчитывать полную стоимость потребительского кредита (займа) по договорам потребительского кредита (займа), указанным в части 72 настоящей статьи, исходя из платежей, подлежащих уплате заемщиком при несоблюдении им условий использования потребительского кредита (займа) на цели полного или частичного исполнения обязательств по другому кредиту (займу) или другим кредитам (займам), и (или) предоставления обеспечения исполнения обязательств по потребительскому кредиту (займу), и (или) предоставления информации о своем финансовом положении, и (или) получения на свой банковский счет, открытый у кредитора, заработной платы, иных регулярных выплат, начисляемых в связи с исполнением трудовых обязанностей, пенсий, пособий и иных социальных или компенсационных выплат. Указанное решение Совета директоров Банка России подлежит обязательному официальному опубликованию в порядке, аналогичном предусмотренному частью третьей статьи 7 Федерального закона от 10 июля 2002 года № 86-ФЗ "О Центральном банке Российской Федерации (Банке России)", в течение десяти дней со дня принятия такого решения. Требования настоящей части не распространяются на потребительские кредиты (займы), указанные в частях 71 и 74 настоящей статьи</w:t>
      </w:r>
    </w:p>
    <w:p>
      <w:r>
        <w:rPr>
          <w:b/>
        </w:rPr>
        <w:t xml:space="preserve">74. </w:t>
      </w:r>
      <w:r>
        <w:t>В случае, если по условиям договора о предоставлении образовательного кредита, предусмотренного Федеральным законом от 29 декабря 2012 года № 273-ФЗ "Об образовании в Российской Федерации", предполагается уплата заемщиком различных платежей в зависимости от соблюдения заемщиком обязанности целевого использования такого образовательного кредита, полная стоимость потребительского кредита (займа) по нему рассчитывается в соответствии с требованиями настоящего Федерального закона исходя из платежей, подлежащих уплате заемщиком при соблюдении им обязанности целевого использования такого образовательного кредита.";</w:t>
      </w:r>
    </w:p>
    <w:p>
      <w:r>
        <w:rPr>
          <w:b/>
        </w:rPr>
        <w:t xml:space="preserve">112. </w:t>
      </w:r>
      <w:r>
        <w:t>В случае изменения договора потребительского кредита (займа) с лимитом кредитования, предусматривающего использование электронного средства платежа, в части условия о лимите кредитования, в результате которого индивидуальные условия договора потребительского кредита (займа) соответствуют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 до истечения одного года с момента заключения такого договора полная стоимость потребительского кредита (займа) в процентах годовых не может превышать наименьшую из следующих величин: 292 процента годовых или среднерыночное значение полной стоимости потребительского кредита (займа) в процентах годовых категории потребительского кредита (займа), которой соответствует потребительский кредит (заем) после такого изменения, рассчитанное Банком России на дату заключения договора потребительского кредита (займа), применяемое в соответствующем календарном квартале, более чем на одну треть</w:t>
      </w:r>
    </w:p>
    <w:p>
      <w:r>
        <w:rPr>
          <w:b/>
        </w:rPr>
        <w:t xml:space="preserve">113. </w:t>
      </w:r>
      <w:r>
        <w:t>В случае, если хотя бы одно из установленных частью 9 статьи 5 настоящего Федерального закона условий договора потребительского кредита (займа), предусматривающего уплату заемщиком различных платежей, в зависимости от его решения соответствует индивидуальным условиям предоставления потребительских кредитов (займов), относящихся одновременно к нескольким из установленных Банком России категорий потребительского кредита (займа), полная стоимость потребительского кредита (займа) в процентах годовых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соответствующих категорий потребительского кредита (займа) на дату заключения договора потребительского кредита (займа), применяемое в соответствующем календарном квартале, более чем на одну треть</w:t>
      </w:r>
    </w:p>
    <w:p>
      <w:r>
        <w:rPr>
          <w:b/>
        </w:rPr>
        <w:t xml:space="preserve">114. </w:t>
      </w:r>
      <w:r>
        <w:t>В случае заключения заемщиком с кредитором, которым предоставлен такому заемщику потребительский кредит (заем) с лимитом кредитования, предусматривающий использование электронного средства платежа, нового договора потребительского кредита (займа) с лимитом кредитования, предусматривающего использование электронного средства платежа, или изменений договора потребительского кредита (займа) с лимитом кредитования, предусматривающего использование электронного средства платежа, указанных в части 11 настоящей статьи, для целей определения категории потребительского кредита (займа) по такому вновь заключаемому договору или изменяемому договору используется совокупный лимит кредитования по всем договорам потребительского кредита (займа) с лимитом кредитования, предусматривающим использование электронного средства платежа, заключенным заемщиком с данным кредитором."; л) в части 12 слова "частей 8" заменить словами "частей 7";</w:t>
      </w:r>
    </w:p>
    <w:p>
      <w:r>
        <w:rPr>
          <w:b/>
        </w:rPr>
        <w:t xml:space="preserve">210. </w:t>
      </w:r>
      <w:r>
        <w:t>В случае, если дополнительная услуга (работа, товар), информация о которой указана в заявлении о предоставлении потребительского кредита (займа) и (или) в заявлении о предоставлении дополнительных услуг (работ, товаров) в соответствии с частью 2 настоящей статьи, оказывается (выполняется, реализуется) третьим лицом и такое лицо не исполняет обязанность по возврату денежных средств заемщику в сумме и сроки, которые установлены частью 29 настоящей статьи, заемщик вправе направить кредитору требование о возврате денежных средств, уплаченных заемщиком третьему лицу за оказание такой услуги (выполнение работы, приобретение товара), с указанием даты обращения заемщика к третьему лицу с заявлением об отказе от такой услуги (работы, товара). Указанное требование может быть направлено заемщиком кредитору не ранее чем по истечении тридцати календарных дней, но не позднее ста восьмидесяти календарных дней со дня обращения с заявлением об отказе от такой услуги (работы, товара) к третьему лицу, оказывающему такую услугу (выполняющему работу, реализующему товар)."; з) часть 211 после слов "дополнительной услуги" дополнить словами "(выполнение работы, приобретение товара)"; и) часть 212 изложить в следующей редакции: "212. Кредитор вправе отказать заемщику в возврате денежных средств, предусмотренном частью 210 настоящей статьи</w:t>
      </w:r>
    </w:p>
    <w:p>
      <w:r>
        <w:rPr>
          <w:b/>
        </w:rPr>
        <w:t xml:space="preserve">74. </w:t>
      </w:r>
      <w:r>
        <w:t>часть 81 после слов "по выданным потребительским кредитам (займам)," дополнить словами "а также потребительские кредиты (займы), предоставляемые в рамках соглашений производителей (продавцов) транспортных средств и кредиторов, предусматривающих возмещение производителями (продавцами) транспортных средств недополученных доходов кредиторов по выданным потребительским кредитам (займам),"</w:t>
      </w:r>
    </w:p>
    <w:p>
      <w:r>
        <w:rPr>
          <w:b/>
        </w:rPr>
        <w:t xml:space="preserve">74. </w:t>
      </w:r>
      <w:r>
        <w:t>часть 9 после слов "вид кредитора," дополнить словами "финансовое положение заемщика,"</w:t>
      </w:r>
    </w:p>
    <w:p>
      <w:r>
        <w:rPr>
          <w:b/>
        </w:rPr>
        <w:t xml:space="preserve">74. </w:t>
      </w:r>
      <w:r>
        <w:t>в части 11 первое предложение изложить в следующей редакции: "На момент заключения договора потребительского кредита (займа) или его изменения, которое предусматривает увеличение процентной ставки по потребительскому кредиту (займу) или в результате которого индивидуальные условия договора потребительского кредита (займа) соответствуют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 или уплаты заемщиком платежей, указанных в пункте 3 части 4 настоящей статьи, полная стоимость потребительского кредита (займа) в процентах годовых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соответствующей категории на дату заключения договора потребительского кредита (займа) или его изменения, применяемое в соответствующем календарном квартале, более чем на одну треть. Положения настоящей части применяются в отношении договоров потребительского кредита (займа) с лимитом кредитования, предусматривающих использование электронного средства платежа, с учетом особенностей, установленных частями 111, 112 и 114 настоящей статьи."</w:t>
      </w:r>
    </w:p>
    <w:p>
      <w:r>
        <w:rPr>
          <w:b/>
        </w:rPr>
        <w:t xml:space="preserve">74. </w:t>
      </w:r>
      <w:r>
        <w:t>дополнить частями 111 - 114 следующего содержания: "111. В случае, если по договору потребительского кредита (займа) с лимитом кредитования, предусматривающему использование электронного средства платежа, предполагается уплата заемщиком различных платежей в зависимости от его решения, полная стоимость потребительского кредита (займа) в процентах годовых, указанная в части 7 настоящей статьи, рассчитанная исходя из процентной ставки, установленной для использования потребительского кредита (займа) путем снятия наличных денежных средств, а также полная стоимость потребительского кредита (займа), указанная в части 7 настоящей статьи, рассчитанная исходя из процентной ставки, установленной для использования потребительского кредита (займа) в безналичном порядке,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соответствующей категории на дату заключения договора потребительского кредита (займа) или его изменения, применяемое в соответствующем календарном квартале, более чем на одну треть</w:t>
      </w:r>
    </w:p>
    <w:p>
      <w:r>
        <w:rPr>
          <w:b/>
        </w:rPr>
        <w:t xml:space="preserve">114. </w:t>
      </w:r>
      <w:r>
        <w:t>в статье 61:</w:t>
      </w:r>
    </w:p>
    <w:p>
      <w:r>
        <w:rPr>
          <w:b/>
        </w:rPr>
        <w:t xml:space="preserve">114. </w:t>
      </w:r>
      <w:r>
        <w:t>пункт 1 статьи 62 после слов "за услуги, оказываемые кредитором заемщику" дополнить словами "(за работы, выполняемые кредитором для заемщика, либо за реализацию кредитором товаров заемщику)"</w:t>
      </w:r>
    </w:p>
    <w:p>
      <w:r>
        <w:rPr>
          <w:b/>
        </w:rPr>
        <w:t xml:space="preserve">114. </w:t>
      </w:r>
      <w:r>
        <w:t>в статье 7:</w:t>
      </w:r>
    </w:p>
    <w:p>
      <w:r>
        <w:rPr>
          <w:b/>
        </w:rPr>
        <w:t xml:space="preserve">114. </w:t>
      </w:r>
      <w:r>
        <w:t>стоимость услуги (работы, товара)</w:t>
      </w:r>
    </w:p>
    <w:p>
      <w:r>
        <w:rPr>
          <w:b/>
        </w:rPr>
        <w:t xml:space="preserve">114. </w:t>
      </w:r>
      <w:r>
        <w:t>право заемщика отказаться от услуги (работы) либо от товара, не бывшего в употреблении, в течение срока, установленного пунктом 3 части 21 настоящей статьи, посредством обращения к лицу, оказывающему услугу (выполняющему работу, реализующему товар), с заявлением об отказе от услуги (работы, товара)</w:t>
      </w:r>
    </w:p>
    <w:p>
      <w:r>
        <w:rPr>
          <w:b/>
        </w:rPr>
        <w:t xml:space="preserve">114. </w:t>
      </w:r>
      <w:r>
        <w:t>право заемщика требовать от лица, оказывающего услугу (выполняющего работу, реализующего товар), возврата денежных средств, уплаченных заемщиком за приобретение товара либо за оказание услуги (выполнение работы), за вычетом стоимости части такой услуги (работы), фактически оказанной (выполненной) до дня получения кредитором или лицом, оказывающим услугу (выполняющим работу), заявления заемщика об отказе от такой услуги (работы, товара), поданного в течение срока, установленного пунктом 3 части 21 настоящей статьи</w:t>
      </w:r>
    </w:p>
    <w:p>
      <w:r>
        <w:rPr>
          <w:b/>
        </w:rPr>
        <w:t xml:space="preserve">114. </w:t>
      </w:r>
      <w:r>
        <w:t>право заемщика требовать от кредитора возврата денежных средств, уплаченных заемщиком третьему лицу за приобретение товара либо оказание услуги (выполнение работы), за вычетом стоимости части такой услуги (работы), фактически оказанной (выполненной) до дня получения третьим лицом заявления об отказе от такой услуги (работы, товара), при неисполнении таким третьим лицом обязанности по возврату денежных средств заемщику.";</w:t>
      </w:r>
    </w:p>
    <w:p>
      <w:r>
        <w:rPr>
          <w:b/>
        </w:rPr>
        <w:t xml:space="preserve">114. </w:t>
      </w:r>
      <w:r>
        <w:t>перечень дополнительных услуг (работ, товаров), на оказание (выполнение, реализацию) которых получено согласие заемщика в соответствии с частью 2 настоящей статьи</w:t>
      </w:r>
    </w:p>
    <w:p>
      <w:r>
        <w:rPr>
          <w:b/>
        </w:rPr>
        <w:t xml:space="preserve">114. </w:t>
      </w:r>
      <w:r>
        <w:t>в отношении каждой из дополнительных услуг (работ, товаров) предельную дату для такого отказа в соответствии с условиями пункта 3 части 21 и (или) пунктов 2 - 4 части 27 настоящей статьи</w:t>
      </w:r>
    </w:p>
    <w:p>
      <w:r>
        <w:rPr>
          <w:b/>
        </w:rPr>
        <w:t xml:space="preserve">114. </w:t>
      </w:r>
      <w:r>
        <w:t>в отношении дополнительных услуг (работ, товаров), отказ от которых может повлиять на условия договора потребительского кредита (займа), информацию о влиянии отказа от дополнительных услуг (работ, товаров) на условия договора потребительского кредита (займа), в том числе о возможном увеличении размера процентной ставки по такому договору относительно размера процентной ставки по договору потребительского кредита (займа), заключенному с предоставлением заемщику данных услуг (работ, товаров). 28-2. Кредитор обязан обеспечить направление заемщику уведомления, указанного в части 28-1 настоящей статьи, одним из следующих способов по выбору кредитора:</w:t>
      </w:r>
    </w:p>
    <w:p>
      <w:r>
        <w:rPr>
          <w:b/>
        </w:rPr>
        <w:t xml:space="preserve">114. </w:t>
      </w:r>
      <w:r>
        <w:t>если заемщику предоставлен доступ к личному кабинету в мобильном приложении кредитора, - в личный кабинет заемщика в мобильном приложении кредитора. При этом одновременно заемщику также направляется электронное уведомление, передаваемое с использованием мобильного устройства, о направлении ему уведомления, указанного в части 28-1 настоящей статьи, содержащее прямую ссылку на такое уведомление, размещенное в личном кабинете</w:t>
      </w:r>
    </w:p>
    <w:p>
      <w:r>
        <w:rPr>
          <w:b/>
        </w:rPr>
        <w:t xml:space="preserve">114. </w:t>
      </w:r>
      <w:r>
        <w:t>в пункте 2 части 2 после слов "за услуги, оказывая которые" дополнить словами "(за работы, выполняя которые, либо за товары, реализуя которые)", слова "предоставления которых" заменить словами "оказания (выполнения, реализации) которых"</w:t>
      </w:r>
    </w:p>
    <w:p>
      <w:r>
        <w:rPr>
          <w:b/>
        </w:rPr>
        <w:t xml:space="preserve">114. </w:t>
      </w:r>
      <w:r>
        <w:t>часть 3 признать утратившей силу</w:t>
      </w:r>
    </w:p>
    <w:p>
      <w:r>
        <w:rPr>
          <w:b/>
        </w:rPr>
        <w:t xml:space="preserve">114. </w:t>
      </w:r>
      <w:r>
        <w:t>если заемщик сообщил кредитору абонентский номер подвижной радиотелефонной связи, - по указанному заемщиком абонентскому номеру подвижной радиотелефонной связи. 28-3. Если у заемщика отсутствует доступ к личному кабинету заемщика в мобильном приложении кредитора и заемщиком не сообщен кредитору абонентский номер подвижной радиотелефонной связи, кредитор направляет заемщику уведомление, указанное в части 28-1 настоящей статьи, в личный кабинет заемщика на официальном сайте кредитора в информационно-телекоммуникационной сети "Интернет". Если у заемщика отсутствует доступ к личному кабинету заемщика на официальном сайте кредитора в информационно-телекоммуникационной сети "Интернет" и в мобильном приложении кредитора и заемщиком не сообщен кредитору абонентский номер подвижной радиотелефонной связи, кредитор направляет заемщику уведомление по указанному заемщиком адресу электронной почты. Если у заемщика отсутствует доступ к личному кабинету заемщика на официальном сайте кредитора в информационно-телекоммуникационной сети "Интернет" и в мобильном приложении кредитора и заемщиком не сообщен кредитору ни абонентский номер подвижной радиотелефонной связи, ни адрес электронной почты, кредитор направляет заемщику уведомление иным способом, предусмотренным в заявлении о предоставлении потребительского кредита (займа) и (или) заявлении о предоставлении дополнительных услуг (работ, товаров). 28-4. Предусмотренные пунктом 3 части 21 и (или) пунктами 2 - 4 части 27 настоящей статьи права отказаться от дополнительных услуг (работ, товаров), оказываемых (выполняемых, реализуемых) кредитором, действующим от собственного имени или по поручению и (или) от имени третьего лица, или третьим лицом, и потребовать возврата денежных средств заемщик также имеет в случае, если в нарушение требований настоящего Федерального закона такие дополнительные услуги (работы, товары) не были включены в заявление о предоставлении потребительского кредита (займа) или в заявление о предоставлении дополнительных услуг (работ, товаров). Указанные права могут быть реализованы в течение тридцати календарных дней со дня направления предписания Банка России об устранении нарушения. Кредитор не позднее дня, следующего за днем направления предписания Банка России об устранении нарушения, обязан направить заемщику в порядке, установленном частями 28-2 и 28-3 настоящей статьи, уведомление о праве заемщика отказаться от такой дополнительной услуги (работы, товара) и потребовать возврата денежных средств в соответствии с условиями пункта 3 части 21 и (или) пунктов 2 - 4 части 27 настоящей статьи. Указанное уведомление должно содержать информацию, указанную в части 28-1 настоящей статьи.";</w:t>
      </w:r>
    </w:p>
    <w:p>
      <w:r>
        <w:rPr>
          <w:b/>
        </w:rPr>
        <w:t xml:space="preserve">114. </w:t>
      </w:r>
      <w:r>
        <w:t>часть 31 после слов "заключения такого договора" дополнить словами "или его изменения, которое предусматривает увеличение процентной ставки по потребительскому кредиту (займу) или в результате которого индивидуальные условия договора потребительского кредита (займа) соответствуют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 или уплаты заемщиком платежей, указанных в пункте 3 части 4 статьи 6,"</w:t>
      </w:r>
    </w:p>
    <w:p>
      <w:r>
        <w:rPr>
          <w:b/>
        </w:rPr>
        <w:t xml:space="preserve">114. </w:t>
      </w:r>
      <w:r>
        <w:t>дополнить частью 32 следующего содержания: "32. В случае, если кредитным договором, договором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предусмотрена уплата заемщиком различных платежей в зависимости от его решения и хотя бы одно из условий таких договоров, перечень которых определен пунктами 1 - 13, 15 и 16 части 9 статьи 5 настоящего Федерального закона, соответствует индивидуальным условиям предоставления потребительских кредитов (займов), относящихся одновременно к нескольким из установленных Банком России категорий потребительского кредита (займа), полная стоимость потребительского кредита (займа) в процентах годовых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соответствующих категорий потребительского кредита (займа) на дату заключения договора потребительского кредита (займа), применяемое в соответствующем календарном квартале, более чем на одну треть."</w:t>
      </w:r>
    </w:p>
    <w:p>
      <w:r>
        <w:rPr>
          <w:b/>
        </w:rPr>
        <w:t xml:space="preserve">114. </w:t>
      </w:r>
      <w:r>
        <w:t>часть 2 изложить в следующей редакции: "2. При предоставлении потребительского кредита (займа) должно быть оформлено заявление о предоставлении потребительского кредита (займа) по установленной кредитором форме, содержащее согласие заемщика на предоставление услуг (работ, товаров), указанных в пункте 3 части 4 статьи 6 настоящего Федерального закона, при их наличии. Если при предоставлении потребительского кредита (займа) заемщик выразил согласие на предоставление ему дополнительных услуг (работ, товаров), не указанных в пункте 3 части 4 статьи 6 настоящего Федерального закона, должно быть оформлено заявление о предоставлении дополнительных услуг (работ, товаров) по установленной кредитором форме, содержащее согласие заемщика на предоставление ему таких услуг (работ, товаров). Кредитор в заявлении о предоставлении потребительского кредита (займа) и (или) заявлении о предоставлении дополнительных услуг (работ, товаров) обязан указать стоимость таких услуг (работ, товаров), предлагаемых за отдельную плату, и должен обеспечить возможность заемщику согласиться или отказаться от оказания ему за отдельную плату таких дополнительных услуг (работ, товаров). Проставление кредитором отметок о согласии либо выражение кредитором за заемщика согласия в ином виде на предоставление ему дополнительных услуг (работ, товаров) или формирование кредитором условий, предполагающих изначальное согласие заемщика на предоставление ему дополнительных услуг (работ, товаров), не допускается."</w:t>
      </w:r>
    </w:p>
    <w:p>
      <w:r>
        <w:rPr>
          <w:b/>
        </w:rPr>
        <w:t xml:space="preserve">114. </w:t>
      </w:r>
      <w:r>
        <w:t>в части 21: абзац первый после слов "заявления о предоставлении потребительского кредита (займа)" дополнить словами "и (или) заявления о предоставлении дополнительных услуг (работ, товаров)"; в пункте 3 слова "четырнадцати календарных дней" заменить словами "тридцати календарных дней"</w:t>
      </w:r>
    </w:p>
    <w:p>
      <w:r>
        <w:rPr>
          <w:b/>
        </w:rPr>
        <w:t xml:space="preserve">114. </w:t>
      </w:r>
      <w:r>
        <w:t>часть 25 изложить в следующей редакции: "25. Заемщик вправе обратиться с заявлением об исключении его из числа застрахованных лиц по договору личного страхования, который заключен кредитором и (или) третьим лицом, действующим в интересах кредитора, при предоставлении потребительского кредита (займа), страхователем по которому является такой кредитор или такое третье лицо, действующее в его интересах, в течение срока, установленного пунктом 3 части 21 настоящей статьи. В указанном случае кредитор или третье лицо, действующее в интересах кредитора, обязаны возвратить заемщику денежные средства, уплаченные заемщиком за оказание этой услуги или совокупности этих услуг (включая страховую премию, уплачиваемую страховщику по договору личного страхования, указанному в настоящей части, в отношении конкретного заемщика), в полном объеме в срок, не превышающий семи рабочих дней со дня получения кредитором или третьим лицом, действующим в интересах кредитора,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w:t>
      </w:r>
    </w:p>
    <w:p>
      <w:r>
        <w:rPr>
          <w:b/>
        </w:rPr>
        <w:t xml:space="preserve">114. </w:t>
      </w:r>
      <w:r>
        <w:t>часть 27 изложить в следующей редакции: "27. Если при предоставлении потребительского кредита (займа) заемщику за отдельную плату предлагаются дополнительные услуги (работы, товары), оказываемые (выполняемые, реализуемые) кредитором, действующим от собственного имени или по поручению и (или) от имени третьего лица, или третьим лицом, информация о которых указана в заявлении о предоставлении потребительского кредита (займа) и (или) в заявлении о предоставлении дополнительных услуг (работ, товаров) в соответствии с частью 2 настоящей статьи, условия оказания таких услуг (выполнения работ, приобретения товаров) должны предусматривать:</w:t>
      </w:r>
    </w:p>
    <w:p>
      <w:r>
        <w:rPr>
          <w:b/>
        </w:rPr>
        <w:t xml:space="preserve">114. </w:t>
      </w:r>
      <w:r>
        <w:t>часть 28 дополнить словами "и (или) в заявлении о предоставлении дополнительных услуг (работ, товаров)"</w:t>
      </w:r>
    </w:p>
    <w:p>
      <w:r>
        <w:rPr>
          <w:b/>
        </w:rPr>
        <w:t xml:space="preserve">114. </w:t>
      </w:r>
      <w:r>
        <w:t>дополнить частями 28-1 - 28-4 следующего содержания: "28-1. Кредитор не позднее дня, следующего за днем заключения договора потребительского кредита (займа), обязан направить заемщику письменное уведомление о праве заемщика отказаться от любой дополнительной услуги (работы, товара), оказываемой (выполняемой, реализуемого) кредитором, действующим от собственного имени или по поручению и (или) от имени третьего лица, или третьим лицом, и праве заемщика требовать возврата денежных средств в соответствии с пунктом 3 части 21 и (или) пунктами 2 - 4 части 27 настоящей статьи. Указанное уведомление должно содержать:</w:t>
      </w:r>
    </w:p>
    <w:p>
      <w:r>
        <w:rPr>
          <w:b/>
        </w:rPr>
        <w:t xml:space="preserve">114. </w:t>
      </w:r>
      <w:r>
        <w:t>части 29 и 210 изложить в следующей редакции: "29. Лицо, оказывающее дополнительные услуги (выполняющее работы, реализующее товары), информация о которых указана в заявлении о предоставлении потребительского кредита (займа) и (или) заявлении о предоставлении дополнительных услуг (работ, товаров) в соответствии с частью 2 настоящей статьи, обязано вернуть заемщику денежные средства в сумме стоимости товара либо сумме, уплаченной заемщиком за оказание такой услуги (выполнение работы), за вычетом стоимости части такой услуги (работы), фактически оказанной (выполненной) заемщику до дня получения заявления об отказе от такой услуги (работы, товара), в срок, не превышающий семи рабочих дней со дня получения лицом, оказывающим такую услугу (выполняющим работу, реализующим товар), этого заявления заемщика, поступившего в течение срока, установленного пунктом 2 части 27 настоящей статьи</w:t>
      </w:r>
    </w:p>
    <w:p>
      <w:r>
        <w:rPr>
          <w:b/>
        </w:rPr>
        <w:t xml:space="preserve">210. </w:t>
      </w:r>
      <w:r>
        <w:t>при наличии у него информации об отсутствии факта уплаты заемщиком третьему лицу, оказывающему дополнительную услугу (выполняющему работу, реализующему товар), денежных средств за оказание такой услуги (выполнение работы, приобретение товара)</w:t>
      </w:r>
    </w:p>
    <w:p>
      <w:r>
        <w:rPr>
          <w:b/>
        </w:rPr>
        <w:t xml:space="preserve">210. </w:t>
      </w:r>
      <w:r>
        <w:t>при наличии у него информации о возврате заемщику денежных средств третьим лицом, оказывающим дополнительную услугу (выполняющим работу, реализующим товар), в сумме, предусмотренной частью 29 настоящей статьи</w:t>
      </w:r>
    </w:p>
    <w:p>
      <w:r>
        <w:rPr>
          <w:b/>
        </w:rPr>
        <w:t xml:space="preserve">210. </w:t>
      </w:r>
      <w:r>
        <w:t>при наличии у него информации об оказании услуги (выполнении работы) третьим лицом, оказывающим дополнительную услугу (выполняющим работу), в полном объеме либо информации о том, что товар был в употреблении заемщиком, до даты получения этим третьим лицом заявления об отказе от такой услуги (работы, товара)</w:t>
      </w:r>
    </w:p>
    <w:p>
      <w:r>
        <w:rPr>
          <w:b/>
        </w:rPr>
        <w:t xml:space="preserve">210. </w:t>
      </w:r>
      <w:r>
        <w:t>в случае пропуска срока, установленного пунктом 2 части 27 настоящей статьи для обращения заемщика к третьему лицу, оказывающему дополнительную услугу (выполняющему работу, реализующему товар)</w:t>
      </w:r>
    </w:p>
    <w:p>
      <w:r>
        <w:rPr>
          <w:b/>
        </w:rPr>
        <w:t xml:space="preserve">210. </w:t>
      </w:r>
      <w:r>
        <w:t>в случае пропуска срока, установленного частью 210 настоящей статьи для обращения заемщика к кредитору с требованием о возврате денежных средств, уплаченных заемщиком третьему лицу за оказание дополнительной услуги (выполнение работы, приобретение товара).";</w:t>
      </w:r>
    </w:p>
    <w:p>
      <w:r>
        <w:rPr>
          <w:b/>
        </w:rPr>
        <w:t xml:space="preserve">210. </w:t>
      </w:r>
      <w:r>
        <w:t>в части 11 статьи 11 слова "четырнадцати календарных дней" заменить словами "тридцати календарных дней"</w:t>
      </w:r>
    </w:p>
    <w:p>
      <w:r>
        <w:rPr>
          <w:b/>
        </w:rPr>
        <w:t xml:space="preserve">210. </w:t>
      </w:r>
      <w:r>
        <w:t>часть 213 после слов "дополнительную услугу" дополнить словами "(выполняющему работу, реализующему товар)"; л) в части 214 слова "частями 27 - 213" заменить словами "частями 2, 27 - 213"; м) в части 215 слова "частями 27 - 214" заменить словами "частями 27, 28, 29 - 214"; н) часть 15 изложить в следующей редакции: "15. При заключении договора потребительского кредита (займа) кредитор обязан предоставить заемщику информацию о суммах и датах платежей заемщика по договору потребительского кредита (займа), а также иных платежей заемщика, указанных в частях 3 и 4 статьи 6 настоящего Федерального закона, или порядке их определения с указанием отдельно сумм, направляемых на погашение основного долга по потребительскому кредиту (займу), сумм, направляемых на погашение процентов, и сумм, направляемых на уплату иных платежей заемщика, указанных в частях 3 и 4 статьи 6 настоящего Федерального закона, - в каждом платеже, общей суммы платежей заемщика в течение срока действия договора потребительского кредита (займа), определенной исходя из условий договора потребительского кредита (займа), действующих на дату заключения договора потребительского кредита (займа), указанных в частях 3 и 4 статьи 6 настоящего Федерального закона (далее - график платежей по договору потребительского кредита (займа). Данное требование не распространяется на случай предоставления потребительского кредита (займа) с лимитом кредитования."; о) дополнить частью 16 следующего содержания: "16. При предоставлении дополнительных услуг (работ, товаров) запрещаются любые действия (в том числе предоставление заемщику неполной, недостоверной информации), направленные на формирование у заемщика ошибочного понимания того, что получение данных дополнительных услуг (работ, товаров) необходимо для получения потребительского кредита (займа)."</w:t>
      </w:r>
    </w:p>
    <w:p>
      <w:r>
        <w:rPr>
          <w:b/>
        </w:rPr>
        <w:t>Статья 2</w:t>
      </w:r>
    </w:p>
    <w:p>
      <w:r>
        <w:t>Внести в статью 5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2003, № 52, ст. 5037; 2009, № 48, ст. 5731; 2011, № 7, ст. 905; № 27, ст. 3873; 2014, № 40, ст. 5317; 2016, № 1, ст. 23; № 26, ст. 3860; 2017, № 31, ст. 4761; 2019, № 30, ст. 4151; 2022, № 29, ст. 5297; 2023, № 1, ст. 54) следующие изменения</w:t>
      </w:r>
    </w:p>
    <w:p>
      <w:r>
        <w:t>в пункте 2 части первой слова "части первой настоящей статьи" заменить словами "настоящей части"</w:t>
      </w:r>
    </w:p>
    <w:p>
      <w:r>
        <w:t>часть шестую после слов "в целях обеспечения своей деятельности," дополнить словами "на продажу товара, реализуемого кредитной организацией в случае возврата должнику денежных средств, уплаченных им третьему лицу за приобретение товара, в случае, предусмотренном частью 210 статьи 7 Федерального закона от 21 декабря 2013 года № 353-ФЗ "О потребительском кредите (займе)","</w:t>
      </w:r>
    </w:p>
    <w:p>
      <w:r>
        <w:rPr>
          <w:b/>
        </w:rPr>
        <w:t>Статья 3</w:t>
      </w:r>
    </w:p>
    <w:p>
      <w:r>
        <w:t>Часть 3 статьи 28 Федерального закона от 13 марта 2006 года № 38-ФЗ "О рекламе" (Собрание законодательства Российской Федерации, 2006, № 12, ст. 1232; 2013, № 30, ст. 4084; № 51, ст. 6695; 2015, № 1, ст. 13; 2016, № 27, ст. 4237; 2017, № 31, ст. 4767; 2019, № 31, ст. 4418; 2020, № 29, ст. 4512; 2021, № 24, ст. 4188) изложить в следующей редакции: "3. Если реклама услуг, связанных с предоставлением кредита или займа, пользованием ими и погашением кредита или займа, содержит информацию о процентных ставках, такая реклама должна содержать информацию, указанную в пункте 10 части 4 статьи 5 Федерального закона "О потребительском кредите (займе)". Указанная информация должна предоставляться до предоставления информации о процентных ставках и указываться шрифтом, размер которого не менее чем шрифт, которым отображается информация о процентных ставках.".</w:t>
      </w:r>
    </w:p>
    <w:p>
      <w:r>
        <w:rPr>
          <w:b/>
        </w:rPr>
        <w:t>Статья 4</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подпункта "ж" пункта 2 статьи 1 и статьи 3 настоящего Федерального закона</w:t>
      </w:r>
    </w:p>
    <w:p>
      <w:r>
        <w:rPr>
          <w:b/>
        </w:rPr>
        <w:t xml:space="preserve">2. </w:t>
      </w:r>
      <w:r>
        <w:t>Подпункт "ж" пункта 2 статьи 1 и статья 3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Положения Федерального закона от 21 декабря 2013 года № 353-ФЗ "О потребительском кредите (займе)" (в редакции настоящего Федерального закона), статьи 5 Федерального закона "О банках и банковской деятельности" (в редакции настоящего Федерального закона) и статьи 28 Федерального закона от 13 марта 2006 года № 38-ФЗ "О рекламе" (в редакции настоящего Федерального закона) применяются к договорам потребительского кредита (займа) (в том числе к договорам потребительского кредита (займа), обязательства заемщика по которым обеспечены ипотекой), заключенным после дня вступления в силу настоящего Федерального закона, а также к договорам потребительского кредита (займа) (в том числе к договорам потребительского кредита (займа), обязательства заемщика по которым обеспечены ипотекой), заключенным до дня вступления в силу настоящего Федерального закона, в случае внесения в них изменений, предусматривающих увеличение процентной ставки по потребительскому кредиту (займу), или изменений, в результате которых индивидуальные условия договора потребительского кредита (займа) соответствуют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 или уплаты заемщиком платежей, указанных в пункте 3 части 4 статьи 6 Федерального закона от 21 декабря 2013 года № 353-ФЗ "О потребительском кредите (займе)" (в редакции настоящего Федерального закона), установленных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