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части двенадцатой статьи 26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2012, № 27, ст. 3588; № 50, ст. 6954; № 53, ст. 7605; 2013, № 11, ст. 1076; № 19, ст. 2329; № 26, ст. 3207; № 27, ст. 3438; № 30, ст. 4084; № 51, ст. 6699; 2014, № 26, ст. 3395; № 52, ст. 7543; 2015, № 27, ст. 3950; № 29, ст. 4357; 2017, № 18, ст. 2661; 2018, № 24, ст. 3400; № 27, ст. 3950; № 31, ст. 4852; № 32, ст. 5100, 5115; 2019, № 6, ст. 463; № 49, ст. 6953; № 52, ст. 7787; 2021, № 27, ст. 5151; 2022, № 1, ст. 40; № 10, ст. 1401; № 14, ст. 2190; № 43, ст. 7271; № 50, ст. 8792; 2023, № 1, ст. 16; № 25, ст. 4447) слова "за деятельностью иностранных агентов" заменить словами "за соблюдением законодательства Российской Федерации об иностранных агентах".</w:t>
      </w:r>
    </w:p>
    <w:p>
      <w:r>
        <w:rPr>
          <w:b/>
        </w:rPr>
        <w:t>Статья 2</w:t>
      </w:r>
    </w:p>
    <w:p>
      <w:r>
        <w:t>В абзаце первом пункта 2 статьи 132 Федерального закона от 15 ноября 1997 года № 143-ФЗ "Об актах гражданского состояния" (Собрание законодательства Российской Федерации, 1997, № 47, ст. 5340; 2016, № 26, ст. 3888; 2018, № 31, ст. 4857, 4861; № 53, ст. 8454; 2019, № 22, ст. 2660; № 27, ст. 3522, 3526; № 40, ст. 5488; 2021, № 1, ст. 57; № 27, ст. 5186; № 50, ст. 8412; 2022, № 1, ст. 33, 43; № 29, ст. 5264; № 50, ст. 8792; 2023, № 1, ст. 5, 16) слова "за деятельностью иностранных агентов" заменить словами "за соблюдением законодательства Российской Федерации об иностранных агентах".</w:t>
      </w:r>
    </w:p>
    <w:p>
      <w:r>
        <w:rPr>
          <w:b/>
        </w:rPr>
        <w:t>Статья 3</w:t>
      </w:r>
    </w:p>
    <w:p>
      <w:r>
        <w:t>В пункте 111 части 5 статьи 2 Федерального закона от 31 июля 2020 года № 248-ФЗ "О государственном контроле (надзоре) и муниципальном контроле в Российской Федерации" (Собрание законодательства Российской Федерации, 2020, № 31, ст. 5007; 2021, № 24, ст. 4188; № 27, ст. 5187; № 50, ст. 8415; 2022, № 50, ст. 8792; 2023, № 14, ст. 2377) слова "за деятельностью иностранных агентов" заменить словами "за соблюдением законодательства Российской Федерации об иностранных агентах".</w:t>
      </w:r>
    </w:p>
    <w:p>
      <w:r>
        <w:rPr>
          <w:b/>
        </w:rPr>
        <w:t>Статья 4</w:t>
      </w:r>
    </w:p>
    <w:p>
      <w:r>
        <w:t>Внести в Федеральный закон от 14 июля 2022 года № 255-ФЗ "О контроле за деятельностью лиц, находящихся под иностранным влиянием" (Собрание законодательства Российской Федерации, 2022, № 29, ст. 5222; № 50, ст. 8792) следующие изменения</w:t>
      </w:r>
    </w:p>
    <w:p>
      <w:r>
        <w:t>статью 1 дополнить частью 5 следующего содержания: "5. Органы публичной власти, организации всех форм собственности, а также их должностные лица, физические лица независимо от их гражданства или при отсутствии такового при осуществлении своей деятельности обязаны учитывать ограничения, связанные со статусом иностранного агента, указанные в статье 11 настоящего Федерального закона. Действия (бездействие) указанных лиц не должны способствовать нарушению иностранным агентом законодательства Российской Федерации об иностранных агентах, в частности настоящего Федерального закона, других федеральных законов, иных нормативных правовых актов, регулирующих деятельность иностранных агентов (далее - законодательство Российской Федерации об иностранных агентах)."</w:t>
      </w:r>
    </w:p>
    <w:p>
      <w:r>
        <w:t>в статье 10: а) наименование изложить в следующей редакции: "Статья 10. Государственный контроль за соблюдением законодательства Российской Федерации об иностранных агентах"; б) в части 1 слова "за деятельностью иностранных агентов" заменить словами "за соблюдением законодательства Российской Федерации об иностранных агентах"; в) в части 2 слова "за деятельностью иностранных агентов" заменить словами "за соблюдением законодательства Российской Федерации об иностранных агентах"; г) часть 3 изложить в следующей редакции: "3. Предметом государственного контроля за соблюдением законодательства Российской Федерации об иностранных агентах является соблюдение иностранными агентами, иными лицами законодательства Российской Федерации об иностранных агентах."; д) часть 4 изложить в следующей редакции: "4. В отношении иностранных агентов, а также лиц, указанных в части 2 статьи 1 настоящего Федерального закона, могут проводиться плановые и внеплановые проверки, а в отношении лиц, указанных в части 5 статьи 1 настоящего Федерального закона, если они своими действиями (бездействием) способствовали нарушению иностранными агентами законодательства Российской Федерации об иностранных агентах, могут проводиться внеплановые проверки."; е) в части 5 слова "за деятельностью иностранных агентов" заменить словами "за соблюдением законодательства Российской Федерации об иностранных агентах"; ж) пункт 3 части 6 изложить в следующей редакции: "3) поступление в уполномоченный орган или его территориальный орган от органов публичной власти, организаций всех форм собственности, а также их должностных лиц, физических лиц независимо от их гражданства или при отсутствии такового информации о нарушениях иностранными агентами или лицами, указанными в части 5 статьи 1 настоящего Федерального закона, требований законодательства Российской Федерации об иностранных агентах."; з) часть 9 дополнить пунктом 6 следующего содержания: "6) при поступлении информации о том, что лицо, указанное в части 5 статьи 1 настоящего Федерального закона, своими действиями (бездействием) способствует нарушению иностранным агентом законодательства Российской Федерации об иностранных агентах, вынести такому лицу письменное предупреждение с указанием допущенного нарушения и срока его устранения, составляющего не менее одного месяца."</w:t>
      </w:r>
    </w:p>
    <w:p>
      <w:r>
        <w:t>часть 12 статьи 11 изложить в следующей редакции: "12. Иностранный агент не вправе получать государственную финансовую и иную имущественную поддержку, в том числе при осуществлении творческой деятельности."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