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31, ст. 4853; № 42, ст. 6378; 2019, № 49, ст. 6963; 2020, № 12, ст. 1656; № 31, ст. 5035; 2021, № 22, ст. 3682; 2022, № 14, ст. 2198) следующие изменения</w:t>
      </w:r>
    </w:p>
    <w:p>
      <w:r>
        <w:t>в части 3 статьи 6: а) в пункте 2 слова "оружия, боеприпасов, боевой и специальной техники" заменить словами "вооружения, боеприпасов, военной и специальной техники"; б) в пункте 3 слово "боевой" заменить словом "военной"</w:t>
      </w:r>
    </w:p>
    <w:p>
      <w:r>
        <w:t>в части 3 статьи 16: а) в пункте 1 слово "технику" заменить словами "военную и специальную технику"; б) в пункте 2 слово "техники" заменить словами "военной и специальной техники"; в) в пункте 3 слова "вооружения и техники" заменить словами "вооружения, военной и специальной техники"</w:t>
      </w:r>
    </w:p>
    <w:p>
      <w:r>
        <w:t>наименование главы 3 изложить в следующей редакции: "Глава 3. Применение военнослужащими (сотрудниками) войск национальной гвардии физической силы, специальных средств, вооружения, военной и специальной техники"</w:t>
      </w:r>
    </w:p>
    <w:p>
      <w:r>
        <w:t>в статье 18: а) наименование изложить в следующей редакции: "Статья 18. Право на применение физической силы, специальных средств, вооружения, военной и специальной техники и порядок их применения"; б) в части 1 слова "оружия, боевой и специальной техники" заменить словами "вооружения, военной и специальной техники"; в) в части 2 слова "оружия, боевой и специальной техники" заменить словами "вооружения, военной и специальной техники"; г) в части 5 слова "оружия, боевой и специальной техники" заменить словами "вооружения, военной и специальной техники", слова "оружие, боевая и специальная техника" заменить словами "вооружение, военная и специальная техника"; д) в части 6 слова "оружия, боевой и специальной техники" заменить словами "вооружения, военной и специальной техники"; е) в части 7 слова "оружия, боевой и специальной техники" заменить словами "вооружения, военной и специальной техники"; ж) в части 8 слова "оружия, боевой и специальной техники" заменить словами "вооружения, военной и специальной техники"; з) в части 9 слова "оружия, боевой и специальной техники" заменить словами "вооружения, военной и специальной техники"; и) в части 10 слова "оружия, боевой и специальной техники" заменить словами "вооружения, военной и специальной техники"; к) в части 11 слова "оружие, боевую и специальную технику" заменить словами "вооружение, военную и специальную технику"; л) в части 12 слова "оружия, боевой и специальной техники" заменить словами "вооружения, военной и специальной техники"; м) в части 14 слова "оружия, боевой и специальной техники" заменить словами "вооружения, военной и специальной техники"</w:t>
      </w:r>
    </w:p>
    <w:p>
      <w:r>
        <w:t>в части 2 статьи 19 слова "оружия, боевой и специальной техники" заменить словами "вооружения, военной и специальной техники"</w:t>
      </w:r>
    </w:p>
    <w:p>
      <w:r>
        <w:t>в статье 21: а) в пункте 2 части 1 слова "оружием, боевой, специальной и иной техникой" заменить словами "вооружением, военной, специальной и иной техникой"; б) часть 2 признать утратившей силу</w:t>
      </w:r>
    </w:p>
    <w:p>
      <w:r>
        <w:t>в статье 22: а) наименование изложить в следующей редакции: "Статья 22. Применение оружия, иного вооружения, военной и специальной техники"; б) в части 1: абзац первый изложить в следующей редакции: "1. Оружие, иное вооружение, военная и специальная техника, состоящие на вооружении войск национальной гвардии, применяются в следующих случаях:"; в пункте 1 слова "боевой, специальной и иной техники" заменить словами "вооружения, военной, специальной и иной техники"; в пункте 6 слова "оружия, боеприпасов, взрывчатых веществ, специальных средств и военной техники" заменить словами "вооружения, боеприпасов, взрывчатых веществ, специальных средств, военной и специальной техники"</w:t>
      </w:r>
    </w:p>
    <w:p>
      <w:r>
        <w:t>в части 4 статьи 24 слова "табельным оружием, специальными средствами и закрепленными за ними вооружением и техникой" заменить словами "специальными средствами, закрепленными за ними вооружением, военной и специальной техникой"</w:t>
      </w:r>
    </w:p>
    <w:p>
      <w:r>
        <w:t>в части 1 статьи 31 слово "боевой" заменить словом "военной"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