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племенном животноводстве" и отдельные законодательные акты Российской Федерации</w:t>
      </w:r>
    </w:p>
    <w:p>
      <w:r>
        <w:rPr>
          <w:b/>
        </w:rPr>
        <w:t>Статья 1</w:t>
      </w:r>
    </w:p>
    <w:p>
      <w:r>
        <w:t>Внести в Федеральный закон от 3 августа 1995 года № 123-ФЗ "О племенном животноводстве" (Собрание законодательства Российской Федерации, 1995, № 32, ст. 3199; 2011, № 1, ст. 32; № 30, ст. 4596; 2015, № 29, ст. 4359; 2019, № 31, ст. 4447; 2021, № 50, ст. 8411) следующие изменения</w:t>
      </w:r>
    </w:p>
    <w:p>
      <w:r>
        <w:t>в статье 2: а) абзац третий изложить в следующей редакции: "племенное животное - сельскохозяйственное животное, используемое для воспроизводства определенной породы и зарегистрированное в порядке, установленном настоящим Федеральным законом;"; б) абзац четвертый изложить в следующей редакции: "племенная продукция (материал) (племенные ресурсы) - племенное животное, его семя и эмбрионы;"; в) абзацы шестой и седьмой изложить в следующей редакции: "бонитировка - оценка племенной ценности племенной продукции (материала) в целях ее дальнейшего использования; племенная ценность - уровень генетического потенциала племенной продукции (материала) и влияния данного генетического потенциала на хозяйственно полезные признаки потомства;"; г) абзацы одиннадцатый - тринадцатый признать утратившими силу; д) абзац четырнадцатый изложить в следующей редакции: "племенное свидетельство (паспорт) - документ, подтверждающий происхождение, а также племенную ценность племенной продукции (материала);"; е) абзац пятнадцатый признать утратившим силу; ж) дополнить абзацем следующего содержания: "племенное стадо - группа сельскохозяйственных животных, используемая для воспроизводства определенной породы и зарегистрированная в порядке, установленном настоящим Федеральным законом."</w:t>
      </w:r>
    </w:p>
    <w:p>
      <w:r>
        <w:t>часть первую статьи 4 изложить в следующей редакции: "Законодательство Российской Федерации в области племенного животноводства регулирует отношения в области разведения племенных животных, производства и использования племенной продукции (материала) во всех отраслях животноводства."</w:t>
      </w:r>
    </w:p>
    <w:p>
      <w:r>
        <w:t>в части третьей статьи 8 слова "племенного свидетельства" заменить словами "племенного свидетельства (паспорта)"</w:t>
      </w:r>
    </w:p>
    <w:p>
      <w:r>
        <w:t>в статье 11: а) в части первой слова "специально уполномоченного Правительством Российской Федерации государственного органа по управлению племенным животноводством" заменить словами "федерального органа исполнительной власти, осуществляющего управление в области племенного животноводства"; б) часть вторую изложить в следующей редакции: "Разрешение на импорт племенной продукции (материала) выдается при условии, если племенная ценность импортируемой племенной продукции (материала) подтверждена признаваемым Российской Федерацией племенным свидетельством (паспортом). Для получения указанного разрешения заинтересованное лицо обязано представить в федеральный орган исполнительной власти, осуществляющий управление в области племенного животноводства, документы о племенной ценности племенной продукции (материала)."</w:t>
      </w:r>
    </w:p>
    <w:p>
      <w:r>
        <w:t>в статье 12 слова "Федеральные органы" заменить словами "Федеральный орган"</w:t>
      </w:r>
    </w:p>
    <w:p>
      <w:r>
        <w:t>в статье 13: а) в части первой: в абзаце первом слова "федеральные органы исполнительной власти, осуществляющие" заменить словами "федеральный орган исполнительной власти, осуществляющий"; в абзаце втором слово "проводят" заменить словом "проводит"; в абзаце третьем слово "организуют" заменить словом "организует"; в абзаце четвертом слово "утверждают" заменить словом "утверждает"; абзац пятый изложить в следующей редакции: "создает, развивает, эксплуатирует федеральную государственную информационно-аналитическую систему племенных ресурсов;"; в абзаце шестом слово "определяют" заменить словом "определяет"; в абзаце седьмом слово "устанавливают" заменить словом "устанавливает"; в абзаце восьмом слово "определяют" заменить словом "определяет"; в абзаце девятом слово "разрабатывают" заменить словом "разрабатывает"; в абзаце десятом слово "координируют" заменить словом "координирует"; дополнить абзацами следующего содержания: "утверждает порядок и условия проведения бонитировки; утверждает методику проверки и оценки племенных животных; ведет учет племенных хозяйств; выдает разрешения на импорт племенной продукции (материала)."; б) абзац третий части второй изложить в следующей редакции: "осуществляют государственную регистрацию племенных животных и племенных стад в федеральной государственной информационно-аналитической системе племенных ресурсов;"</w:t>
      </w:r>
    </w:p>
    <w:p>
      <w:r>
        <w:t>статью 14 признать утратившей силу</w:t>
      </w:r>
    </w:p>
    <w:p>
      <w:r>
        <w:t>статью 152 изложить в следующей редакции: "Статья 152. Передача осуществления полномочий федерального органа исполнительной власти в области племенного животноводства органам исполнительной власти субъектов Российской Федерации Полномочия федерального органа исполнительной власти в области племенного животноводства, предусмотренные настоящим Федеральным законом, могут передаваться для осуществления органам исполнительной власти субъектов Российской Федерации в соответствии с Федеральным законом от 21 декабря 2021 года № 414-ФЗ "Об общих принципах организации публичной власти в субъектах Российской Федерации"."</w:t>
      </w:r>
    </w:p>
    <w:p>
      <w:r>
        <w:t>наименование главы IV изложить в следующей редакции: "Глава IV. Управление в области племенного животноводства и информационное обеспечение племенного животноводства"</w:t>
      </w:r>
    </w:p>
    <w:p>
      <w:r>
        <w:t>дополнить статьей 171 следующего содержания: "Статья 171. Федеральная государственная информационно-аналитическая система племенных ресурсов Федеральная государственная информационно-аналитическая система племенных ресурсов (далее также - информационно-аналитическая система племенных ресурсов) создается в целях обеспечения регистрации племенных животных и племенных стад, племенных хозяйств, а также в целях осуществления анализа и обработки предоставленных в информационно-аналитическую систему племенных ресурсов сведений о племенных животных, племенных стадах, племенных хозяйствах и выданных разрешений на импорт племенной продукции (материала). Создание, развитие и эксплуатация информационно-аналитической системы племенных ресурсов обеспечиваются федеральным органом исполнительной власти, осуществляющим управление в области племенного животноводства. Заказчиком и оператором информационно-аналитической системы племенных ресурсов является федеральный орган исполнительной власти, осуществляющий управление в области племенного животноводства. Обладателем информации, содержащейся в информационно-аналитической системе племенных ресурсов, является Российская Федерация, от имени которой правомочия обладателя информации осуществляет федеральный орган исполнительной власти, осуществляющий управление в области племенного животноводства. Информация, содержащаяся в информационно-аналитической системе племенных ресурсов, является общедоступной, за исключением информации, доступ к которой ограничен федеральными законами. Доступ к сведениям, содержащимся в информационно-аналитической системе племенных ресурсов, предоставляется органам государственной власти, органам местного самоуправления, юридическим лицам, крестьянским (фермерским) хозяйствам без образования юридического лица или индивидуальным предпринимателям, осуществляющим деятельность в области племенного животноводства, в электронной форме без взимания платы. Функционирование информационно-аналитической системы племенных ресурсов, а также ее взаимодействие с федеральными информационными системами осуществляется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выполнения государственных и муниципальных функций в электронной форме. Положение о федеральной государственной информационно-аналитической системе племенных ресурсов, порядок, сроки, формы и форматы предоставления информации в информационно-аналитическую систему племенных ресурсов утверждаются Правительством Российской Федерации. Идентификация и аутентификация в информационно-аналитической системе племенных ресурсов осуществляются с использованием единой системы идентификации и аутентификации. Подписание документов в информационно-аналитической системе племенных ресурсов племенными хозяйствами осуществляется с использованием усиленной квалифицированной электронной подписи. В информационно-аналитической системе племенных ресурсов содержится информация: о племенных животных и племенных стадах, включая данные об их племенной ценности; о племенных хозяйствах, включая данные юридических лиц, крестьянских (фермерских) хозяйств без образования юридического лица или индивидуальных предпринимателей, осуществляющих деятельность в области племенного животноводства; о выданных разрешениях на импорт племенной продукции (материала), включая данные о ее племенной ценности; о нормативно-справочных данных в области племенного животноводства. Иная информация, подлежащая предоставлению в информационно-аналитическую систему племенных ресурсов, утверждается Правительством Российской Федерации. Информация о племенных хозяйствах, выданных разрешениях на импорт племенной продукции (материала), а также нормативно-справочная информация предоставляется в информационно-аналитическую систему племенных ресурсов федеральным органом исполнительной власти, осуществляющим управление в области племенного животноводства. Информация о племенных животных и (или) племенных стадах предоставляется в информационно-аналитическую систему племенных ресурсов племенными хозяйствами в обязательном порядке. Внесению в информационно-аналитическую систему племенных ресурсов не подлежит информация о племенных животных и (или) племенных стадах, цели использования которых не связаны с воспроизводством определенной породы."</w:t>
      </w:r>
    </w:p>
    <w:p>
      <w:r>
        <w:t>статью 18 изложить в следующей редакции: "Статья 18. Государственная регистрация племенных животных и племенных стад Государственная регистрация племенных животных и племенных стад осуществляется органами исполнительной власти субъектов Российской Федерации, осуществляющими управление в области племенного животноводства, в информационно-аналитической системе племенных ресурсов. Порядок государственной регистрации племенных животных и племенных стад в информационно-аналитической системе племенных ресурсов и аннулирования регистрации, в том числе сроки регистрации, а также перечень сведений о племенных животных и племенных стадах, подлежащих внесению в информационно-аналитическую систему племенных ресурсов, утверждается Правительством Российской Федерации. Объектами государственной регистрации являются племенные животные и племенные стада, прошедшие надлежащую экспертизу племенной ценности. Перечень племенных животных, регистрация которых осуществляется стадами, определяется федеральным органом исполнительной власти, осуществляющим управление в области племенного животноводства. Основанием для отказа в государственной регистрации племенного животного и (или) племенного стада является предоставление племенным хозяйством в информационно-аналитическую систему племенных ресурсов сведений о племенном животном и (или) племенном стаде не в полном объеме."</w:t>
      </w:r>
    </w:p>
    <w:p>
      <w:r>
        <w:t>абзац четвертый части второй статьи 21 изложить в следующей редакции: "методик и технических средств для оценки племенной ценности племенной продукции (материала);"</w:t>
      </w:r>
    </w:p>
    <w:p>
      <w:r>
        <w:t>в статье 22: а) абзац второй изложить в следующей редакции: "племенное животное подвергнуто идентификации в соответствии с Законом Российской Федерации от 14 мая 1993 года № 4979-I "О ветеринарии";"; б) абзац третий дополнить словом "(паспорт)"</w:t>
      </w:r>
    </w:p>
    <w:p>
      <w:r>
        <w:t>в части первой статьи 23: а) абзац четвертый изложить в следующей редакции: "оно обозначено в целях идентификации в соответствии с Законом Российской Федерации от 14 мая 1993 года № 4979-I "О ветеринарии";"; б) абзац пятый дополнить словом "(паспорт)"</w:t>
      </w:r>
    </w:p>
    <w:p>
      <w:r>
        <w:t>в части первой статьи 24: а) абзац четвертый изложить в следующей редакции: "они обозначены в целях идентификации в соответствии с Законом Российской Федерации от 14 мая 1993 года № 4979-I "О ветеринарии";"; б) абзац пятый дополнить словом "(паспорта)"</w:t>
      </w:r>
    </w:p>
    <w:p>
      <w:r>
        <w:t>статью 25 изложить в следующей редакции: "Статья 25. Бонитировка Порядок и условия проведения бонитировки устанавливаются федеральным органом исполнительной власти, осуществляющим управление в области племенного животноводства. Бонитировка проводится ежегодно во всех племенных хозяйствах, имеющих племенную продукцию (материал)."</w:t>
      </w:r>
    </w:p>
    <w:p>
      <w:r>
        <w:t>часть четвертую статьи 26 изложить в следующей редакции: "Проверка и оценка племенных животных-производителей проводятся в соответствии с методикой, утверждаемой федеральным органом исполнительной власти, осуществляющим управление в области племенного животноводства."</w:t>
      </w:r>
    </w:p>
    <w:p>
      <w:r>
        <w:t>в статье 29: а) в части второй слова "специально уполномоченным Правительством Российской Федерации государственным органом по управлению племенным животноводством" заменить словами "федеральным органом исполнительной власти, осуществляющим управление в области племенного животноводства"; б) в части третьей слова "специально уполномоченным Правительством Российской Федерации государственным органом по управлению племенным животноводством" заменить словами "федеральным органом исполнительной власти, осуществляющим управление в области племенного животноводства"</w:t>
      </w:r>
    </w:p>
    <w:p>
      <w:r>
        <w:t>абзац шестой части первой статьи 30 изложить в следующей редакции: "организации, оказывающие услуги в области племенного животноводства (контрольно-испытательная станция животноводства, ипподром, лаборатория селекционного контроля качества молока, шерсти, лаборатория иммуногенетической экспертизы, центр информационного обеспечения и другие организации по племенному животноводству)."</w:t>
      </w:r>
    </w:p>
    <w:p>
      <w:r>
        <w:t>в статье 31 слова "со специально уполномоченным Правительством Российской Федерации государственным органом по управлению племенным животноводством" заменить словами "с федеральным органом исполнительной власти, осуществляющим управление в области племенного животноводства"</w:t>
      </w:r>
    </w:p>
    <w:p>
      <w:r>
        <w:t>в части второй статьи 33 слова "со специально уполномоченным Правительством Российской Федерации государственным органом по управлению племенным животноводством" заменить словами "с федеральным органом исполнительной власти, осуществляющим управление в области племенного животноводства"</w:t>
      </w:r>
    </w:p>
    <w:p>
      <w:r>
        <w:t>в части второй статьи 34 слова "со специально уполномоченным Правительством Российской Федерации государственным органом по управлению племенным животноводством" заменить словами "с федеральным органом исполнительной власти, осуществляющим управление в области племенного животноводства"</w:t>
      </w:r>
    </w:p>
    <w:p>
      <w:r>
        <w:t>статью 35 изложить в следующей редакции: "Статья 35. Организации, оказывающие услуги в области племенного животноводства Организации, оказывающие услуги в области племенного животноводства (контрольно-испытательная станция животноводства, ипподром, лаборатория селекционного контроля качества молока, шерсти, лаборатория иммуногенетической экспертизы, центр информационного обеспечения и другие организации по племенному животноводству), осуществляют учет генотипических и фенотипических признаков племенной продукции (материала) для использования указанных признаков в селекции животных."</w:t>
      </w:r>
    </w:p>
    <w:p>
      <w:r>
        <w:t>в части второй статьи 36 слова "специально уполномоченным Правительством Российской Федерации государственным органом по управлению племенным животноводством" заменить словами "федеральным органом исполнительной власти, осуществляющим управление в области племенного животноводства"</w:t>
      </w:r>
    </w:p>
    <w:p>
      <w:r>
        <w:rPr>
          <w:b/>
        </w:rPr>
        <w:t>Статья 2</w:t>
      </w:r>
    </w:p>
    <w:p>
      <w:r>
        <w:t>В абзаце четвертом пункта 2 статьи 7 Федерального закона от 7 июля 2003 года № 112-ФЗ "О личном подсобном хозяйстве" (Собрание законодательства Российской Федерации, 2003, № 28, ст. 2881) слова "и племенных" исключить.</w:t>
      </w:r>
    </w:p>
    <w:p>
      <w:r>
        <w:rPr>
          <w:b/>
        </w:rPr>
        <w:t>Статья 3</w:t>
      </w:r>
    </w:p>
    <w:p>
      <w:r>
        <w:t>Внести в Федеральный закон от 2 июля 2013 года № 148-ФЗ "Об аквакультуре (рыбоводстве) и о внесении изменений в отдельные законодательные акты Российской Федерации" (Собрание законодательства Российской Федерации, 2013, № 27, ст. 3440; 2019, № 52, ст. 7820) следующие изменения</w:t>
      </w:r>
    </w:p>
    <w:p>
      <w:r>
        <w:t>в пункте 8 статьи 2 слова "объектов аквакультуры с высокими племенными и продуктивными качествами" заменить словами "объектов аквакультуры с высокой племенной ценностью и высокой продуктивностью"</w:t>
      </w:r>
    </w:p>
    <w:p>
      <w:r>
        <w:t>в статье 13: а) в наименовании слова "разведения племенных объектов аквакультуры" заменить словами "племенного животноводства"; б) слова "разведения племенных объектов аквакультуры" заменить словами "племенного животноводства"</w:t>
      </w:r>
    </w:p>
    <w:p>
      <w:r>
        <w:rPr>
          <w:b/>
        </w:rPr>
        <w:t>Статья 4</w:t>
      </w:r>
    </w:p>
    <w:p>
      <w:r>
        <w:t>В части 2 статьи 17 Федерального закона от 30 декабря 2020 года № 490-ФЗ "О пчеловодстве в Российской Федерации" (Собрание законодательства Российской Федерации, 2021, № 1, ст. 29) слова "племенную работу" заменить словами "деятельность в области племенного животноводства", слова "племенной работе" заменить словами "деятельности в области племенного животноводства".</w:t>
      </w:r>
    </w:p>
    <w:p>
      <w:r>
        <w:rPr>
          <w:b/>
        </w:rPr>
        <w:t>Статья 5</w:t>
      </w:r>
    </w:p>
    <w:p>
      <w:r>
        <w:rPr>
          <w:b/>
        </w:rPr>
        <w:t xml:space="preserve">1. </w:t>
      </w:r>
      <w:r>
        <w:t>Настоящий Федеральный закон вступает в силу с 1 сентября 2023 года, за исключением положений, для которых настоящей статьей установлен иной срок вступления их в силу</w:t>
      </w:r>
    </w:p>
    <w:p>
      <w:r>
        <w:rPr>
          <w:b/>
        </w:rPr>
        <w:t xml:space="preserve">2. </w:t>
      </w:r>
      <w:r>
        <w:t>Подпункты "а", "г" и "ж" пункта 1, подпункт "б" пункта 6, пункты 9 - 11 статьи 1 настоящего Федерального закона вступают в силу с 1 марта 2026 года</w:t>
      </w:r>
    </w:p>
    <w:p>
      <w:r>
        <w:rPr>
          <w:b/>
        </w:rPr>
        <w:t xml:space="preserve">3. </w:t>
      </w:r>
      <w:r>
        <w:t>Племенные свидетельства и свидетельства о регистрации в государственном племенном регистре, выданные до 1 марта 2026 года, являются действительными</w:t>
      </w:r>
    </w:p>
    <w:p>
      <w:r>
        <w:rPr>
          <w:b/>
        </w:rPr>
        <w:t xml:space="preserve">4. </w:t>
      </w:r>
      <w:r>
        <w:t>Сведения о племенных животных и племенных стадах, зарегистрированных соответственно в государственной книге племенных животных и государственном племенном регистре до 1 марта 2026 года, а также сведения о племенных хозяйствах, виды которых определены до 1 марта 2026 года, должны быть внесены до 31 марта 2026 года в федеральную государственную информационно-аналитическую систему племенных ресурсов органами исполнительной власти субъектов Российской Федерации, осуществляющими управление в области племенного животноводства, и федеральным органом исполнительной власти, осуществляющим управление в области племенного животноводства</w:t>
      </w:r>
    </w:p>
    <w:p>
      <w:r>
        <w:rPr>
          <w:b/>
        </w:rPr>
        <w:t xml:space="preserve">5. </w:t>
      </w:r>
      <w:r>
        <w:t>С 1 марта 2026 года племенные свидетельства (паспорта) на племенных животных предоставляются племенным хозяйствам по запросам указанных хозяйств органами исполнительной власти субъектов Российской Федерации, осуществляющими управление в области племенного животноводства, в виде выписки из федеральной государственной информационно-аналитической системы племенных ресурсов в форме электронного документа, подписанного усиленной квалифицированной электронной подписью</w:t>
      </w:r>
    </w:p>
    <w:p>
      <w:r>
        <w:rPr>
          <w:b/>
        </w:rPr>
        <w:t xml:space="preserve">6. </w:t>
      </w:r>
      <w:r>
        <w:t>С 1 марта 2026 года разрешения на импорт племенной продукции (материала) выдаются юридическим лицам, крестьянским (фермерским) хозяйствам без образования юридического лица или индивидуальным предпринимателям, осуществляющим деятельность в области племенного животноводства, по запросам указанных лиц федеральным органом исполнительной власти, осуществляющим управление в области племенного животноводства, в виде выписки из информационно-аналитической системы племенных ресурсов в форме электронного документа, подписанного усиленной квалифицированной электронной подписью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