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добровольной пожарной охране"</w:t>
      </w:r>
    </w:p>
    <w:p>
      <w:r>
        <w:rPr>
          <w:b/>
        </w:rPr>
        <w:t>Статья 1</w:t>
      </w:r>
    </w:p>
    <w:p>
      <w:r>
        <w:t>Внести в Федеральный закон от 6 мая 2011 года № 100-ФЗ "О добровольной пожарной охране" (Собрание законодательства Российской Федерации, 2011, № 19, ст. 2717; 2013, № 27, ст. 3477; 2015, № 29, ст. 4360; 2017, № 9, ст. 1281; 2021, № 18, ст. 3061; 2023, № 1, ст. 53) следующие изменения: 1) статью 1 изложить в следующей редакции: "Статья 1. Предмет регулирования настоящего Федерального закона 1. Предметом регулирования настоящего Федерального закона являются общественные отношения, возникающие в связи с реализацией физическими лицами и (или) юридическими лицами - общественными объединениями права на объединение для участия в деятельности добровольной пожарной охраны, связанной с профилактикой и (или) тушением пожаров и проведением аварийно-спасательных работ (добровольческая деятельность), а также отношения, связанные с привлечением физических лиц к участию в добровольческой деятельности в составе добровольных пожарных подразделений.</w:t>
      </w:r>
    </w:p>
    <w:p>
      <w:r>
        <w:rPr>
          <w:b/>
        </w:rPr>
        <w:t xml:space="preserve">2. </w:t>
      </w:r>
      <w:r>
        <w:t>Настоящий Федеральный закон устанавливает правовые основы создания, права и гарантии деятельности добровольной пожарной охраны и добровольных пожарных, регулирует отношения добровольной пожарной охраны с органами государственной власти, органами местного самоуправления, организациями и гражданами Российской Федерации, иностранными гражданами и лицами без гражданства.";</w:t>
      </w:r>
    </w:p>
    <w:p>
      <w:r>
        <w:rPr>
          <w:b/>
        </w:rPr>
        <w:t xml:space="preserve">2. </w:t>
      </w:r>
      <w:r>
        <w:t>Общественные объединения пожарной охраны создаются в организационно-правовой форме общественной организации или общественного учреждения</w:t>
      </w:r>
    </w:p>
    <w:p>
      <w:r>
        <w:rPr>
          <w:b/>
        </w:rPr>
        <w:t xml:space="preserve">3. </w:t>
      </w:r>
      <w:r>
        <w:t>Учредителями общественного объединения пожарной охраны могут выступать физические лица и (или) юридические лица - общественные объединения</w:t>
      </w:r>
    </w:p>
    <w:p>
      <w:r>
        <w:rPr>
          <w:b/>
        </w:rPr>
        <w:t xml:space="preserve">4. </w:t>
      </w:r>
      <w:r>
        <w:t>Членами общественного объединения пожарной охраны могут быть физические лица и юридические лица - общественные объединения, чья заинтересованность в совместном достижении целей и решении задач добровольной пожарной охраны в соответствии с нормами устава общественного объединения пожарной охраны оформляется соответствующими индивидуальными заявлениями или документами, позволяющими учитывать количество членов общественного объединения пожарной охраны. Членам общественного объединения пожарной охраны могут выдаваться удостоверения (членские билеты) установленного образца</w:t>
      </w:r>
    </w:p>
    <w:p>
      <w:r>
        <w:rPr>
          <w:b/>
        </w:rPr>
        <w:t xml:space="preserve">5. </w:t>
      </w:r>
      <w:r>
        <w:t>Участниками общественного объединения пожарной охраны могут быть физические лица и юридические лица - общественные объединения, выразившие поддержку целям и (или) конкретным акциям данного объединения и принимающие участие в его деятельности с обязательным оформлением условий своего участия</w:t>
      </w:r>
    </w:p>
    <w:p>
      <w:r>
        <w:rPr>
          <w:b/>
        </w:rPr>
        <w:t xml:space="preserve">6. </w:t>
      </w:r>
      <w:r>
        <w:t>Учредители, члены и участники общественного объединения пожарной охраны имеют права и несут обязанности, определенные настоящим Федеральным законом и уставом общественного объединения пожарной охраны</w:t>
      </w:r>
    </w:p>
    <w:p>
      <w:r>
        <w:rPr>
          <w:b/>
        </w:rPr>
        <w:t xml:space="preserve">7. </w:t>
      </w:r>
      <w:r>
        <w:t>Создаваемые общественные объединения пожарной охраны могут быть зарегистрированы в едином государственном реестре юридических лиц в порядке, предусмотренном законодательством Российской Федерации, и приобрести права юридического лица либо осуществлять свою деятельность без государственной регистрации и приобретения прав юридического лица</w:t>
      </w:r>
    </w:p>
    <w:p>
      <w:r>
        <w:rPr>
          <w:b/>
        </w:rPr>
        <w:t xml:space="preserve">8. </w:t>
      </w:r>
      <w:r>
        <w:t>Порядок создания, реорганизации и (или) ликвидации общественных объединений пожарной охраны и порядок осуществления ими своей деятельности определяются законодательством Российской Федерации</w:t>
      </w:r>
    </w:p>
    <w:p>
      <w:r>
        <w:rPr>
          <w:b/>
        </w:rPr>
        <w:t xml:space="preserve">9. </w:t>
      </w:r>
      <w:r>
        <w:t>Общественное объединение пожарной охраны для достижения уставных целей организует и обеспечивает создание территориальных добровольных пожарных подразделений, подготовку добровольных пожарных и материальное стимулирование участия добровольных пожарных в обеспечении пожарной безопасности, представляет и защищает законные права и интересы добровольных пожарных и иных членов и участников общественного объединения пожарной охраны в отношениях с органами государственной власти, органами местного самоуправления и организациями</w:t>
      </w:r>
    </w:p>
    <w:p>
      <w:r>
        <w:rPr>
          <w:b/>
        </w:rPr>
        <w:t xml:space="preserve">10. </w:t>
      </w:r>
      <w:r>
        <w:t>Общественное объединение пожарной охраны формируется и осуществляет свою деятельность в соответствии с законодательством Российской Федерации и уставом соответствующего общественного объединения пожарной охраны.";</w:t>
      </w:r>
    </w:p>
    <w:p>
      <w:r>
        <w:rPr>
          <w:b/>
        </w:rPr>
        <w:t xml:space="preserve">2. </w:t>
      </w:r>
      <w:r>
        <w:t>В состав территориального добровольного пожарного подразделения, комплектуемого на добровольной основе, входят добровольные пожарные из числа физических лиц, проживающих или пребывающих в районе обслуживания данного добровольного пожарного подразделения</w:t>
      </w:r>
    </w:p>
    <w:p>
      <w:r>
        <w:rPr>
          <w:b/>
        </w:rPr>
        <w:t xml:space="preserve">3. </w:t>
      </w:r>
      <w:r>
        <w:t>На должность руководителя территориального добровольного пожарного подразделения и водителем транспортного средства назначаются с их согласия члены или участники общественного объединения пожарной охраны либо работники добровольной пожарной охраны в порядке, установленном трудовым законодательством Российской Федерации</w:t>
      </w:r>
    </w:p>
    <w:p>
      <w:r>
        <w:rPr>
          <w:b/>
        </w:rPr>
        <w:t xml:space="preserve">4. </w:t>
      </w:r>
      <w:r>
        <w:t>Управление деятельностью и имуществом территориального добровольного пожарного подразделения осуществляется его руководителем</w:t>
      </w:r>
    </w:p>
    <w:p>
      <w:r>
        <w:rPr>
          <w:b/>
        </w:rPr>
        <w:t xml:space="preserve">5. </w:t>
      </w:r>
      <w:r>
        <w:t>Особенности деятельности территориального добровольного пожарного подразделения, его структура, права и обязанности работников добровольной пожарной охраны и добровольных пожарных определяются настоящим Федеральным законом, положением о территориальном добровольном пожарном подразделении, утверждаемым локальным актом общественного объединения пожарной охраны</w:t>
      </w:r>
    </w:p>
    <w:p>
      <w:r>
        <w:rPr>
          <w:b/>
        </w:rPr>
        <w:t xml:space="preserve">6. </w:t>
      </w:r>
      <w:r>
        <w:t>Руководитель общественного объединения пожарной охраны, в котором создается территориальное добровольное пожарное подразделение, либо иное лицо, уполномоченное указанным руководителем, организует подготовку добровольных пожарных и материальное стимулирование участия добровольных пожарных в обеспечении пожарной безопасности</w:t>
      </w:r>
    </w:p>
    <w:p>
      <w:r>
        <w:rPr>
          <w:b/>
        </w:rPr>
        <w:t xml:space="preserve">2. </w:t>
      </w:r>
      <w:r>
        <w:t>в статье 2:</w:t>
      </w:r>
    </w:p>
    <w:p>
      <w:r>
        <w:rPr>
          <w:b/>
        </w:rPr>
        <w:t xml:space="preserve">2. </w:t>
      </w:r>
      <w:r>
        <w:t>объектовое добровольное пожарное подразделение (объектовая добровольная пожарная дружина и (или) объектовая добровольная пожарная команда) - структурное подразделение организации, не являющейся общественным объединением пожарной охраны, созданное для участия в профилактике и (или) тушении пожаров и проведении аварийно-спасательных работ в данной организации;";</w:t>
      </w:r>
    </w:p>
    <w:p>
      <w:r>
        <w:rPr>
          <w:b/>
        </w:rPr>
        <w:t xml:space="preserve">2. </w:t>
      </w:r>
      <w:r>
        <w:t>в статье 3:</w:t>
      </w:r>
    </w:p>
    <w:p>
      <w:r>
        <w:rPr>
          <w:b/>
        </w:rPr>
        <w:t xml:space="preserve">2. </w:t>
      </w:r>
      <w:r>
        <w:t>статью 6 изложить в следующей редакции: "Статья 6. Общественные объединения пожарной охраны 1. Право физических лиц на создание общественных объединений пожарной охраны реализуется как непосредственно путем объединения физических лиц, так и через юридические лица - общественные объединения</w:t>
      </w:r>
    </w:p>
    <w:p>
      <w:r>
        <w:rPr>
          <w:b/>
        </w:rPr>
        <w:t xml:space="preserve">2. </w:t>
      </w:r>
      <w:r>
        <w:t>пункт 1 изложить в следующей редакции: "1) добровольная пожарная охрана - основанный на добровольческой деятельности вид пожарной охраны, включающий в себя общественные объединения добровольной пожарной охраны, объектовые добровольные пожарные подразделения и входящих в их состав добровольных пожарных, деятельность которых предусматривает участие в профилактике и (или) тушении пожаров и проведении аварийно-спасательных работ;"</w:t>
      </w:r>
    </w:p>
    <w:p>
      <w:r>
        <w:rPr>
          <w:b/>
        </w:rPr>
        <w:t xml:space="preserve">2. </w:t>
      </w:r>
      <w:r>
        <w:t>дополнить пунктом 11 следующего содержания: "11) общественное объединение добровольной пожарной охраны (далее - общественное объединение пожарной охраны) - социально ориентированное общественное объединение физических лиц и (или) юридических лиц - общественных объединений, созданное в соответствии с законодательством Российской Федерации, одной из основных уставных целей которого является участие в осуществлении деятельности в области пожарной безопасности и проведении аварийно-спасательных работ;"</w:t>
      </w:r>
    </w:p>
    <w:p>
      <w:r>
        <w:rPr>
          <w:b/>
        </w:rPr>
        <w:t xml:space="preserve">2. </w:t>
      </w:r>
      <w:r>
        <w:t>пункт 2 изложить в следующей редакции: "2) добровольный пожарный - физическое лицо, принимающее на добровольной и безвозмездной основе участие в профилактике и (или) тушении пожаров и проведении аварийно-спасательных работ в составе добровольного пожарного подразделения;"</w:t>
      </w:r>
    </w:p>
    <w:p>
      <w:r>
        <w:rPr>
          <w:b/>
        </w:rPr>
        <w:t xml:space="preserve">2. </w:t>
      </w:r>
      <w:r>
        <w:t>дополнить пунктом 21 следующего содержания: "21) добровольное пожарное подразделение - добровольная пожарная дружина или добровольная пожарная команда, созданные организацией независимо от ее организационно-правовой формы для участия в профилактике и (или) тушении пожаров и проведении аварийно-спасательных работ;"</w:t>
      </w:r>
    </w:p>
    <w:p>
      <w:r>
        <w:rPr>
          <w:b/>
        </w:rPr>
        <w:t xml:space="preserve">2. </w:t>
      </w:r>
      <w:r>
        <w:t>в пункте 3 слова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заменить словами "добровольное пожарное подразделение"</w:t>
      </w:r>
    </w:p>
    <w:p>
      <w:r>
        <w:rPr>
          <w:b/>
        </w:rPr>
        <w:t xml:space="preserve">2. </w:t>
      </w:r>
      <w:r>
        <w:t>в пункте 4 слова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и" заменить словами "добровольное пожарное подразделение,"</w:t>
      </w:r>
    </w:p>
    <w:p>
      <w:r>
        <w:rPr>
          <w:b/>
        </w:rPr>
        <w:t xml:space="preserve">2. </w:t>
      </w:r>
      <w:r>
        <w:t>дополнить пунктами 41 и 42 следующего содержания: "41) территориальное добровольное пожарное подразделение (территориальная добровольная пожарная дружина и (или) территориальная добровольная пожарная команда) - структурное подразделение общественного объединения пожарной охраны, созданное для участия в профилактике и (или) тушении пожаров и проведении аварийно-спасательных работ на территориях одного или нескольких муниципальных образований</w:t>
      </w:r>
    </w:p>
    <w:p>
      <w:r>
        <w:rPr>
          <w:b/>
        </w:rPr>
        <w:t xml:space="preserve">2. </w:t>
      </w:r>
      <w:r>
        <w:t>в пункте 6 слова "и обязанностей" заменить словом "обязанностей", слова "добровольной пожарной команды или добровольной пожарной дружины либо положением о добровольной пожарной команде или добровольной пожарной дружине" заменить словами "общественного объединения пожарной охраны либо положением о добровольном пожарном подразделении"</w:t>
      </w:r>
    </w:p>
    <w:p>
      <w:r>
        <w:rPr>
          <w:b/>
        </w:rPr>
        <w:t xml:space="preserve">2. </w:t>
      </w:r>
      <w:r>
        <w:t>в пункте 7 слова "добровольных пожарных" исключить</w:t>
      </w:r>
    </w:p>
    <w:p>
      <w:r>
        <w:rPr>
          <w:b/>
        </w:rPr>
        <w:t xml:space="preserve">2. </w:t>
      </w:r>
      <w:r>
        <w:t>в пункте 8 слова "добровольных пожарных" исключить</w:t>
      </w:r>
    </w:p>
    <w:p>
      <w:r>
        <w:rPr>
          <w:b/>
        </w:rPr>
        <w:t xml:space="preserve">2. </w:t>
      </w:r>
      <w:r>
        <w:t>в пункте 1 слова "общественных объединений пожарной охраны независимо от их организационно-правовых форм" заменить словами "организаций, которые создают добровольные пожарные подразделения"</w:t>
      </w:r>
    </w:p>
    <w:p>
      <w:r>
        <w:rPr>
          <w:b/>
        </w:rPr>
        <w:t xml:space="preserve">2. </w:t>
      </w:r>
      <w:r>
        <w:t>в пункте 3 слова "внутренней структуры добровольной пожарной охраны," исключить</w:t>
      </w:r>
    </w:p>
    <w:p>
      <w:r>
        <w:rPr>
          <w:b/>
        </w:rPr>
        <w:t xml:space="preserve">2. </w:t>
      </w:r>
      <w:r>
        <w:t>в пункте 5 слова "подразделений добровольной пожарной охраны" заменить словами "добровольных пожарных подразделений"</w:t>
      </w:r>
    </w:p>
    <w:p>
      <w:r>
        <w:rPr>
          <w:b/>
        </w:rPr>
        <w:t xml:space="preserve">10. </w:t>
      </w:r>
      <w:r>
        <w:t>дополнить статьями 61 и 62 следующего содержания: "Статья 61. Территориальные добровольные пожарные подразделения 1. Территориальные добровольные пожарные подразделения являются структурными подразделениями общественных объединений пожарной охраны и участвуют в профилактике и (или) тушении пожаров и проведении аварийно-спасательных работ на территориях одного или нескольких муниципальных образований</w:t>
      </w:r>
    </w:p>
    <w:p>
      <w:r>
        <w:rPr>
          <w:b/>
        </w:rPr>
        <w:t>Статья 62. Объектовые добровольные пожарные подразделения</w:t>
      </w:r>
    </w:p>
    <w:p>
      <w:r>
        <w:rPr>
          <w:b/>
        </w:rPr>
        <w:t xml:space="preserve">1. </w:t>
      </w:r>
      <w:r>
        <w:t>Объектовые добровольные пожарные подразделения могут создаваться по месту работы или учебы физических лиц</w:t>
      </w:r>
    </w:p>
    <w:p>
      <w:r>
        <w:rPr>
          <w:b/>
        </w:rPr>
        <w:t xml:space="preserve">2. </w:t>
      </w:r>
      <w:r>
        <w:t>Объектовые добровольные пожарные подразделения создаются организацией в целях участия в профилактике и (или) тушении пожаров и проведении аварийно-спасательных работ в данной организации</w:t>
      </w:r>
    </w:p>
    <w:p>
      <w:r>
        <w:rPr>
          <w:b/>
        </w:rPr>
        <w:t xml:space="preserve">3. </w:t>
      </w:r>
      <w:r>
        <w:t>В состав объектового добровольного пожарного подразделения, комплектуемого на добровольной основе, входят добровольные пожарные из числа работников организации и (или) обучающихся в образовательной организации</w:t>
      </w:r>
    </w:p>
    <w:p>
      <w:r>
        <w:rPr>
          <w:b/>
        </w:rPr>
        <w:t xml:space="preserve">4. </w:t>
      </w:r>
      <w:r>
        <w:t>Управление объектовым добровольным пожарным подразделением и его имуществом осуществляется в порядке, определяемом организацией, в которой создается указанное подразделение</w:t>
      </w:r>
    </w:p>
    <w:p>
      <w:r>
        <w:rPr>
          <w:b/>
        </w:rPr>
        <w:t xml:space="preserve">5. </w:t>
      </w:r>
      <w:r>
        <w:t>Особенности деятельности объектового добровольного пожарного подразделения, его структура, права и обязанности добровольных пожарных определяются настоящим Федеральным законом и положением об объектовом добровольном пожарном подразделении, утверждаемым локальным актом организации</w:t>
      </w:r>
    </w:p>
    <w:p>
      <w:r>
        <w:rPr>
          <w:b/>
        </w:rPr>
        <w:t xml:space="preserve">6. </w:t>
      </w:r>
      <w:r>
        <w:t>Типовые положения об объектовых добровольных пожарных подразделениях утверждаются федеральным органом исполнительной власти, уполномоченным на решение задач в области пожарной безопасности</w:t>
      </w:r>
    </w:p>
    <w:p>
      <w:r>
        <w:rPr>
          <w:b/>
        </w:rPr>
        <w:t xml:space="preserve">7. </w:t>
      </w:r>
      <w:r>
        <w:t>Организация, в которой создается объектовое добровольное пожарное подразделение, либо лицо, уполномоченное руководителем организации, организует подготовку добровольных пожарных и материальное стимулирование участия добровольных пожарных в обеспечении пожарной безопасности.";</w:t>
      </w:r>
    </w:p>
    <w:p>
      <w:r>
        <w:rPr>
          <w:b/>
        </w:rPr>
        <w:t xml:space="preserve">5. </w:t>
      </w:r>
      <w:r>
        <w:t>Добровольные пожарные территориальных добровольных пожарных подразделений обязаны быть членами или участниками общественных объединений пожарной охраны, создавших такие подразделения</w:t>
      </w:r>
    </w:p>
    <w:p>
      <w:r>
        <w:rPr>
          <w:b/>
        </w:rPr>
        <w:t xml:space="preserve">6. </w:t>
      </w:r>
      <w:r>
        <w:t>Условия участия добровольного пожарного в деятельности добровольного пожарного подразделения устанавливаются гражданско-правовым договором на выполнение работ по участию в профилактике и (или) тушении пожаров и проведении аварийно-спасательных работ, который может предусматривать обязанности организации, создавшей добровольное пожарное подразделение, по предоставлению добровольному пожарному питания, форменной и специальной одежды, оборудования, средств индивидуальной защиты, помещения во временное пользование, оплате проезда до места назначения и обратно, оплате услуг связи, уплате страховых взносов на добровольное медицинское страхование добровольного пожарного либо на страхование его жизни или здоровья, а также по возмещению расходов, связанных с исполнением указанного договора.";</w:t>
      </w:r>
    </w:p>
    <w:p>
      <w:r>
        <w:rPr>
          <w:b/>
        </w:rPr>
        <w:t xml:space="preserve">7. </w:t>
      </w:r>
      <w:r>
        <w:t>статьи 7 и 8 признать утратившими силу</w:t>
      </w:r>
    </w:p>
    <w:p>
      <w:r>
        <w:rPr>
          <w:b/>
        </w:rPr>
        <w:t xml:space="preserve">7. </w:t>
      </w:r>
      <w:r>
        <w:t>в статье 10:</w:t>
      </w:r>
    </w:p>
    <w:p>
      <w:r>
        <w:rPr>
          <w:b/>
        </w:rPr>
        <w:t xml:space="preserve">7. </w:t>
      </w:r>
      <w:r>
        <w:t>в части 3 слова "учредителем (учредителями) соответствующих общественных объединений пожарной охраны" заменить словами "организациями, которые создают добровольные пожарные подразделения,"</w:t>
      </w:r>
    </w:p>
    <w:p>
      <w:r>
        <w:rPr>
          <w:b/>
        </w:rPr>
        <w:t xml:space="preserve">7. </w:t>
      </w:r>
      <w:r>
        <w:t>дополнить частями 4 - 6 следующего содержания: "4. Добровольные пожарные должны отвечать требованиям, установленным настоящим Федеральным законом</w:t>
      </w:r>
    </w:p>
    <w:p>
      <w:r>
        <w:rPr>
          <w:b/>
        </w:rPr>
        <w:t xml:space="preserve">6. </w:t>
      </w:r>
      <w:r>
        <w:t>в статье 11 слова "учредителя (учредителей)" заменить словами "организаций, которые создают добровольные пожарные подразделения"</w:t>
      </w:r>
    </w:p>
    <w:p>
      <w:r>
        <w:rPr>
          <w:b/>
        </w:rPr>
        <w:t xml:space="preserve">6. </w:t>
      </w:r>
      <w:r>
        <w:t>в статье 12:</w:t>
      </w:r>
    </w:p>
    <w:p>
      <w:r>
        <w:rPr>
          <w:b/>
        </w:rPr>
        <w:t xml:space="preserve">6. </w:t>
      </w:r>
      <w:r>
        <w:t>в части 2 статьи 13 слова "общественных объединений" заменить словом "добровольной"</w:t>
      </w:r>
    </w:p>
    <w:p>
      <w:r>
        <w:rPr>
          <w:b/>
        </w:rPr>
        <w:t xml:space="preserve">6. </w:t>
      </w:r>
      <w:r>
        <w:t>в части 1 статьи 14:</w:t>
      </w:r>
    </w:p>
    <w:p>
      <w:r>
        <w:rPr>
          <w:b/>
        </w:rPr>
        <w:t xml:space="preserve">6. </w:t>
      </w:r>
      <w:r>
        <w:t>в статье 15:</w:t>
      </w:r>
    </w:p>
    <w:p>
      <w:r>
        <w:rPr>
          <w:b/>
        </w:rPr>
        <w:t xml:space="preserve">6. </w:t>
      </w:r>
      <w:r>
        <w:t>в статье 16:</w:t>
      </w:r>
    </w:p>
    <w:p>
      <w:r>
        <w:rPr>
          <w:b/>
        </w:rPr>
        <w:t xml:space="preserve">6. </w:t>
      </w:r>
      <w:r>
        <w:t>в статье 17:</w:t>
      </w:r>
    </w:p>
    <w:p>
      <w:r>
        <w:rPr>
          <w:b/>
        </w:rPr>
        <w:t xml:space="preserve">6. </w:t>
      </w:r>
      <w:r>
        <w:t>в статье 18:</w:t>
      </w:r>
    </w:p>
    <w:p>
      <w:r>
        <w:rPr>
          <w:b/>
        </w:rPr>
        <w:t xml:space="preserve">6. </w:t>
      </w:r>
      <w:r>
        <w:t>в статье 19 слова "Органы государственной власти и органы местного самоуправления" заменить словами "Органы государственной власти, органы местного самоуправления", после слов "соответствующих бюджетов" дополнить словами ", а также организации, которые создают добровольные пожарные подразделения за счет собственных средств,"</w:t>
      </w:r>
    </w:p>
    <w:p>
      <w:r>
        <w:rPr>
          <w:b/>
        </w:rPr>
        <w:t xml:space="preserve">6. </w:t>
      </w:r>
      <w:r>
        <w:t>в части 3 статьи 20 слова "учредителем (учредителями) общественного объединения пожарной охраны" заменить словами "организациями, которые создают добровольные пожарные подразделения,"</w:t>
      </w:r>
    </w:p>
    <w:p>
      <w:r>
        <w:rPr>
          <w:b/>
        </w:rPr>
        <w:t xml:space="preserve">6. </w:t>
      </w:r>
      <w:r>
        <w:t>в части 2 статьи 21 слова "подразделениях добровольной пожарной охраны" заменить словами "добровольных пожарных подразделениях", слово "соответствующего" заменить словами "организации, которой созданы такие"</w:t>
      </w:r>
    </w:p>
    <w:p>
      <w:r>
        <w:rPr>
          <w:b/>
        </w:rPr>
        <w:t xml:space="preserve">6. </w:t>
      </w:r>
      <w:r>
        <w:t>в статье 22:</w:t>
      </w:r>
    </w:p>
    <w:p>
      <w:r>
        <w:rPr>
          <w:b/>
        </w:rPr>
        <w:t xml:space="preserve">6. </w:t>
      </w:r>
      <w:r>
        <w:t>часть 1 изложить в следующей редакции: "1. Имущество общественных объединений пожарной охраны формируется в соответствии с законодательством Российской Федерации на основе вступительных и членских взносов, если их уплата предусмотрена уставом соответствующего общественного объединения пожарной охраны, взносов его учредителей, добровольных взносов и пожертвований, поступлений от мероприятий, проводимых в соответствии с указанным уставом, за счет средств поддержки, оказываемой органами государственной власти и органами местного самоуправления общественным объединениям пожарной охраны в соответствии с законодательством Российской Федерации, законодательством субъектов Российской Федерации, муниципальными правовыми актами, и иных не запрещенных законодательством Российской Федерации поступлений (в том числе средств страховых организаций, осуществляющих страхование имущества и (или) гражданской ответственности на случай пожара)."</w:t>
      </w:r>
    </w:p>
    <w:p>
      <w:r>
        <w:rPr>
          <w:b/>
        </w:rPr>
        <w:t xml:space="preserve">6. </w:t>
      </w:r>
      <w:r>
        <w:t>в части 3 слова "в собственности (во владении, в пользовании, распоряжении) добровольной" заменить словами "во владении, в пользовании или распоряжении общественных объединений"</w:t>
      </w:r>
    </w:p>
    <w:p>
      <w:r>
        <w:rPr>
          <w:b/>
        </w:rPr>
        <w:t xml:space="preserve">6. </w:t>
      </w:r>
      <w:r>
        <w:t>дополнить частью 4 следующего содержания: "4. Имущество, используемое объектовыми добровольными пожарными подразделениями, находится на балансе организаций, в которых создаются такие подразделения, и должно использоваться для выполнения задач, возложенных на добровольную пожарную охрану законодательством Российской Федерации."</w:t>
      </w:r>
    </w:p>
    <w:p>
      <w:r>
        <w:rPr>
          <w:b/>
        </w:rPr>
        <w:t xml:space="preserve">6. </w:t>
      </w:r>
      <w:r>
        <w:t>абзац первый изложить в следующей редакции: "1. Работники добровольной пожарной охраны и добровольные пожарные, осуществляющие деятельность в составе добровольного пожарного подразделения в случаях и порядке, которые предусмотрены законодательством Российской Федерации, законодательством субъектов Российской Федерации, муниципальными правовыми актами или гражданско-правовым (трудовым) договором на выполнение работ по участию в профилактике и (или) тушении пожаров и проведении аварийно-спасательных работ, имеют право на:"</w:t>
      </w:r>
    </w:p>
    <w:p>
      <w:r>
        <w:rPr>
          <w:b/>
        </w:rPr>
        <w:t xml:space="preserve">6. </w:t>
      </w:r>
      <w:r>
        <w:t>в пункте 1 слова "добровольной пожарной команде или добровольной пожарной дружине" заменить словами "добровольном пожарном подразделении"</w:t>
      </w:r>
    </w:p>
    <w:p>
      <w:r>
        <w:rPr>
          <w:b/>
        </w:rPr>
        <w:t xml:space="preserve">6. </w:t>
      </w:r>
      <w:r>
        <w:t>в пункте 2 слова "добровольной пожарной команде или добровольной пожарной дружине" заменить словами "добровольном пожарном подразделении"</w:t>
      </w:r>
    </w:p>
    <w:p>
      <w:r>
        <w:rPr>
          <w:b/>
        </w:rPr>
        <w:t xml:space="preserve">6. </w:t>
      </w:r>
      <w:r>
        <w:t>дополнить пунктом 7 следующего содержания: "7) поддержку в форме предоставления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оплаты услуг связи, уплаты страховых взносов на добровольное медицинское страхование добровольных пожарных либо на страхование их жизни или здоровья, а также возмещения понесенных ими расходов на приобретение указанных товаров или услуг."</w:t>
      </w:r>
    </w:p>
    <w:p>
      <w:r>
        <w:rPr>
          <w:b/>
        </w:rPr>
        <w:t xml:space="preserve">6. </w:t>
      </w:r>
      <w:r>
        <w:t>в абзаце первом слова "добровольной пожарной команды или добровольной пожарной дружины, уставом добровольной пожарной команды или добровольной пожарной дружины либо положением об объектовой добровольной пожарной команде или объектовой добровольной пожарной дружине" заменить словами "добровольного пожарного подразделения, положением о таком подразделении"</w:t>
      </w:r>
    </w:p>
    <w:p>
      <w:r>
        <w:rPr>
          <w:b/>
        </w:rPr>
        <w:t xml:space="preserve">6. </w:t>
      </w:r>
      <w:r>
        <w:t>в пункте 3 слова "добровольной пожарной команды или добровольной пожарной дружины" заменить словами "добровольного пожарного подразделения"</w:t>
      </w:r>
    </w:p>
    <w:p>
      <w:r>
        <w:rPr>
          <w:b/>
        </w:rPr>
        <w:t xml:space="preserve">6. </w:t>
      </w:r>
      <w:r>
        <w:t>в пункте 4 слова "добровольной пожарной команды или добровольной пожарной дружины" заменить словами "добровольного пожарного подразделения"</w:t>
      </w:r>
    </w:p>
    <w:p>
      <w:r>
        <w:rPr>
          <w:b/>
        </w:rPr>
        <w:t xml:space="preserve">6. </w:t>
      </w:r>
      <w:r>
        <w:t>в пункте 6 слова "добровольной пожарной команды или добровольной пожарной дружины" заменить словами "добровольного пожарного подразделения"</w:t>
      </w:r>
    </w:p>
    <w:p>
      <w:r>
        <w:rPr>
          <w:b/>
        </w:rPr>
        <w:t xml:space="preserve">6. </w:t>
      </w:r>
      <w:r>
        <w:t>в части 1 слова "Учредитель (учредители) общественного объединения пожарной охраны" заменить словами "Организации, которые создают добровольные пожарные подразделения,"</w:t>
      </w:r>
    </w:p>
    <w:p>
      <w:r>
        <w:rPr>
          <w:b/>
        </w:rPr>
        <w:t xml:space="preserve">6. </w:t>
      </w:r>
      <w:r>
        <w:t>часть 2 изложить в следующей редакции: "2. Форма материального стимулирования добровольных пожарных и размеры денежных вознаграждений (премий) добровольным пожарным устанавливаются организациями, которые создают добровольные пожарные подразделения, в зависимости от объема средств, предусмотренных на содержание соответствующего добровольного пожарного подразделения, и личного вклада добровольных пожарных в результаты деятельности такого подразделения. Представления об установлении форм материального стимулирования добровольных пожарных и размеров денежных вознаграждений (премий) добровольным пожарным вносятся руководителями таких подразделений в соответствующие организации."</w:t>
      </w:r>
    </w:p>
    <w:p>
      <w:r>
        <w:rPr>
          <w:b/>
        </w:rPr>
        <w:t xml:space="preserve">6. </w:t>
      </w:r>
      <w:r>
        <w:t>наименование дополнить словами "и работников добровольной пожарной охраны"</w:t>
      </w:r>
    </w:p>
    <w:p>
      <w:r>
        <w:rPr>
          <w:b/>
        </w:rPr>
        <w:t xml:space="preserve">6. </w:t>
      </w:r>
      <w:r>
        <w:t>слова "Органы государственной власти" заменить словами "1. Органы государственной власти", слова "добровольных пожарных подразделений добровольной пожарной охраны" заменить словами "указанных лиц"</w:t>
      </w:r>
    </w:p>
    <w:p>
      <w:r>
        <w:rPr>
          <w:b/>
        </w:rPr>
        <w:t xml:space="preserve">6. </w:t>
      </w:r>
      <w:r>
        <w:t>дополнить частью 2 следующего содержания: "2. Организации, которые создают добровольные пожарные подразделения, в случае привлечения добровольных пожарных таких подразделений к участию в тушении пожаров, проведении аварийно-спасательных работ, спасению людей и имущества при пожарах и оказанию первой помощи пострадавшим могут осуществлять за счет собственных средств поддержку добровольных пожарных в форме предоставления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оплаты услуг связи, уплаты страховых взносов на добровольное медицинское страхование добровольных пожарных либо на страхование их жизни или здоровья, а также возмещения понесенных ими расходов на приобретение указанных товаров или услуг."</w:t>
      </w:r>
    </w:p>
    <w:p>
      <w:r>
        <w:rPr>
          <w:b/>
        </w:rPr>
        <w:t xml:space="preserve">6. </w:t>
      </w:r>
      <w:r>
        <w:t>в части 1 слова "добровольной пожарной команды или добровольной пожарной дружины" заменить словами "добровольного пожарного подразделения"</w:t>
      </w:r>
    </w:p>
    <w:p>
      <w:r>
        <w:rPr>
          <w:b/>
        </w:rPr>
        <w:t xml:space="preserve">6. </w:t>
      </w:r>
      <w:r>
        <w:t>часть 2 изложить в следующей редакции: "2. Организации, которые создают добровольные пожарные подразделения, привлекающие добровольных пожарных в рабочее или учебное время к участию в тушении пожаров или несению службы (дежурства) либо прохождению профессионального обучения, выплачивают за счет средств, предусмотренных на содержание таких подразделений, добровольным пожарным за время отсутствия по месту работы или учебы компенсацию в размере и порядке, которые определены данной организацией."</w:t>
      </w:r>
    </w:p>
    <w:p>
      <w:r>
        <w:rPr>
          <w:b/>
        </w:rPr>
        <w:t xml:space="preserve">6. </w:t>
      </w:r>
      <w:r>
        <w:t>в части 3 слова "территориальных и объектовых подразделений добровольной пожарной охраны" заменить словами "добровольных пожарных подразделений"</w:t>
      </w:r>
    </w:p>
    <w:p>
      <w:r>
        <w:rPr>
          <w:b/>
        </w:rPr>
        <w:t xml:space="preserve">6. </w:t>
      </w:r>
      <w:r>
        <w:t>в части 4 слова "подразделении добровольной пожарной охраны" заменить словами "добровольном пожарном подразделении"</w:t>
      </w:r>
    </w:p>
    <w:p>
      <w:r>
        <w:rPr>
          <w:b/>
        </w:rPr>
        <w:t xml:space="preserve">6. </w:t>
      </w:r>
      <w:r>
        <w:t>в части 5 слова "учредительными документами территориальных подразделений добровольной пожарной охраны или распорядительными документами собственника имущества организации (для объектовых подразделений добровольной пожарной охраны)" заменить словами "распорядительными документами организаций, которые создают добровольные пожарные подразделения,"</w:t>
      </w:r>
    </w:p>
    <w:p>
      <w:r>
        <w:rPr>
          <w:b/>
        </w:rPr>
        <w:t xml:space="preserve">6. </w:t>
      </w:r>
      <w:r>
        <w:t>дополнить частью 9 следующего содержания: "9. Организацией, которая создала добровольное пожарное подразделение, в соответствии с законодательством Российской Федерации могут устанавливаться иные не установленные настоящим Федеральным законом формы и способы стимулирования деятельности добровольных пожарных."</w:t>
      </w:r>
    </w:p>
    <w:p>
      <w:r>
        <w:rPr>
          <w:b/>
        </w:rPr>
        <w:t xml:space="preserve">6. </w:t>
      </w:r>
      <w:r>
        <w:t>в наименовании слова "подразделений добровольной пожарной охраны" заменить словами "добровольных пожарных подразделений"</w:t>
      </w:r>
    </w:p>
    <w:p>
      <w:r>
        <w:rPr>
          <w:b/>
        </w:rPr>
        <w:t xml:space="preserve">6. </w:t>
      </w:r>
      <w:r>
        <w:t>в части 1 слова "Подразделения добровольной пожарной охраны" заменить словами "Добровольные пожарные подразделения"</w:t>
      </w:r>
    </w:p>
    <w:p>
      <w:r>
        <w:rPr>
          <w:b/>
        </w:rPr>
        <w:t xml:space="preserve">6. </w:t>
      </w:r>
      <w:r>
        <w:t>в части 2 слова "территориальных и объектовых подразделений добровольной пожарной охраны" заменить словами "добровольных пожарных подразделений", слова "учредителем (учредителями) общественного объединения пожарной охраны" заменить словами "организацией, которой созданы такие подразделения"</w:t>
      </w:r>
    </w:p>
    <w:p>
      <w:r>
        <w:rPr>
          <w:b/>
        </w:rPr>
        <w:t xml:space="preserve">6. </w:t>
      </w:r>
      <w:r>
        <w:t>часть 4 изложить в следующей редакции: "4. Назначенный руководителем организации, которая создала добровольное пожарное подразделение, старший из числа личного состава такого подразделения, прибывшего первым на пожар, до прибытия подразделений пожарной охраны иных видов руководит действиями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w:t>
      </w:r>
    </w:p>
    <w:p>
      <w:r>
        <w:rPr>
          <w:b/>
        </w:rPr>
        <w:t>Статья 2</w:t>
      </w:r>
    </w:p>
    <w:p>
      <w:r>
        <w:t>Пункт 4 Федерального закона от 22 февраля 2017 года № 21-ФЗ "О внесении изменений в Федеральный закон "О добровольной пожарной охране" (Собрание законодательства Российской Федерации, 2017, № 9, ст. 1281) признать утратившим силу.</w:t>
      </w:r>
    </w:p>
    <w:p>
      <w:r>
        <w:rPr>
          <w:b/>
        </w:rPr>
        <w:t>Статья 3</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