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биологической безопасности в Российской Федерации"</w:t>
      </w:r>
    </w:p>
    <w:p>
      <w:r>
        <w:rPr>
          <w:b/>
        </w:rPr>
        <w:t>Статья 1</w:t>
      </w:r>
    </w:p>
    <w:p>
      <w:r>
        <w:t>Внести в пункт 5 части 2 статьи 5 Федерального закона от 30 декабря 2020 года № 492-ФЗ "О биологической безопасности в Российской Федерации" (Собрание законодательства Российской Федерации, 2021, № 1, ст. 31) изменение, изложив его в следующей редакции: "5) формирование и ведение реестра продукции (товаров), необходимой для обеспечения биологической безопасности населения и организации оказания медицинской помощи населению, в порядке, установленном Правительством Российской Федерации, а также формирование и ведение реестра предприятий, имеющих резерв мощностей для производства указанной продукции (товаров), который носит информационный характер и формируется на основании информации (сведений), имеющейся в распоряжении федеральных органов государственной власти, в порядке, установленном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