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минимальном размере оплаты труда" и признании утратившими силу статей 2 и 3 Федерального закона "О внесении изменения в статью 1 Федерального закона "О минимальном размере оплаты труда" и о приостановлении действия ее отдельных положений"</w:t>
      </w:r>
    </w:p>
    <w:p>
      <w:r>
        <w:rPr>
          <w:b/>
        </w:rPr>
        <w:t>Статья 1</w:t>
      </w:r>
    </w:p>
    <w:p>
      <w:r>
        <w:t>Внести в статью 1 Федерального закона от 19 июня 2000 года № 82-ФЗ "О минимальном размере оплаты труда" (Собрание законодательства Российской Федерации, 2000, № 26, ст. 2729; 2021, № 1, ст. 12; № 50, ст. 8413; 2022, № 52, ст. 9352) следующие изменения</w:t>
      </w:r>
    </w:p>
    <w:p>
      <w:r>
        <w:t>части первую и вторую изложить в следующей редакции: "Статья 1. Установить минимальный размер оплаты труда с 1 января 2024 года в сумме 19 242 рубля в месяц. Минимальный размер оплаты труда на очередной год устанавливается федеральным законом в текущем году с учетом величины медианной заработной платы, рассчитанной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за предыдущий год."</w:t>
      </w:r>
    </w:p>
    <w:p>
      <w:r>
        <w:t>части четвертую и пятую изложить в следующей редакции: "С 2025 года соотношение минимального размера оплаты труда и медианной заработной платы устанавливается в размере не ниже 48 процентов. Указанное в части четвертой настоящей статьи соотношение минимального размера оплаты труда и медианной заработной платы пересматривается не реже одного раза в пять лет исходя из условий социально-экономического развития Российской Федерации."</w:t>
      </w:r>
    </w:p>
    <w:p>
      <w:r>
        <w:rPr>
          <w:b/>
        </w:rPr>
        <w:t>Статья 2</w:t>
      </w:r>
    </w:p>
    <w:p>
      <w:r>
        <w:t>Статьи 2 и 3 Федерального закона от 19 декабря 2022 года № 522-ФЗ "О внесении изменения в статью 1 Федерального закона "О минимальном размере оплаты труда" и о приостановлении действия ее отдельных положений" (Собрание законодательства Российской Федерации, 2022, № 52, ст. 9352) признать утратившими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