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принятием в Российскую Федерацию Донецкой Народной Республики, Луганской Народной Республики, Запорожской области и Херсонской области"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