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№ 2 о внесении изменений в Соглашение между Правительством Российской Федерации и Правительством Исламской Республики Пакистан об урегулировании задолженности Исламской Республики Пакистан перед Российской Федерацией по ранее предоставленным кредитам от 10 октября 2001 года и Протокол от 15 февраля 2021 года к нему</w:t>
      </w:r>
    </w:p>
    <w:p>
      <w:r>
        <w:rPr>
          <w:b/>
        </w:rPr>
        <w:t>Статья None. Федеральный закон   от 12.12.2023 № 572-ФЗ</w:t>
      </w:r>
    </w:p>
    <w:p>
      <w:r>
        <w:t>О ратификации Протокола № 2 о внесении изменений в Соглашение между Правительством Российской Федерации и Правительством Исламской Республики Пакистан об урегулировании задолженности Исламской Республики Пакистан перед Российской Федерацией по ранее предоставленным кредитам от 10 октября 2001 года и Протокол от 15 февраля 2021 года к нему РОССИЙСКАЯ ФЕДЕРАЦИЯ ФЕДЕРАЛЬНЫЙ ЗАКОН О ратификации Протокола № 2 о внесении изменений в Соглашение между Правительством Российской Федерации и Правительством Исламской Республики Пакистан об урегулировании задолженности Исламской Республики Пакистан перед Российской Федерацией по ранее предоставленным кредитам от 10 октября 2001 года и Протокол от 15 февраля 2021 года к нему Принят Государственной Думой 29 ноября 2023 года Одобрен Советом Федерации 7 декабря 2023 года Ратифицировать Протокол № 2 о внесении изменений в Соглашение между Правительством Российской Федерации и Правительством Исламской Республики Пакистан об урегулировании задолженности Исламской Республики Пакистан перед Российской Федерацией по ранее предоставленным кредитам от 10 октября 2001 года и Протокол от 15 февраля 2021 года к нему, подписанный в городе Москве 24 мая 2023 года. Президент Российской Федерации В.Путин Москва, Кремль 12 декабря 2023 года № 572-ФЗ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