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 и статью 8 Федерального закона "О противодействии коррупции"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2008, № 52, ст. 6235; 2010, № 7, ст. 704; 2011, № 48, ст. 6730; № 50, ст. 7337; 2012, № 50, ст. 6954; № 53, ст. 7620; 2013, № 14, ст. 1665; № 23, ст. 2874; № 27, ст. 3477; 2014, № 52, ст. 7542; 2016, № 27, ст. 4157; 2017, № 31, ст. 4824; 2018, № 1, ст. 7; № 32, ст. 5130; 2020, № 31, ст. 5027; № 44, ст. 6888; 2022, № 41, ст. 6941; № 45, ст. 7669; № 50, ст. 8792; 2023, № 1, ст. 16, 92; № 29, ст. 5304, 5305) следующие изменения</w:t>
      </w:r>
    </w:p>
    <w:p>
      <w:r>
        <w:t>в статье 20: а) дополнить частью 11 следующего содержания: "11. Гражданский служащий и гражданин, претендующие на включение в федеральный кадровый резерв на гражданской службе, представляют в порядке, устанавливаемом Президентом Российской Федерации,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службе."; б) в части 3 слова "гражданским служащим" исключить</w:t>
      </w:r>
    </w:p>
    <w:p>
      <w:r>
        <w:t>в пункте 5 части 2 статьи 22 слова "гражданского служащего (гражданина), включенного" заменить словами "гражданского служащего или гражданина, включенных"</w:t>
      </w:r>
    </w:p>
    <w:p>
      <w:r>
        <w:t>абзац первый части 1 статьи 39 после слов "в кадровый резерв" дополнить словами ", за исключением федерального кадрового резерва на гражданской службе,"</w:t>
      </w:r>
    </w:p>
    <w:p>
      <w:r>
        <w:t>пункт 9 части 1 статьи 44 после слов "гражданских служащих" дополнить словом ", граждан"</w:t>
      </w:r>
    </w:p>
    <w:p>
      <w:r>
        <w:t>в пункте 4 части 2 статьи 60 слова "на конкурсной основе" исключить</w:t>
      </w:r>
    </w:p>
    <w:p>
      <w:r>
        <w:t>в статье 64: а) в части 1 слова "гражданских служащих (граждан) формируются федеральный кадровый резерв" заменить словами "гражданских служащих, граждан формируются федеральный кадровый резерв на гражданской службе"; б) часть 2 изложить в следующей редакции: "2. Положение о федеральном кадровом резерве на гражданской службе, определяющее категории и группы должностей федеральной гражданской службы, для замещения которых формируется федеральный кадровый резерв на гражданской службе, порядок его формирования и работы с ним, утверждается указом Президента Российской Федерации."; в) в части 3 слова "гражданских служащих (граждан)" заменить словами "гражданских служащих и граждан"; г) в части 5 слова "гражданских служащих (граждан)" заменить словами "гражданских служащих, граждан"; д) часть 9 изложить в следующей редакции: "9. Включение гражданских служащих,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Федерации, а в кадровый резерв государственного органа - правовым актом государственного органа."; е) часть 10 изложить в следующей редакции: "10. Назначение гражданского служащего или гражданина, состоящих в кадровом резерве, на вакантную должность гражданской службы осуществляется с их согласия по решению представителя нанимателя."; ж) часть 11 изложить в следующей редакции: "11. Положение о кадровом резерве федерального государственного органа, кадровом резерве органа публичной власти федеральной территории, определяющее порядок формирования кадрового резерва федерального государственного органа, кадрового резерва органа публичной власти федеральной территории и работы с ними, утверждается указом Президента Российской Федерации."</w:t>
      </w:r>
    </w:p>
    <w:p>
      <w:r>
        <w:rPr>
          <w:b/>
        </w:rPr>
        <w:t>Статья 2</w:t>
      </w:r>
    </w:p>
    <w:p>
      <w:r>
        <w:t>Внести в статью 8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2012, № 50, ст. 6954; № 53, ст. 7605; 2014, № 52, ст. 7542; 2015, № 48, ст. 6720; 2016, № 27, ст. 4169; 2017, № 15, ст. 2139; 2018, № 24, ст. 3400; 2020, № 31, ст. 5018; 2022, № 1, ст. 40; 2023, № 1, ст. 16; № 12, ст. 1883; № 29, ст. 5304) следующие изменения</w:t>
      </w:r>
    </w:p>
    <w:p>
      <w:r>
        <w:t>часть 1 дополнить пунктом 33 следующего содержания: "33) государственные гражданские служащие и граждане, претендующие на включение в федеральный кадровый резерв на государственной гражданской службе Российской Федерации;"</w:t>
      </w:r>
    </w:p>
    <w:p>
      <w:r>
        <w:t>часть 7 после слов "за исключением сведений, представляемых" дополнить словами "государственными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Федерации,"</w:t>
      </w:r>
    </w:p>
    <w:p>
      <w:r>
        <w:t>дополнить частью 74 следующего содержания: "74.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 гражданами, претендующими на включение в федеральный кадровый резерв на государственной гражданской службе Российской Федерации, осуществляется в порядке,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