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приостановлении Российской Федерацией действия отдельных положений международных договоров Российской Федерации с Европейским сообществом, Королевством Дания, Исландией, Княжеством Лихтенштейн, Королевством Норвегия, Швейцарской Конфедерацией об упрощении выдачи виз гражданам Российской Федерации и Европейского союза, Королевства Дания, Исландии, Княжества Лихтенштейн, Королевства Норвегия, Швейцарской Конфедерации"</w:t>
      </w:r>
    </w:p>
    <w:p>
      <w:r>
        <w:rPr>
          <w:b/>
        </w:rPr>
        <w:t>Статья 1</w:t>
      </w:r>
    </w:p>
    <w:p>
      <w:r>
        <w:t>Внести в Федеральный закон от 1 мая 2022 года № 119-ФЗ "О приостановлении Российской Федерацией действия отдельных положений международных договоров Российской Федерации с Европейским сообществом, Королевством Дания, Исландией, Княжеством Лихтенштейн, Королевством Норвегия, Швейцарской Конфедерацией об упрощении выдачи виз гражданам Российской Федерации и Европейского союза, Королевства Дания, Исландии, Княжества Лихтенштейн, Королевства Норвегия, Швейцарской Конфедерации" (Собрание законодательства Российской Федерации, 2022, № 18, ст. 3005) следующие изменения</w:t>
      </w:r>
    </w:p>
    <w:p>
      <w:r>
        <w:t>в статье 1: а) в пункте 1 слова "подпунктов "b" и "с" пункта 3" исключить; б) в пункте 3 слова "пункта 1 статьи 6 и" исключить</w:t>
      </w:r>
    </w:p>
    <w:p>
      <w:r>
        <w:t>в статье 2: а) в пункте 1 слова "подпунктов "b" и "с" пункта 3" исключить; б) в пункте 3 слова "пункта 1 статьи 6 и" исключить</w:t>
      </w:r>
    </w:p>
    <w:p>
      <w:r>
        <w:t>в статье 3: а) в пункте 1 слова "подпунктов "b" и "с" пункта 3" исключить; б) в пункте 3 слова "пункта 1 статьи 6 и" исключить</w:t>
      </w:r>
    </w:p>
    <w:p>
      <w:r>
        <w:t>в статье 4: а) в пункте 1 слова "подпунктов "b" и "с" пункта 3" исключить; б) в пункте 3 слова "пункта 1 статьи 7 и" исключить</w:t>
      </w:r>
    </w:p>
    <w:p>
      <w:r>
        <w:t>в статье 5: а) в пункте 1 слова "подпунктов "b" и "с" пункта 3" исключить; б) в пункте 3 слова "пункта 1 статьи 6 и" исключить</w:t>
      </w:r>
    </w:p>
    <w:p>
      <w:r>
        <w:t>в статье 6: а) в пункте 1 слова "подпунктов "b" и "с" пункта 3" исключить; б) в пункте 3 слова "пункта 1 статьи 6 и"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