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инновационном центре "Сколково"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