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карантине растений"</w:t>
      </w:r>
    </w:p>
    <w:p>
      <w:r>
        <w:rPr>
          <w:b/>
        </w:rPr>
        <w:t>Статья 1</w:t>
      </w:r>
    </w:p>
    <w:p>
      <w:r>
        <w:t>Внести в Федеральный закон от 21 июля 2014 года № 206-ФЗ "О карантине растений" (Собрание законодательства Российской Федерации, 2014, № 30, ст. 4207; 2015, № 29, ст. 4339, 4359; 2018, № 1, ст. 13; № 18, ст. 2571; 2020, № 29, ст. 4504; 2021, № 24, ст. 4188; 2023, № 43, ст. 7602) следующие изменения</w:t>
      </w:r>
    </w:p>
    <w:p>
      <w:r>
        <w:t>в статье 2: а) в пункте 2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б) в пункте 4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в) в пункте 7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г) в пункте 9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д) в пункте 15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е) в пункте 21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ж) в пункте 26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з) пункт 29 после слов "растительная продукция," дополнить словами "в том числе органическая,"</w:t>
      </w:r>
    </w:p>
    <w:p>
      <w:r>
        <w:t>в статье 5: а) в наименовании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б) в части 1: в абзаце первом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пункт 9 изложить в следующей редакции: "9) разработка и утверждение правил и методик проведения карантинного фитосанитарного обеззараживания подкарантинной продукции, в том числе органической, подкарантинных объектов, проведения лабораторных исследований в области карантина растений;"; в пункте 14 слова "и лицензий на право выполнения работ по карантинному фитосанитарному обеззараживанию" исключить; в) в части 2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w:t>
      </w:r>
    </w:p>
    <w:p>
      <w:r>
        <w:t>в статье 51: а) в наименовании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б)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w:t>
      </w:r>
    </w:p>
    <w:p>
      <w:r>
        <w:t>в абзаце первом части 1 статьи 6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w:t>
      </w:r>
    </w:p>
    <w:p>
      <w:r>
        <w:t>в части 2 статьи 10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w:t>
      </w:r>
    </w:p>
    <w:p>
      <w:r>
        <w:t>в части 1 статьи 12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w:t>
      </w:r>
    </w:p>
    <w:p>
      <w:r>
        <w:t>в статье 15: а) в части 3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б) в части 4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w:t>
      </w:r>
    </w:p>
    <w:p>
      <w:r>
        <w:t>в статье 16: а) в части 1 слова "осуществляющим функции по контролю и надзору в области карантина растений, федерального государственного карантинного фитосанитарного контроля (надзора)" заменить словами "осуществляющим федеральный государственный карантинный фитосанитарный контроль (надзор)"; б) в части 4: в абзаце первом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в пункте 2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w:t>
      </w:r>
    </w:p>
    <w:p>
      <w:r>
        <w:t>в части 1 статьи 17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w:t>
      </w:r>
    </w:p>
    <w:p>
      <w:r>
        <w:t>в части 1 статьи 18: а) в пункте 1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б) в пункте 2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w:t>
      </w:r>
    </w:p>
    <w:p>
      <w:r>
        <w:t>в статье 19: а) в части 1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б) в части 2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в) в абзаце первом части 3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г) в части 4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д) в части 5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е) в части 6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ж) в части 7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з) в части 8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и) в части 9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к) в части 10: в пункте 1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в пункте 2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л) в части 11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м) в части 12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н) в части 13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w:t>
      </w:r>
    </w:p>
    <w:p>
      <w:r>
        <w:t>в части 1 статьи 20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w:t>
      </w:r>
    </w:p>
    <w:p>
      <w:r>
        <w:t>в статье 21: а) в абзаце первом части 2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б) в части 3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в) часть 7 изложить в следующей редакции: "7. В случае поступления от гражданина или юридического лица, которым выдан карантинный сертификат, либо от получателя подкарантинной продукции заявления об аннулировании карантинного сертификата или в случае, если период с момента оформления карантинного сертификата до начала перевозки превышает период, установленный карантинными фитосанитарными требованиями, карантинный сертификат аннулируется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
        <w:t>в статье 22: а) в абзаце первом части 4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б) в части 7: в пункте 2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в пункте 3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в) в части 8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 г) в части 9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w:t>
      </w:r>
    </w:p>
    <w:p>
      <w:r>
        <w:t>в части 5 статьи 24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w:t>
      </w:r>
    </w:p>
    <w:p>
      <w:r>
        <w:t>в статье 26: а) в части 4 слова "осуществляющему функции по контролю и надзору в области карантина растений" заменить словами "осуществляющему федеральный государственный карантинный фитосанитарный контроль (надзор)"; б) в части 5 слова "осуществляющему функции по контролю и надзору в области карантина растений" заменить словами "осуществляющему федеральный государственный карантинный фитосанитарный контроль (надзор)"; в) в части 6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г) в части 9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w:t>
      </w:r>
    </w:p>
    <w:p>
      <w:r>
        <w:t>в статье 27: а) пункт 4 части 1 изложить в следующей редакции: "4) вынесения должностным лицом федерального органа исполнительной власти, осуществляющего федеральный государственный карантинный фитосанитарный контроль (надзор), предписания о проведении карантинного фитосанитарного обеззараживания подкарантинной продукции, подкарантинного объекта;"; б) часть 4 изложить в следующей редакции: "4. Требования к методам и способам карантинного фитосанитарного обеззараживания подкарантинной продукции, подкарантинных объектов, обеспечивающим качество выполнения работ по указанному обеззараживанию, порядок оформления их результатов устанавливаются федеральным органом исполнительной власти, осуществляющим федеральный государственный карантинный фитосанитарный контроль (надзор), в соответствии с законодательством Российской Федерации в области карантина растений."; в) в части 9 слова "осуществляющим функции по контролю и надзору в области карантина растений" заменить словами "осуществляющим федеральный государственный карантинный фитосанитарный контроль (надзор)"</w:t>
      </w:r>
    </w:p>
    <w:p>
      <w:r>
        <w:t>в статье 28: а) в части 31: в пункте 2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в пункте 4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б) в части 31-2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в) в части 4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w:t>
      </w:r>
    </w:p>
    <w:p>
      <w:r>
        <w:t>в статье 29: а) часть 1 изложить в следующей редакции: "1. Фитосанитарный сертификат на партию подкарантинной продукции, вывоз которой осуществляется из Российской Федерации, выдается на основании заявления участника внешнеэкономической деятельности, заключения о карантинном фитосанитарном состоянии такой подкарантинной продукции, выданного федеральным органом исполнительной власти, осуществляющим федеральный государственный карантинный фитосанитарный контроль (надзор), акта карантинного фитосанитарного обеззараживания в случаях, установленных статьей 27 настоящего Федерального закона и (или) карантинными фитосанитарными требованиями страны-импортера."; б) в части 2 слова "осуществляющего функции по контролю и надзору в области карантина растений" заменить словами "осуществляющего федеральный государственный карантинный фитосанитарный контроль (надзор)"; в) в части 6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w:t>
      </w:r>
    </w:p>
    <w:p>
      <w:r>
        <w:t>в статье 30: а) в абзаце первом части 2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б) в части 3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w:t>
      </w:r>
    </w:p>
    <w:p>
      <w:r>
        <w:t>в части 1 статьи 32: а) в пункте 2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 б) в пункте 8 слова "осуществляющий функции по контролю и надзору в области карантина растений" заменить словами "осуществляющий федеральный государственный карантинный фитосанитарный контроль (надзор)"</w:t>
      </w:r>
    </w:p>
    <w:p>
      <w:r>
        <w:rPr>
          <w:b/>
        </w:rPr>
        <w:t>Статья 2</w:t>
      </w:r>
    </w:p>
    <w:p>
      <w:r>
        <w:t>Настоящий Федеральный закон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