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промышленной безопасности опасных производственных объектов" и отдельные законодательные акты Российской Федерации</w:t>
      </w:r>
    </w:p>
    <w:p>
      <w:r>
        <w:rPr>
          <w:b/>
        </w:rPr>
        <w:t>Статья 1</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2006, № 52, ст. 5498; 2009, № 1, ст. 17; № 52, ст. 6450; 2010, № 30, ст. 4002; № 31, ст. 4195; 2011, № 30, ст. 4591, 4596; № 49, ст. 7015, 7025; 2013, № 9, ст. 874; № 27, ст. 3478; 2015, № 1, ст. 67; 2016, № 27, ст. 4216; 2017, № 11, ст. 1540; 2018, № 31, ст. 4860; 2020, № 50, ст. 8074; 2021, № 24, ст. 4188; 2022, № 45, ст. 7672; 2023, № 47, ст. 8311) следующие изменения</w:t>
      </w:r>
    </w:p>
    <w:p>
      <w:r>
        <w:t>абзац одиннадцатый статьи 1 изложить в следующей редакции: "эксперт в области промышленной безопасности - физическое лицо, которое соответствует квалификационным требованиям профессионального стандарта либо аттестовано в установленном Правительством Российской Федерации порядке, обладает специальными знаниями в области промышленной безопасности и соответствует требованиям, установленным федеральными нормами и правилами в области промышленной безопасности."</w:t>
      </w:r>
    </w:p>
    <w:p>
      <w:r>
        <w:t>пункт 4 статьи 3 изложить в следующей редакции: "4. В случае, если при проектировании, строительстве, эксплуатации, реконструкции, капитальном ремонте, техническом перевооружении,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лицами, осуществляющими подготовку проектной документации на строительство, реконструкцию опасного производственного объекта, документации на техническое перевооружение опасного производственного объекта, проектной документации на капитальный ремонт линейного объекта, могут быть установлены требования промышленной безопасности к эксплуатации, капитальному ремонту, техническому перевооружению, консервации и ликвидации этого объекта в обосновании безопасности опасного производственного объекта.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утверждаются застройщиком или техническим заказчиком (при проектировании опасного производственного объекта) либо руководителем организации, эксплуатирующей опасный производственный объект, при наличии положительного заключения экспертизы промышленной безопасности. Обоснование безопасности опасного производственного объекта и внесенные в него изменения (при их наличии) направляются организацией, эксплуатирующей опасный производственный объект,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 а в случае проведения капитального ремонта линейного объекта или технического перевооружения опасного производственного объекта с применением обоснования безопасности опасного производственного объекта - в течение десяти рабочих дней со дня их завершения. Изменения, внесенные в обоснование безопасности зарегистрированного в государственном реестре опасного производственного объекта, направляются организацией, эксплуатирующей такой опасный производственный объект, в федеральный орган исполнительной власти в области промышленной безопасности в течение десяти рабочих дней со дня их утверждения."</w:t>
      </w:r>
    </w:p>
    <w:p>
      <w:r>
        <w:t>пункт 1 статьи 4 дополнить словами ", утверждаемыми органом государственного регулирования промышленной безопасности"</w:t>
      </w:r>
    </w:p>
    <w:p>
      <w:r>
        <w:t>в абзаце четвертом пункта 2 статьи 7 слова "двадцать лет" заменить словами "десять лет"</w:t>
      </w:r>
    </w:p>
    <w:p>
      <w:r>
        <w:t>в пункте 2 статьи 8 слова "и согласовываются с федеральным органом исполнительной власти в области промышленной безопасности или его территориальным органом" исключить</w:t>
      </w:r>
    </w:p>
    <w:p>
      <w:r>
        <w:t>в статье 9: а) пункт 1 дополнить абзацем следующего содержания: "принимать меры по устранению выявленных по результатам аудита системы управления промышленной безопасностью нарушений требований промышленной безопасности и осуществлять корректировку мер по снижению риска аварий на опасном производственном объекте с учетом рекомендаций по результатам такого аудита."; б) дополнить пунктом 3 следующего содержания: "3. Решение о возможности эксплуатации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после истечения срока эксплуатации указанных зданий и сооружений, установленного проектной или технической документацией, либо по истечении сроков, установленных ранее принятыми решениями о возможности эксплуатации указанных зданий и сооружений, принимается руководителем организации, эксплуатирующей опасный производственный объект, либо руководителем обособленного структурного подразделения такой организации на основании положительного заключения экспертизы промышленной безопасности зданий и сооружений. В этом решении, оформленном на бумажном носителе или в форме электронного документа, подписанного усиленной квалифицированной электронной подписью, содержатся сведения о реквизитах данного заключения, подтверждающих его включение в реестр заключений экспертизы промышленной безопасности, и устанавливается срок дальнейшей безопасной эксплуатации указанных зданий и сооружений."</w:t>
      </w:r>
    </w:p>
    <w:p>
      <w:r>
        <w:t>статью 11 дополнить пунктом 6 следующего содержания: "6. Организации, эксплуатирующие опасные производственные объекты I класса опасности, обязаны обеспечивать проведение аудита систем управления промышленной безопасностью. Сведения о результатах такого аудита ежегодно до 1 апреля соответствующего календарного года представляются коллегиальным органам управления данных эксплуатирующих организаций и их учредителям. Ограничения на доступ учредителей к указанным сведениям могут быть установлены федеральным законом."</w:t>
      </w:r>
    </w:p>
    <w:p>
      <w:r>
        <w:t>в пункте 2 статьи 12: а) дополнить новым абзацем шестым и абзацем седьмым следующего содержания: "представители профессиональных аварийно-спасательных служб или профессиональных аварийно-спасательных формирований, обслуживающих опасный производственный объект; представители профессионального объединения страховщиков (в случае отсутствия договора обязательного страхования гражданской ответственности владельца опасного объекта);"; б) абзац шестой считать абзацем восьмым</w:t>
      </w:r>
    </w:p>
    <w:p>
      <w:r>
        <w:t>пункт 5 статьи 13 дополнить предложением следующего содержания: "Под положительным заключением экспертизы промышленной безопасности технического устройства, применяемого на опасном производственном объекте, здания, сооружения на опасном производственном объекте понимается заключение, содержащее вывод о полном соответствии указанных объектов экспертизы промышленной безопасности установленным к ним требованиям промышленной безопасности."</w:t>
      </w:r>
    </w:p>
    <w:p>
      <w:r>
        <w:t>в пункте 31 статьи 14: а) абзац третий изложить в следующей редакции: "в случае увеличения более чем на двадцать процентов количества опасных веществ, которые находятся или могут находиться на опасном производственном объекте;"; б) абзац четвертый изложить в следующей редакции: "в случае изменения требований промышленной безопасности к мерам и мероприятиям, указанным в пункте 1 настоящей статьи;"</w:t>
      </w:r>
    </w:p>
    <w:p>
      <w:r>
        <w:t>в статье 16: а) пункт 1 дополнить подпунктом "в" следующего содержания: "в)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 подразделениями федерального органа исполнительной власти в области обороны."; б) в пункте 4 слова "в подпункте "б" заменить словами "в подпунктах "б" и "в"</w:t>
      </w:r>
    </w:p>
    <w:p>
      <w:r>
        <w:t>подпункт "в" пункта 4 статьи 162 изложить в следующей редакции: "в) принимать участие в мероприятиях по контролю, проводимых федеральным органом исполнительной власти в области промышленной безопасности, в контрольных (надзорных) действиях, проводимых при осуществлении постоянного государственного контроля (надзора), а также в техническом расследовании причин аварии на опасном производственном объекте."</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31, ст. 3445; 2012, № 53, ст. 7607; 2013, № 30, ст. 4043; 2015, № 27, ст. 4001; 2016, № 27, ст. 4276; 2017, № 31, ст. 4782; 2018, № 30, ст. 4544; № 53, ст. 8440; 2020, № 31, ст. 5065; 2022, № 16, ст. 2616) следующие изменения</w:t>
      </w:r>
    </w:p>
    <w:p>
      <w:r>
        <w:t>пункт 1 статьи 65 дополнить подпунктом 93 следующего содержания: "93) определение принципов и подходов к организации в обществе системы управления промышленной безопасностью, проведению ее аудита в случаях, определенных Федеральным законом от 21 июля 1997 года № 116-ФЗ "О промышленной безопасности опасных производственных объектов";"</w:t>
      </w:r>
    </w:p>
    <w:p>
      <w:r>
        <w:t>пункт 2 статьи 91 дополнить подпунктом 4 следующего содержания: "4) сведения о результатах аудита системы управления промышленной безопасностью, проводимого в случаях, определенных Федеральным законом от 21 июля 1997 года № 116-ФЗ "О промышленной безопасности опасных производственных объектов"."</w:t>
      </w:r>
    </w:p>
    <w:p>
      <w:r>
        <w:rPr>
          <w:b/>
        </w:rPr>
        <w:t>Статья 3</w:t>
      </w:r>
    </w:p>
    <w:p>
      <w:r>
        <w:t>В пункте 2 статьи 14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2010, № 31, ст. 4155; 2011, № 30, ст. 4596) слова "Правительством Российской Федерации" заменить словами "федеральными нормами и правилами в области промышленной безопасности".</w:t>
      </w:r>
    </w:p>
    <w:p>
      <w:r>
        <w:rPr>
          <w:b/>
        </w:rPr>
        <w:t>Статья 4</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2017, № 31, ст. 4782; 2022, № 16, ст. 2616) следующие изменения</w:t>
      </w:r>
    </w:p>
    <w:p>
      <w:r>
        <w:t>пункт 21 статьи 32 дополнить подпунктом 101 следующего содержания: "101) определение принципов и подходов к организации в обществе системы управления промышленной безопасностью в случаях, определенных Федеральным законом от 21 июля 1997 года № 116-ФЗ "О промышленной безопасности опасных производственных объектов";"</w:t>
      </w:r>
    </w:p>
    <w:p>
      <w:r>
        <w:t>пункт 2 статьи 50 дополнить подпунктом 121 следующего содержания: "121) сведения о результатах аудита системы управления промышленной безопасностью, проводимого в случаях, определенных Федеральным законом от 21 июля 1997 года № 116-ФЗ "О промышленной безопасности опасных производственных объектов";"</w:t>
      </w:r>
    </w:p>
    <w:p>
      <w:r>
        <w:rPr>
          <w:b/>
        </w:rPr>
        <w:t>Статья 5</w:t>
      </w:r>
    </w:p>
    <w:p>
      <w:r>
        <w:t>Пункт 12 части 1 статьи 12 Федерального закона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2021, № 18, ст. 3072; № 22, ст. 3691; № 24, ст. 4188; № 27, ст. 5177; № 50, ст. 8410; 2022, № 1, ст. 59; № 29, ст. 5235; 2023, № 1, ст. 54; № 23, ст. 4014) изложить в следующей редакции: "12)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r>
        <w:rPr>
          <w:b/>
        </w:rPr>
        <w:t>Статья 6</w:t>
      </w:r>
    </w:p>
    <w:p>
      <w:r>
        <w:t>Часть 6 статьи 2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 27, ст. 5187; № 50, ст. 8415; 2022, № 50, ст. 8792; 2023, № 14, ст. 2377; № 31, ст. 5784) дополнить предложением следующего содержания: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
        <w:rPr>
          <w:b/>
        </w:rPr>
        <w:t>Статья 7</w:t>
      </w:r>
    </w:p>
    <w:p>
      <w:r>
        <w:rPr>
          <w:b/>
        </w:rPr>
        <w:t xml:space="preserve">1. </w:t>
      </w:r>
      <w:r>
        <w:t>Настоящий Федеральный закон вступает в силу с 1 сентября 2024 года, за исключением подпункта "а" пункта 6 и пункта 7 статьи 1, статей 2 и 4 настоящего Федерального закона</w:t>
      </w:r>
    </w:p>
    <w:p>
      <w:r>
        <w:rPr>
          <w:b/>
        </w:rPr>
        <w:t xml:space="preserve">2. </w:t>
      </w:r>
      <w:r>
        <w:t>Подпункт "а" пункта 6 и пункт 7 статьи 1, статьи 2 и 4 настоящего Федерального закона вступают в силу с 1 сентября 2025 года</w:t>
      </w:r>
    </w:p>
    <w:p>
      <w:r>
        <w:rPr>
          <w:b/>
        </w:rPr>
        <w:t xml:space="preserve">3. </w:t>
      </w:r>
      <w:r>
        <w:t>Если иное не установлено техническим регламентом, при отсутствии в проектной документации данных о сроке эксплуатации здания, сооружения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а также по истечении срока эксплуатации указанных здания, сооружения до дня вступления в силу настоящего Федерального закона эксплуатация указанных здания, сооружения без принятия решения о возможности их эксплуатации допускается в течение срока их безопасной эксплуатации, установленного заключением экспертизы промышленной безопасности, включенным в реестр заключений экспертизы промышленной безопасности до дня вступления в силу настоящего Федерального закона</w:t>
      </w:r>
    </w:p>
    <w:p>
      <w:r>
        <w:rPr>
          <w:b/>
        </w:rPr>
        <w:t xml:space="preserve">4. </w:t>
      </w:r>
      <w:r>
        <w:t>Изменения в уставы акционерных обществ и обществ с ограниченной ответственностью, необходимые в связи с вступлением в силу подпункта 93 пункта 1 статьи 65 и подпункта 4 пункта 2 статьи 91 Федерального закона от 26 декабря 1995 года № 208-ФЗ "Об акционерных обществах", подпункта 101 пункта 21 статьи 32 и подпункта 121 пункта 2 статьи 50 Федерального закона от 8 февраля 1998 года № 14-ФЗ "Об обществах с ограниченной ответственностью", вносятся одновременно с очередным внесением изменений в 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