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 в части оказания финансового содействия при реализации государствами - членами Евразийского экономического союза совместных кооперационных проектов в отраслях промышленности</w:t>
      </w:r>
    </w:p>
    <w:p>
      <w:r>
        <w:rPr>
          <w:b/>
        </w:rPr>
        <w:t>Статья None. Федеральный закон   от 14.02.2024 № 7-ФЗ</w:t>
      </w:r>
    </w:p>
    <w:p>
      <w:r>
        <w:t>О ратификации Протокола о внесении изменений в Договор о Евразийском экономическом союзе от 29 мая 2014 года в части оказания финансового содействия при реализации государствами - членами Евразийского экономического союза совместных кооперационных проектов в отраслях промышленности РОССИЙСКАЯ ФЕДЕРАЦИЯ ФЕДЕРАЛЬНЫЙ ЗАКОН О ратификации Протокола о внесении изменений в Договор о Евразийском экономическом союзе от 29 мая 2014 года в части оказания финансового содействия при реализации государствами - членами Евразийского экономического союза совместных кооперационных проектов в отраслях промышленности Принят Государственной Думой 25 января 2024 года Одобрен Советом Федерации 7 февраля 2024 года Ратифицировать Протокол о внесении изменений в Договор о Евразийском экономическом союзе от 29 мая 2014 года в части оказания финансового содействия при реализации государствами - членами Евразийского экономического союза совместных кооперационных проектов в отраслях промышленности, подписанный в городе Москве 25 мая 2023 года. Президент Российской Федерации В.Путин Москва, Кремль 14 февраля 2024 года № 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