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Часть одиннадцатую статьи 161 Федерального закона от 3 апреля 1995 года № 40-ФЗ "О федеральной службе безопасности" (Собрание законодательства Российской Федерации, 1995, № 15, ст. 1269; 2003, № 27, ст. 2700; 2008, № 52, ст. 6235; 2011, № 30, ст. 4589; 2014, № 26, ст. 3365; 2016, № 1, ст. 88; 2021, № 27, ст. 5100; 2024, № 1, ст. 20) после слов "иной творческой деятельности," дополнить словами "а также участия в спортивных мероприятиях в качестве спортсменов (при условии их включения в списки кандидатов в спортивные сборные команды Российской Федерации),".</w:t>
      </w:r>
    </w:p>
    <w:p>
      <w:r>
        <w:rPr>
          <w:b/>
        </w:rPr>
        <w:t>Статья 2</w:t>
      </w:r>
    </w:p>
    <w:p>
      <w:r>
        <w:t>Внести в пункт 2 статьи 7 Федерального закона от 21 июля 1997 года № 114-ФЗ "О службе в таможенных органах Российской Федерации" (Собрание законодательства Российской Федерации, 1997, № 30, ст. 3586; 2002, № 30, ст. 3029; 2007, № 10, ст. 1151; 2011, № 48, ст. 6730; 2013, № 27, ст. 3477; 2021, № 18, ст. 3060; 2022, № 50, ст. 8792) следующие изменения</w:t>
      </w:r>
    </w:p>
    <w:p>
      <w:r>
        <w:t>подпункт 1 после слов "иной творческой деятельности" дополнить словами ", а также участия в спортивных мероприятиях в качестве спортсменов (при условии их включения в списки кандидатов в спортивные сборные команды Российской Федерации)", после слов "иная творческая деятельность" дополнить словами ", а также участие в спортивных мероприятиях"</w:t>
      </w:r>
    </w:p>
    <w:p>
      <w:r>
        <w:t>подпункт 9 после слова "награды" дополнить словами "(за исключением спортивных)"</w:t>
      </w:r>
    </w:p>
    <w:p>
      <w:r>
        <w:rPr>
          <w:b/>
        </w:rPr>
        <w:t>Статья 3</w:t>
      </w:r>
    </w:p>
    <w:p>
      <w:r>
        <w:t>Внести в пункт 7 статьи 10 Федерального закона от 27 мая 1998 года № 76-ФЗ "О статусе военнослужащих" (Собрание законодательства Российской Федерации, 1998, № 22, ст. 2331; 2003, № 46, ст. 4437; 2004, № 35, ст. 3607; 2006, № 6, ст. 637; 2007, № 10, ст. 1151; 2009, № 30, ст. 3739; 2013, № 27, ст. 3477; № 48, ст. 6165; 2014, № 23, ст. 2930) следующие изменения</w:t>
      </w:r>
    </w:p>
    <w:p>
      <w:r>
        <w:t>в абзаце втором слова "если она" заменить словами "а также участия в спортивных мероприятиях в качестве спортсменов (при условии их включения в списки кандидатов в спортивные сборные команды Российской Федерации), если это", после слов "иная творческая деятельность" дополнить словами ", а также участие в спортивных мероприятиях"</w:t>
      </w:r>
    </w:p>
    <w:p>
      <w:r>
        <w:t>абзац седьмой после слова "награды" дополнить словами "(за исключением спортивных)"</w:t>
      </w:r>
    </w:p>
    <w:p>
      <w:r>
        <w:t>абзац восьмой дополнить словами "или для участия в спортивных мероприятиях в качестве спортсменов (при условии их включения в списки кандидатов в спортивные сборные команды Российской Федерации)"</w:t>
      </w:r>
    </w:p>
    <w:p>
      <w:r>
        <w:rPr>
          <w:b/>
        </w:rPr>
        <w:t>Статья 4</w:t>
      </w:r>
    </w:p>
    <w:p>
      <w:r>
        <w:t>В части 4 статьи 34 Федерального закона от 30 ноября 2011 года № 342-ФЗ "О службе в органах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49, ст. 7020; 2013, № 27, ст. 3477) слова "которая не приводит" заменить словами " а также участия в спортивных мероприятиях в качестве спортсменов (при условии их включения в списки кандидатов в спортивные сборные команды Российской Федерации), которые не приводят", слова "не влечет" заменить словами "не влекут", после слов "иная творческая деятельность" дополнить словами ", а также участие в спортивных мероприятиях", после слов "такой деятельности" дополнить словами "(такого участия)".</w:t>
      </w:r>
    </w:p>
    <w:p>
      <w:r>
        <w:rPr>
          <w:b/>
        </w:rPr>
        <w:t>Статья 5</w:t>
      </w:r>
    </w:p>
    <w:p>
      <w:r>
        <w:t>В части 4 статьи 34 Федерального закона от 23 мая 2016 года № 141-ФЗ "О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Федерации" (Собрание законодательства Российской Федерации, 2016, № 22, ст. 3089) слова "которая не приводит" заменить словами "а также участия в спортивных мероприятиях в качестве спортсменов (при условии их включения в списки кандидатов в спортивные сборные команды Российской Федерации), которые не приводят", слова "не влечет" заменить словами "не влекут", после слов "иная творческая деятельность" дополнить словами ", а также участие в спортивных мероприятиях", после слов "такой деятельности" дополнить словами "(такого участия)".</w:t>
      </w:r>
    </w:p>
    <w:p>
      <w:r>
        <w:rPr>
          <w:b/>
        </w:rPr>
        <w:t>Статья 6</w:t>
      </w:r>
    </w:p>
    <w:p>
      <w:r>
        <w:t>В части 4 статьи 34 Федерального закона от 19 июля 2018 года № 197-ФЗ "О службе в уголовно-исполнительной системе Российской Федерации и о внесении изменений в Закон Российской Федерации "Об учреждениях и органах, исполняющих уголовные наказания в виде лишения свободы" (Собрание законодательства Российской Федерации, 2018, № 30, ст. 4532) слова "которая не приводит" заменить словами "а также участия в спортивных мероприятиях в качестве спортсменов (при условии их включения в списки кандидатов в спортивные сборные команды Российской Федерации), которые не приводят", слова "не влечет" заменить словами "не влекут", после слов "иная творческая деятельность" дополнить словами ", а также участие в спортивных мероприятиях", после слов "такой деятельности" дополнить словами "(такого участия)".</w:t>
      </w:r>
    </w:p>
    <w:p>
      <w:r>
        <w:rPr>
          <w:b/>
        </w:rPr>
        <w:t>Статья 7</w:t>
      </w:r>
    </w:p>
    <w:p>
      <w:r>
        <w:t>В части 4 статьи 33 Федерального закона от 1 октября 2019 года № 328-ФЗ "О службе в органах принудительного исполнения Российской Федерации и внесении изменений в отдельные законодательные акты Российской Федерации" (Собрание законодательства Российской Федерации, 2019, № 40, ст. 5488) слова "которая не приводит" заменить словами "а также участия в спортивных мероприятиях в качестве спортсменов (при условии их включения в списки кандидатов в спортивные сборные команды Российской Федерации), которые не приводят", слова "не влечет" заменить словами "не влекут", после слов "иная творческая деятельность" дополнить словами ", а также участие в спортивных мероприятиях", после слов "такой деятельности" дополнить словами "(такого участия)".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