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Соглашения о порядке пенсионного обеспечения и государственного страхования сотрудников органов внутренних дел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