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внесении изменений в Федеральный закон "О лицензировании отдельных видов деятельности" и статью 44 Федерального закона "О санитарно-эпидемиологическом благополучии населения"</w:t>
      </w:r>
    </w:p>
    <w:p>
      <w:r>
        <w:rPr>
          <w:b/>
        </w:rPr>
        <w:t>Статья 1</w:t>
      </w:r>
    </w:p>
    <w:p>
      <w:r>
        <w:t>Внести в статью 3 Федерального закона от 29 мая 2023 года № 194-ФЗ "О внесении изменений в Федеральный закон "О лицензировании отдельных видов деятельности" и статью 44 Федерального закона "О санитарно-эпидемиологическом благополучии населения" (Собрание законодательства Российской Федерации, 2023, № 23, ст. 4014) следующие изменения</w:t>
      </w:r>
    </w:p>
    <w:p>
      <w:r>
        <w:t>в части 1 слова "с 1 марта 2024 года" заменить словами "с 1 сентября 2024 года"</w:t>
      </w:r>
    </w:p>
    <w:p>
      <w:r>
        <w:t>в части 2 слова "с 1 сентября 2024 года" заменить словами "с 1 марта 2025 года"</w:t>
      </w:r>
    </w:p>
    <w:p>
      <w:r>
        <w:t>в части 3 слова "1 сентября 2024 года" заменить словами "1 марта 2025 года"</w:t>
      </w:r>
    </w:p>
    <w:p>
      <w:r>
        <w:t>в части 4 слова "С 1 сентября 2024 года" заменить словами "С 1 марта 2025 года"</w:t>
      </w:r>
    </w:p>
    <w:p>
      <w:r>
        <w:t>в части 5 слова "с 1 марта до 1 июля 2024 года" заменить словами "с 1 сентября 2024 года до 1 января 2025 года"</w:t>
      </w:r>
    </w:p>
    <w:p>
      <w:r>
        <w:t>в части 6 слова "1 августа 2024 года" заменить словами "1 февраля 2025 года"</w:t>
      </w:r>
    </w:p>
    <w:p>
      <w:r>
        <w:t>в части 10 слова "с 1 марта до 1 июля 2024 года" заменить словами "с 1 сентября 2024 года до 1 января 2025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