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правилах выпуска (выдачи), обращения и погашения в рамках Евразийского экономического союза складских свидетельств на сельскохозяйственную продукцию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