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327 Арбитражного процессуального кодекса Российской Федерации (Собрание законодательства Российской Федерации, 2002, № 30, ст. 3012) изложить в следующей редакции: "Статья 327. Приостановление, возобновление или прекращение исполнительного производства 1. Арбитражный суд по заявлению взыскателя, должника, судебного пристава-исполнителя может приостановить, возобновить или прекратить исполнительное производство, возбужденное Федеральной службой судебных приставов в автоматическом режиме или судебным приставом-исполнителем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Заявление о возобновлении приостановленного исполнительного производства может быть подано лицами, указанными в настоящей части, в течение трех лет с момента устранения обстоятельств, послуживших основанием для его приостановления.</w:t>
      </w:r>
    </w:p>
    <w:p>
      <w:r>
        <w:rPr>
          <w:b/>
        </w:rPr>
        <w:t xml:space="preserve">2. </w:t>
      </w:r>
      <w:r>
        <w:t>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Указанное ходатайство рассматривается в порядке, предусмотренном статьей 117 настоящего Кодекса</w:t>
      </w:r>
    </w:p>
    <w:p>
      <w:r>
        <w:rPr>
          <w:b/>
        </w:rPr>
        <w:t xml:space="preserve">3. </w:t>
      </w:r>
      <w:r>
        <w:t>Приостановление, возобновление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пристава-исполнителя, в том числе ведущего исполнительное производство, решение о возбуждении которого принято Федеральной службой судебных приставов в автоматическом режиме</w:t>
      </w:r>
    </w:p>
    <w:p>
      <w:r>
        <w:rPr>
          <w:b/>
        </w:rPr>
        <w:t xml:space="preserve">4. </w:t>
      </w:r>
      <w:r>
        <w:t>Заявление о приостановлении, возобновлении или прекращении исполнительного производства рассматривается в десятидневный срок со дня поступления такого заявления в суд в порядке, предусмотренном статьей 324 настоящего Кодекса</w:t>
      </w:r>
    </w:p>
    <w:p>
      <w:r>
        <w:rPr>
          <w:b/>
        </w:rPr>
        <w:t xml:space="preserve">5. </w:t>
      </w:r>
      <w:r>
        <w:t>Определение арбитражного суда о приостановлении, возобновлении или прекращении исполнительного производства либо об отказе в удовлетворении заявления о приостановлении, возобновлении или прекращении исполнительного производства может быть обжаловано."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2007, № 41, ст. 4845) следующие изменения</w:t>
      </w:r>
    </w:p>
    <w:p>
      <w:r>
        <w:t>в статье 438: а) часть первую: после слова "взыскателя," дополнить словом "должника,"; дополнить абзацем следующего содержания: "Заявление о возобновлении приостановленного исполнительного производства может быть подано лицами, указанными в настоящей части, в течение трех лет с момента устранения обстоятельств, послуживших основанием для его приостановления."; б) дополнить частью первой1 следующего содержания: "11.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Заявление о восстановлении пропущенного срока подается в суд и рассматривается в порядке, предусмотренном статьей 112 настоящего Кодекса. На определение суда о восстановлении срока может быть подана частная жалоба."</w:t>
      </w:r>
    </w:p>
    <w:p>
      <w:r>
        <w:t>часть первую статьи 440 после слов "рассматриваются судом," дополнить словами "выдавшим исполнительный документ, либо судом,"</w:t>
      </w:r>
    </w:p>
    <w:p>
      <w:r>
        <w:rPr>
          <w:b/>
        </w:rPr>
        <w:t>Статья 3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2013, № 14, ст. 1657; 2014, № 11, ст. 1099; № 19, ст. 2331; 2015, № 10, ст. 1393; 2016, № 1, ст. 45; 2017, № 47, ст. 6847; 2018, № 11, ст. 1583; 2019, № 10, ст. 894; 2023, № 1, ст. 71) следующие изменения: 1) в статье 42: а) наименование изложить в следующей редакции: "Статья 42. Сроки приостановления и возобновления исполнительного производства"; б) часть 2 дополнить словами ", в соответствии с частями 7 и 8 статьи 45 настоящего Федерального закона"; 2) в статье 43: а) часть 1 дополнить пунктом 31 следующего содержания: "31) истечения трехлетнего срока с момента устранения обстоятельств, послуживших основанием для приостановления исполнительного производства, если указанный срок не восстановлен судом;"; б) часть 3 после слова "взыскателя" дополнить словом ", должника"; 3) в статье 45: а) часть 3 после слов "общей юрисдикции" дополнить словами ", выдавшим исполнительный документ, либо судом"; б) часть 7 изложить в следующей редакции: "7. Исполнительное производство может быть возобновлено судом по заявлению взыскателя, должника, судебного пристава-исполнителя, поданному в течение трех лет с момента устранения обстоятельств, послуживших основанием для его приостановления."; в) дополнить частями 8 - 10 следующего содержания: "8. Исполнительное производство, приостановленное судебным приставом-исполнителем, может быть возобновлено по его инициативе или по заявлению взыскателя, должника, поданному судебному приставу-исполнителю, в течение трех лет с момента устранения обстоятельств, послуживших основанием для его приостановления.</w:t>
      </w:r>
    </w:p>
    <w:p>
      <w:r>
        <w:rPr>
          <w:b/>
        </w:rPr>
        <w:t xml:space="preserve">9. </w:t>
      </w:r>
      <w:r>
        <w:t>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 в порядке, установленном процессуальным законодательством Российской Федерации</w:t>
      </w:r>
    </w:p>
    <w:p>
      <w:r>
        <w:rPr>
          <w:b/>
        </w:rPr>
        <w:t xml:space="preserve">10. </w:t>
      </w:r>
      <w:r>
        <w:t>О возобновлении исполнительного производства либо об отказе в возобновлении исполнительного производства судебный пристав-исполнитель выносит постановление, которое направляется сторонам исполнительного производства и может быть обжаловано в порядке подчиненности и оспорено в суде."</w:t>
      </w:r>
    </w:p>
    <w:p>
      <w:r>
        <w:rPr>
          <w:b/>
        </w:rPr>
        <w:t>Статья 4</w:t>
      </w:r>
    </w:p>
    <w:p>
      <w:r>
        <w:t>Часть 5 статьи 359 Кодекса административного судопроизводства Российской Федерации (Собрание законодательства Российской Федерации, 2015, № 10, ст. 1391; 2021, № 52, ст. 8976) изложить в следующей редакции: "5. Исполнительное производство возобновляется судом, приостановившим исполнительное производство, по заявлению взыскателя, должника, судебного пристава-исполнителя, поданному в течение трех лет с момента устранения обстоятельств, послуживших основанием для его приостановления. О возобновлении исполнительного производства выносится определение.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Заявление о восстановлении пропущенного срока подается в суд и рассматривается в порядке, предусмотренном статьей 95 настоящего Кодекса. На определение суда о восстановлении срока может быть подана частная жалоба.".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