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20 августа 1993 года № 5663-I "О космической деятельности" (Российская газета, 1993, 6 октября; Собрание законодательства Российской Федерации, 1996, № 50, ст. 5609; 2018, № 11, ст. 1581; 2021, № 24, ст. 4188; 2022, № 48, ст. 8320) следующие изменения</w:t>
      </w:r>
    </w:p>
    <w:p>
      <w:r>
        <w:t>в абзаце двенадцатом пункта 3 статьи 5 слова "федеральными органами исполнительной власти, подведомственными им бюджетными и казенными учреждениями" заменить словами "органами государственной власти, иными государственными органами, подведомственными им государственными унитарными предприятиями и государственными учреждениями"</w:t>
      </w:r>
    </w:p>
    <w:p>
      <w:r>
        <w:t>в статье 31: а) в абзаце первом пункта 2 слова "материалы, полученные в результате обработки первичных данных, осуществляемой в целях обеспечения возможности их использования" заменить словами "продукты, созданные в результате обработки первичных данных посредством их геопривязки, радиометрической и геометрической коррекции, осуществляемой в целях обеспечения возможности их использования (далее - продукты)"; б) пункт 3 изложить в следующей редакции: "3. Федеральный фонд данных включает в себя: первичные данные, получаемые с государственных космических аппаратов, и продукты, созданные на основе таких данных, за исключением данных и продуктов, получаемых в интересах федерального органа исполнительной власти по обороне, подведомственных ему бюджетных и казенных учреждений; данные, копии данных, получаемые с негосударственных космических аппаратов, и продукты, созданные на их основе, закупаемые уполномоченным органом по космической деятельности в том числе за счет средств федерального бюджета; копии первичных данных, получаемых с негосударственных космических аппаратов и закупаемых органами государственной власти, иными государственными органами, подведомственными им государственными унитарными предприятиями и государственными учреждениями, и продукты, созданные на основе таких данных; копии первичных данных, получаемых с негосударственных космических аппаратов и передаваемых в федеральный фонд данных их правообладателями безвозмездно, и продукты, созданные на основе таких данных; информацию о данных и копиях данных, содержащихся в федеральном фонде данных (далее также - метаданные); информацию о данных и копиях данных, получаемых с космических аппаратов гидрометеорологического, океанографического и гелиогеофизического назначения, содержащихся в едином государственном фонде данных о состоянии окружающей среды, ее загрязнении."; в) в пункте 5 слова "получаемых с негосударственных космических аппаратов, должны передаваться в федеральный фонд данных федеральными органами исполнительной власти, подведомственными им бюджетными и казенными учреждениями, осуществляющими закупку указанных данных" заменить словами "получаемых с негосударственных космических аппаратов и закупаемых за счет средств федерального бюджета, должны быть переданы органами государственной власти, иными государственными органами, подведомственными им государственными унитарными предприятиями и государственными учреждениями, осуществившими закупку таких данных, в федеральный фонд данных в течение 10 рабочих дней со дня получения таких данных"; г) дополнить пунктом 61 следующего содержания: "61. Данные и копии данных, получаемые с негосударственных космических аппаратов, включаются в федеральный фонд данных в объеме передаваемых прав на использование и распоряжение такими данными."; д) в пункте 7 слова "заинтересованным лицам" заменить словами "потребителям (пользователям) данных"</w:t>
      </w:r>
    </w:p>
    <w:p>
      <w:r>
        <w:t>в статье 32: а) в наименовании слова "данных и копий данных" заменить словами "данных, копий данных и продуктов"; б) в пункте 1 слова "данных и копий данных" заменить словами "данных, копий данных и продуктов"; в) пункт 2 изложить в следующей редакции: "2. Данные, копии данных и продукты, содержащиеся в федеральном фонде данных, предоставляются за плату, за исключением данных, копий данных и продуктов, созданных на их основе, которые предоставляются отдельным потребителям (пользователям) данных безвозмездно в случаях, установленных Правительством Российской Федерации."; г) в пункте 3: в абзаце первом слова "данных и копий данных" заменить словами "данных, копий данных и продуктов"; в абзаце втором слова "данных и копий данных" заменить словами "данных, копий данных и продуктов"; д) в пункте 4 слова "данных и копий данных" заменить словами "данных, копий данных и продуктов"</w:t>
      </w:r>
    </w:p>
    <w:p>
      <w:r>
        <w:rPr>
          <w:b/>
        </w:rPr>
        <w:t>Статья 2</w:t>
      </w:r>
    </w:p>
    <w:p>
      <w:r>
        <w:t>Пункт 6 части 1 статьи 93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№ 30, ст. 4225; № 48, ст. 6637; № 49, ст. 6925; 2015, № 1, ст. 11, 51, 72; № 10, ст. 1418; № 29, ст. 4353; 2016, № 1, ст. 89; № 11, ст. 1493; № 27, ст. 4253, 4254, 4298; 2017, № 1, ст. 15, 41; № 9, ст. 1277; № 14, ст. 2004; № 24, ст. 3475; № 31, ст. 4747, 4780; 2018, № 1, ст. 59, 87, 88, 90; № 31, ст. 4861; № 45, ст. 6848; № 53, ст. 8428, 8444; 2019, № 18, ст. 2194, 2195; № 52, ст. 7767; 2020, № 9, ст. 1119; № 14, ст. 2028; № 17, ст. 2702; № 24, ст. 3754; № 52, ст. 8582; 2021, № 1, ст. 33, 78; № 18, ст. 3061; № 27, ст. 5105, 5188; 2022, № 11, ст. 1596; № 16, ст. 2606; № 27, ст. 4632; № 45, ст. 7665; № 50, ст. 8794; 2023, № 1, ст. 16; № 18, ст. 3231; № 25, ст. 4417; № 32, ст. 6176; № 45, ст. 7981; 2024, № 1, ст. 5; № 8, ст. 1044) после слов "органом исполнительной власти в соответствии с его полномочиями," дополнить словами "либо Государственной корпорацией по космической деятельности "Роскосмос",".</w:t>
      </w:r>
    </w:p>
    <w:p>
      <w:r>
        <w:rPr>
          <w:b/>
        </w:rPr>
        <w:t>Статья 3</w:t>
      </w:r>
    </w:p>
    <w:p>
      <w:r>
        <w:t>Статью 7 Федерального закона от 13 июля 2015 года № 215-ФЗ "О Государственной корпорации по космической деятельности "Роскосмос" (Собрание законодательства Российской Федерации, 2015, № 29, ст. 4341; 2021, № 24, ст. 4188, 4226; № 50, ст. 8406; 2023, № 25, ст. 4430; 2024, № 1, ст. 9) дополнить пунктом 61 следующего содержания: "61) оказывает услуги по предоставлению из федерального фонда данных дистанционного зондирования Земли из космоса данных дистанционного зондирования Земли из космоса и продуктов, созданных в результате обработки первичных данных посредством их геопривязки, радиометрической и геометрической коррекции (за исключением данных и копий данных, получаемых с космических аппаратов гидрометеорологического, океанографического и гелиогеофизического назначения);".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