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адвокатской деятельности и адвокатуре в Российской Федерации"</w:t>
      </w:r>
    </w:p>
    <w:p>
      <w:r>
        <w:rPr>
          <w:b/>
        </w:rPr>
        <w:t>Статья 1</w:t>
      </w:r>
    </w:p>
    <w:p>
      <w:r>
        <w:t>Внести в Федеральный закон от 31 мая 2002 года № 63-ФЗ "Об адвокатской деятельности и адвокатуре в Российской Федерации" (Собрание законодательства Российской Федерации, 2002, № 23, ст. 2102; 2004, № 35, ст. 3607; № 52, ст. 5267; 2007, № 31, ст. 4011; 2011, № 48, ст. 6727; 2013, № 27, ст. 3477; 2016, № 23, ст. 3284; 2017, № 31, ст. 4818; 2019, № 49, ст. 6959; 2020, № 31, ст. 5027; 2023, № 31, ст. 5809) следующие изменения: 1) пункт 2 статьи 6 изложить в следующей редакции: "2. В случаях, предусмотренных федеральным законом, адвокат должен иметь ордер на исполнение поручения, выдаваемый адвокатским образованием, в котором адвокат осуществляет адвокатскую деятельность, или адвокатской палатой, членом которой является адвокат. Форма ордера, требования к его заполнению и оформлению утверждаются федеральным органом юстиции. Порядок изготовления, выдачи и хранения ордеров утверждается советом Федеральной палаты адвокатов. В иных случаях адвокат представляет доверителя на основании доверенности. Никто не вправе требовать от адвоката и его доверителя предъявления соглашения об оказании юридической помощи (далее также - соглашение) для вступления адвоката в дело."; 2) в статье 61: а) пункт 1 дополнить абзацем следующего содержания: "Направление адвокатского запроса (адвокатских запросов) не может являться самостоятельным предметом соглашения об оказании юридической помощи."; б) пункт 4 дополнить подпунктом 4 следующего содержания: "4) в адвокатском запросе содержится просьба о разъяснении правовых норм, представлении позиции по вопросам правового характера, а также явная или скрытая жалоба на решение уполномоченного органа (организации) или должностного лица, в отношении которого установлен специальный порядок обжалования."; в) дополнить пунктом 41 следующего содержания: "41. Орган государственной власти, орган местного самоуправления, общественное объединение, иная организация или должностное лицо, в компетенцию которых не входит решение вопросов, поставленных в адвокатском запросе, в течение десяти календарных дней со дня получения адвокатского запроса возвращает его адвокату."; 3) в пункте 1 статьи 7: а) подпункт 2 изложить в следующей редакции: "2) исполнять требования закона об обязательном участии адвоката в качестве защитника или представителя в уголовном, гражданском, административном судопроизводстве или иных установленных законом случаях по назначению органов дознания, органов предварительного следствия или суда, а также оказывать юридическую помощь гражданам Российской Федерации бесплатно в случаях, предусмотренных законодательством Российской Федерации;"; б) дополнить подпунктом 7 следующего содержания: "7) в случае приостановления статуса адвоката в течение трех рабочих дней со дня получения уведомления в письменной форме о приостановлении статуса адвоката сдать удостоверение адвоката (далее также - удостоверение) в территориальный орган федерального органа исполнительной власти в области юстиции (далее - территориальный орган юстиции) либо в совет адвокатской палаты субъекта Российской Федерации (далее также - совет адвокатской палаты, совет), членом которой он является, для последующей передачи в территориальный орган юстиции."; 4) в статье 9: а) в пункте 1: абзац первый изложить в следующей редакции: "1. Статус адвоката в Российской Федерации вправе приобрести лицо, получившее по имеющим государственную аккредитацию образовательным программам высшее юридическое образование по специальности "Юриспруденция" или "Правоведение", либо высшее образование по направлению подготовки "Юриспруденция" или "Правоведение" квалификации "магистр" при наличии диплома бакалавра по направлению подготовки "Юриспруденция", "Правоведение" или "Обеспечение законности и правопорядка", либо высшее образование по специальности "Правоведение" или по специальностям, входящим в укрупненную группу специальностей "Юриспруденция", с присвоением квалификации "юрист", лицо, имеющее ученую степень по юридической специальности."; дополнить новым абзацем вторым следующего содержания: "Указанные в абзаце первом настоящего пункта лица также должны иметь стаж работы по юридической специальности не менее двух лет или пройти стажировку в адвокатском образовании в сроки, установленные настоящим Федеральным законом."; б) пункт 3 дополнить абзацем следующего содержания: "Лицо, которое имеет ученую степень кандидата юридических наук или доктора юридических наук и которому присвоено почетное звание "Заслуженный юрист Российской Федерации", освобождается от сдачи квалификационного экзамена."; 5) абзац первый пункта 2 статьи 10 после слов "ученой степени по юридической специальности," дополнить словами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документ о том, что претендент не состоит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 6) в статье 11: а) пункт 1 изложить в следующей редакции: "1. Положение о порядке сдачи квалификационного экзамена и оценки знаний претендентов разрабатывается советом Федеральной палаты адвокатов и утверждается федеральным органом юстиции. Перечень вопросов, предлагаемых претендентам на квалификационном экзамене, разрабатывается и утверждается советом Федеральной палаты адвокатов."; б) дополнить пунктом 4 следующего содержания: "4. Сведения о претендентах, не сдавших квалификационного экзамена, включаются в Единый государственный реестр адвокатов."; 7) пункт 3 статьи 12 дополнить абзацем следующего содержания: "Право осуществлять адвокатскую деятельность возникает у адвоката с момента внесения сведений о нем в Единый государственный реестр адвокатов."; 8) в статье 13: а) абзац первый пункта 1 изложить в следующей редакции: "1. В порядке, установленном адвокатской палатой, претендент, сдавший квалификационный экзамен, и лицо, указанное в абзаце втором пункта 3 статьи 9 настоящего Федерального закона, приносят присягу следующего содержания:"; б) пункт 2 изложить в следующей редакции: "2. Претендент, которому решением квалификационной комиссии присвоен статус адвоката, должен принести присягу в течение трех месяцев со дня сдачи квалификационного экзамена. В случае, если претендент не принес присягу в течение указанного срока, решение квалификационной комиссии о присвоении ему статуса адвоката аннулируется. Пропущенный по уважительной причине срок, в течение которого претендент должен принести присягу, может быть восстановлен по решению совета адвокатской палаты. Со дня принятия присяги претендент получает статус адвоката и становится членом адвокатской палаты."; 9) статьи 14 и 15 изложить в следующей редакции: "Статья 14. Единый государственный реестр адвокатов 1. Федеральный орган юстиции ведет Единый государственный реестр адвокатов.</w:t>
      </w:r>
    </w:p>
    <w:p>
      <w:r>
        <w:rPr>
          <w:b/>
        </w:rPr>
        <w:t xml:space="preserve">2. </w:t>
      </w:r>
      <w:r>
        <w:t>Порядок ведения Единого государственного реестра адвокатов и состав включаемых в него сведений устанавливаются федеральным органом юстиции</w:t>
      </w:r>
    </w:p>
    <w:p>
      <w:r>
        <w:rPr>
          <w:b/>
        </w:rPr>
        <w:t xml:space="preserve">3. </w:t>
      </w:r>
      <w:r>
        <w:t>Единый государственный реестр адвокатов является федеральным государственным информационным ресурсом, содержащим сведения об адвокатах</w:t>
      </w:r>
    </w:p>
    <w:p>
      <w:r>
        <w:rPr>
          <w:b/>
        </w:rPr>
        <w:t xml:space="preserve">4. </w:t>
      </w:r>
      <w:r>
        <w:t>Федеральная палата адвокатов обеспечивает передачу федеральному органу юстиции в электронной форме сведений о претендентах, принесших присягу адвоката, сведений о претендентах, не сдавших квалификационного экзамена, и сведений, содержащихся в реестрах адвокатских образований, в объеме сведений, определенном по согласованию с Федеральной палатой адвокатов</w:t>
      </w:r>
    </w:p>
    <w:p>
      <w:r>
        <w:rPr>
          <w:b/>
        </w:rPr>
        <w:t xml:space="preserve">5. </w:t>
      </w:r>
      <w:r>
        <w:t>Единый государственный реестр адвокатов ведется на бумажных и (или) электронных носителях. Способ ведения указанного реестра определяется федеральным органом юстиции. При несоответствии между записями на бумажных и электронных носителях приоритет имеют записи на бумажных носителях</w:t>
      </w:r>
    </w:p>
    <w:p>
      <w:r>
        <w:rPr>
          <w:b/>
        </w:rPr>
        <w:t xml:space="preserve">6. </w:t>
      </w:r>
      <w:r>
        <w:t>Ведение Единого государственного реестра адвокатов на электронных носителях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указанного реестра с иными федеральными информационными системами и информационно-телекоммуникационными сетями</w:t>
      </w:r>
    </w:p>
    <w:p>
      <w:r>
        <w:rPr>
          <w:b/>
        </w:rPr>
        <w:t xml:space="preserve">7. </w:t>
      </w:r>
      <w:r>
        <w:t>Сведения об адвокатах, содержащиеся в Едином государственном реестре адвокатов, являются открытыми и общедоступными при условии отнесения к таковым федеральным органом юстиции</w:t>
      </w:r>
    </w:p>
    <w:p>
      <w:r>
        <w:rPr>
          <w:b/>
        </w:rPr>
        <w:t>Статья 15. Внесение сведений в Единый государственный реестр адвокатов</w:t>
      </w:r>
    </w:p>
    <w:p>
      <w:r>
        <w:rPr>
          <w:b/>
        </w:rPr>
        <w:t xml:space="preserve">1. </w:t>
      </w:r>
      <w:r>
        <w:t>Совет адвокатской палаты субъекта Российской Федерации в семидневный срок со дня принятия присяги претендентом уведомляет о присвоении претенденту статуса адвоката и принятии им присяги соответствующий территориальный орган юстиции, который в пятидневный срок со дня получения уведомления вносит сведения об адвокате в Единый государственный реестр адвокатов и выдает адвокату удостоверение</w:t>
      </w:r>
    </w:p>
    <w:p>
      <w:r>
        <w:rPr>
          <w:b/>
        </w:rPr>
        <w:t xml:space="preserve">2. </w:t>
      </w:r>
      <w:r>
        <w:t>Форма удостоверения и порядок ее заполнения утверждаются федеральным органом юстиции. В удостоверении указываются фамилия, имя, отчество (при наличии) адвоката, его регистрационный номер в Едином государственном реестре адвокатов. В удостоверении должна быть фотография адвоката, заверенная в порядке, установленном федеральным органом юстиции</w:t>
      </w:r>
    </w:p>
    <w:p>
      <w:r>
        <w:rPr>
          <w:b/>
        </w:rPr>
        <w:t xml:space="preserve">3. </w:t>
      </w:r>
      <w:r>
        <w:t>Удостоверение является документом, подтверждающим статус адвоката, за исключением случая, предусмотренного пунктом 5 настоящей статьи. Удостоверение выдается территориальным органом юстиции сроком на пятнадцать лет с последующей его заменой в порядке, установленном федеральным органом юстиции. Адвокат обязан сдать свое удостоверение по истечении срока его действия в территориальный орган юстиции, который выдал данное удостоверение. На основании удостоверения адвокат имеет право доступа (прохода) в здания кассационных 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районных судов, городских судов, межрайонных судов, кассационного военного суда, апелляционного военного суда, окружных (флотских) военных судов, гарнизонных военных судов, специализированных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здания, в которых правосудие осуществляется мировыми судьями, здания прокуратур городов и районов, приравненных к ним военных и иных специализированных прокуратур в связи с осуществлением им профессиональной деятельности. Лицо, статус адвоката которого прекращен, обязано в течение трех рабочих дней со дня получения уведомления в письменной форме о прекращении статуса адвоката сдать удостоверение в территориальный орган юстиции или в совет адвокатской палаты, членом которой являлось указанное лицо в статусе адвоката, для последующей передачи в территориальный орган юстиции</w:t>
      </w:r>
    </w:p>
    <w:p>
      <w:r>
        <w:rPr>
          <w:b/>
        </w:rPr>
        <w:t xml:space="preserve">4. </w:t>
      </w:r>
      <w:r>
        <w:t>Адвокат может являться членом адвокатской палаты только одного субъекта Российской Федерации. Адвокат вправе осуществлять свою деятельность только в одном адвокатском образовании, учрежденном в соответствии с настоящим Федеральным законом</w:t>
      </w:r>
    </w:p>
    <w:p>
      <w:r>
        <w:rPr>
          <w:b/>
        </w:rPr>
        <w:t xml:space="preserve">5. </w:t>
      </w:r>
      <w:r>
        <w:t>Адвокат, принявший решение об изменении членства в адвокатской палате одного субъекта Российской Федерации на членство в адвокатской палате другого субъекта Российской Федерации, уведомляет об этом совет адвокатской палаты, членом которой он является. Совет адвокатской палаты в семидневный срок со дня получения уведомления от адвоката уведомляет территориальный орган юстиции об изменении адвокатом членства в адвокатской палате. В случае наличия у адвоката задолженности по отчислениям перед адвокатской палатой совет вправе не направлять указанное уведомление до полного погашения адвокатом задолженности. Территориальный орган юстиции на основании полученного уведомления совета адвокатской палаты вносит в Единый государственный реестр адвокатов сведения об изменении адвокатом членства в адвокатской палате и выдает адвокату выписку из Единого государственного реестра адвокатов об изменении адвокатом членства в адвокатской палате, которая является документом, подтверждающим статус адвоката. При этом адвокат обязан сдать свое удостоверение в территориальный орган юстиции. Адвокат в пятнадцатидневный срок со дня получения выписки из Единого государственного реестра адвокатов об изменении адвокатом членства в адвокатской палате обязан уведомить об этом совет адвокатской палаты, членом которой он намерен стать. Совет адвокатской палаты, членом которой адвокат намерен стать, в месячный срок со дня получения от адвоката уведомления об изменении им членства в адвокатской палате проверяет сведения об адвокате и выносит решение о его приеме в члены адвокатской палаты. Об этом решении в пятидневный срок со дня его принятия совет адвокатской палаты уведомляет территориальный орган юстиции и адвоката. Территориальный орган юстиции в пятидневный срок со дня получения уведомления совета адвокатской палаты вносит в Единый государственный реестр адвокатов сведения об изменении адвокатом членства в адвокатской палате и выдает адвокату новое удостоверение</w:t>
      </w:r>
    </w:p>
    <w:p>
      <w:r>
        <w:rPr>
          <w:b/>
        </w:rPr>
        <w:t xml:space="preserve">6. </w:t>
      </w:r>
      <w:r>
        <w:t>Адвокат со дня присвоения ему статуса адвоката, либо со дня внесения сведений о нем в Единый государственный реестр адвокатов после изменения им членства в адвокатской палате, либо со дня возобновления его статуса адвоката обязан уведомить совет адвокатской палаты об избранной им форме адвокатского образования в трехмесячный срок со дня наступления указанных обстоятельств</w:t>
      </w:r>
    </w:p>
    <w:p>
      <w:r>
        <w:rPr>
          <w:b/>
        </w:rPr>
        <w:t xml:space="preserve">7. </w:t>
      </w:r>
      <w:r>
        <w:t>Невнесение сведений об адвокате в Единый государственный реестр адвокатов либо невыдача адвокату удостоверения в установленные настоящим Федеральным законом сроки могут быть обжалованы в суд</w:t>
      </w:r>
    </w:p>
    <w:p>
      <w:r>
        <w:rPr>
          <w:b/>
        </w:rPr>
        <w:t xml:space="preserve">8. </w:t>
      </w:r>
      <w:r>
        <w:t>Порядок изменения адвокатом членства в адвокатской палате одного субъекта Российской Федерации на членство в адвокатской палате другого субъекта Российской Федерации определяется советом Федеральной палаты адвокатов по согласованию с федеральным органом юстиции</w:t>
      </w:r>
    </w:p>
    <w:p>
      <w:r>
        <w:rPr>
          <w:b/>
        </w:rPr>
        <w:t xml:space="preserve">9. </w:t>
      </w:r>
      <w:r>
        <w:t>В случае, если в течение трех месяцев со дня внесения территориальным органом юстиции в Единый государственный реестр адвокатов сведений об изменении адвокатом членства в адвокатской палате в соответствии с пунктом 5 настоящей статьи в территориальный орган юстиции не поступило уведомление совета адвокатской палаты о приеме этого адвоката в члены адвокатской палаты, статус адвоката может быть прекращен по представлению территориального органа юстиции советом адвокатской палаты субъекта Российской Федерации, членом которой он являлся до принятия решения об изменении членства в адвокатской палате</w:t>
      </w:r>
    </w:p>
    <w:p>
      <w:r>
        <w:rPr>
          <w:b/>
        </w:rPr>
        <w:t xml:space="preserve">10. </w:t>
      </w:r>
      <w:r>
        <w:t>Представление сведений в Единый государственный реестр адвокатов может осуществляться в электронной форме.";</w:t>
      </w:r>
    </w:p>
    <w:p>
      <w:r>
        <w:rPr>
          <w:b/>
        </w:rPr>
        <w:t xml:space="preserve">2. </w:t>
      </w:r>
      <w:r>
        <w:t>Федеральный орган юстиции или территориальный орган юстиции, располагающие сведениями об обстоятельствах, являющихся основанием для возбуждения дисциплинарного производства в отношении адвоката, вносит представление о применении к адвокату мер дисциплинарной ответственности в Федеральную палату адвокатов или адвокатскую палату, членом которой является адвокат. Указанное представление рассматривается квалификационной комиссией и советом адвокатской палаты в порядке, установленном кодексом профессиональной этики адвокатов</w:t>
      </w:r>
    </w:p>
    <w:p>
      <w:r>
        <w:rPr>
          <w:b/>
        </w:rPr>
        <w:t xml:space="preserve">3. </w:t>
      </w:r>
      <w:r>
        <w:t>Представления федерального органа юстиции, территориального органа юстиции, внесенные в соответствии с пунктами 1 и 2 настоящей статьи, подлежат обязательному рассмотрению квалификационной комиссией и советом соответствующей адвокатской палаты. В возбуждении дисциплинарного производства по внесенным федеральным органом юстиции, территориальным органом юстиции в Федеральную палату адвокатов или адвокатскую палату субъекта Российской Федерации представлениям не может быть отказано.";</w:t>
      </w:r>
    </w:p>
    <w:p>
      <w:r>
        <w:rPr>
          <w:b/>
        </w:rPr>
        <w:t xml:space="preserve">10. </w:t>
      </w:r>
      <w:r>
        <w:t>в статье 16:</w:t>
      </w:r>
    </w:p>
    <w:p>
      <w:r>
        <w:rPr>
          <w:b/>
        </w:rPr>
        <w:t xml:space="preserve">10. </w:t>
      </w:r>
      <w:r>
        <w:t>в статье 17:</w:t>
      </w:r>
    </w:p>
    <w:p>
      <w:r>
        <w:rPr>
          <w:b/>
        </w:rPr>
        <w:t xml:space="preserve">10. </w:t>
      </w:r>
      <w:r>
        <w:t>выезде адвоката на постоянное место жительства либо на срок более одного года за пределы Российской Федерации, за исключением выезда за пределы Российской Федерации для лечения или обучения, либо сопровождения членов семьи, направленных для исполнения трудовых или иных обязанностей за пределы Российской Федерации органами государственной власти или российскими организациями, либо по иным уважительным причинам.";</w:t>
      </w:r>
    </w:p>
    <w:p>
      <w:r>
        <w:rPr>
          <w:b/>
        </w:rPr>
        <w:t xml:space="preserve">10. </w:t>
      </w:r>
      <w:r>
        <w:t>дополнить статьей 171 следующего содержания: "Статья 171. Представления федерального органа юстиции или территориального органа юстиции 1. Федеральный орган юстиции или территориальный орган юстиции, располагающие сведениями об обстоятельствах, являющихся основанием для прекращения статуса адвоката, вносит представление о прекращении статуса адвоката в адвокатскую палату, членом которой является адвокат. Совет адвокатской палаты обязан рассмотреть указанное представление в трехмесячный срок со дня его поступления</w:t>
      </w:r>
    </w:p>
    <w:p>
      <w:r>
        <w:rPr>
          <w:b/>
        </w:rPr>
        <w:t xml:space="preserve">10. </w:t>
      </w:r>
      <w:r>
        <w:t>пункт 4 изложить в следующей редакции: "4. Решение о приостановлении статуса адвоката принимает совет адвокатской палаты, членом которой является адвокат."</w:t>
      </w:r>
    </w:p>
    <w:p>
      <w:r>
        <w:rPr>
          <w:b/>
        </w:rPr>
        <w:t xml:space="preserve">10. </w:t>
      </w:r>
      <w:r>
        <w:t>в пункте 6: в абзаце первом слова "региональный реестр" заменить словами "Единый государственный реестр адвокатов"; в абзаце втором слова "региональный реестр" заменить словами "Единый государственный реестр адвокатов"</w:t>
      </w:r>
    </w:p>
    <w:p>
      <w:r>
        <w:rPr>
          <w:b/>
        </w:rPr>
        <w:t xml:space="preserve">10. </w:t>
      </w:r>
      <w:r>
        <w:t>в пункте 1: абзац первый изложить в следующей редакции: "1. Статус адвоката прекращается по решению совета адвокатской палаты, членом которой является адвокат, по следующим основаниям:"; дополнить подпунктом 7 следующего содержания: "7) установление недостоверности сведений, представленных в квалификационную комиссию в соответствии с требованиями пункта 2 статьи 10 настоящего Федерального закона."</w:t>
      </w:r>
    </w:p>
    <w:p>
      <w:r>
        <w:rPr>
          <w:b/>
        </w:rPr>
        <w:t xml:space="preserve">10. </w:t>
      </w:r>
      <w:r>
        <w:t>в пункте 2: абзац первый изложить в следующей редакции: "2. Статус адвоката может быть прекращен по решению совета адвокатской палаты, членом которой является адвокат, за исключением случаев, предусмотренных пунктом 71 статьи 37 настоящего Федерального закона, на основании заключения квалификационной комиссии при:"; подпункт 1 изложить в следующей редакции: "1) неисполнении или ненадлежащем исполнении адвокатом своих профессиональных обязанностей;"; подпункт 4 признать утратившим силу; дополнить подпунктами 6 и 7 следующего содержания: "6) отсутствии уведомления совета адвокатской палаты, предусмотренного пунктом 9 статьи 15 настоящего Федерального закона</w:t>
      </w:r>
    </w:p>
    <w:p>
      <w:r>
        <w:rPr>
          <w:b/>
        </w:rPr>
        <w:t xml:space="preserve">10. </w:t>
      </w:r>
      <w:r>
        <w:t>в пункте 4 слова "региональный реестр" заменить словами "Единый государственный реестр адвокатов"</w:t>
      </w:r>
    </w:p>
    <w:p>
      <w:r>
        <w:rPr>
          <w:b/>
        </w:rPr>
        <w:t xml:space="preserve">10. </w:t>
      </w:r>
      <w:r>
        <w:t>пункт 5 дополнить предложением следующего содержания: "Указанное решение не может быть отменено или изменено советом адвокатской палаты."</w:t>
      </w:r>
    </w:p>
    <w:p>
      <w:r>
        <w:rPr>
          <w:b/>
        </w:rPr>
        <w:t xml:space="preserve">10. </w:t>
      </w:r>
      <w:r>
        <w:t>пункты 6 и 7 признать утратившими силу</w:t>
      </w:r>
    </w:p>
    <w:p>
      <w:r>
        <w:rPr>
          <w:b/>
        </w:rPr>
        <w:t xml:space="preserve">10. </w:t>
      </w:r>
      <w:r>
        <w:t>пункт 8 изложить в следующей редакции: "8. Федеральная палата адвокатов вправе принять решение об отмене ранее принятого решения совета адвокатской палаты о прекращении статуса адвоката и направить в территориальный орган юстиции сведения о восстановлении статуса адвоката для внесения их в Единый государственный реестр адвокатов. Внесение в Единый государственный реестр адвокатов сведений о восстановлении статуса адвоката осуществляется территориальным органом юстиции в течение пяти дней со дня поступления таких сведений на основании решения совета Федеральной палаты адвокатов об отмене ранее принятого решения совета адвокатской палаты о прекращении статуса адвоката."</w:t>
      </w:r>
    </w:p>
    <w:p>
      <w:r>
        <w:rPr>
          <w:b/>
        </w:rPr>
        <w:t xml:space="preserve">3. </w:t>
      </w:r>
      <w:r>
        <w:t>в статье 22:</w:t>
      </w:r>
    </w:p>
    <w:p>
      <w:r>
        <w:rPr>
          <w:b/>
        </w:rPr>
        <w:t xml:space="preserve">3. </w:t>
      </w:r>
      <w:r>
        <w:t>в пункте 3 статьи 25 слова "в какой региональный реестр внесены сведения о нем" заменить словами "членом какой адвокатской палаты он является"</w:t>
      </w:r>
    </w:p>
    <w:p>
      <w:r>
        <w:rPr>
          <w:b/>
        </w:rPr>
        <w:t xml:space="preserve">3. </w:t>
      </w:r>
      <w:r>
        <w:t>пункт 2 статьи 29 изложить в следующей редакции: "2. Адвокатская палата действует на основании устава, утверждаемого собранием (конференцией) адвокатов."</w:t>
      </w:r>
    </w:p>
    <w:p>
      <w:r>
        <w:rPr>
          <w:b/>
        </w:rPr>
        <w:t xml:space="preserve">3. </w:t>
      </w:r>
      <w:r>
        <w:t>в абзаце первом пункта 1 статьи 30 цифры "300" заменить цифрами "100"</w:t>
      </w:r>
    </w:p>
    <w:p>
      <w:r>
        <w:rPr>
          <w:b/>
        </w:rPr>
        <w:t xml:space="preserve">3. </w:t>
      </w:r>
      <w:r>
        <w:t>в пункте 3 статьи 31:</w:t>
      </w:r>
    </w:p>
    <w:p>
      <w:r>
        <w:rPr>
          <w:b/>
        </w:rPr>
        <w:t xml:space="preserve">3. </w:t>
      </w:r>
      <w:r>
        <w:t>пункт 1 статьи 32 изложить в следующий редакции: "1. Для осуществления контроля за финансово-хозяйственной деятельностью адвокатской палаты и ее органов избирается ревизионная комиссия из числа адвокатов, являющихся членами этой адвокатской палаты."</w:t>
      </w:r>
    </w:p>
    <w:p>
      <w:r>
        <w:rPr>
          <w:b/>
        </w:rPr>
        <w:t xml:space="preserve">3. </w:t>
      </w:r>
      <w:r>
        <w:t>в статье 33:</w:t>
      </w:r>
    </w:p>
    <w:p>
      <w:r>
        <w:rPr>
          <w:b/>
        </w:rPr>
        <w:t xml:space="preserve">3. </w:t>
      </w:r>
      <w:r>
        <w:t>в подпункте 31 пункта 3 статьи 37 слова "в качестве защитников в уголовном судопроизводстве" заменить словами "в качестве защитников или представителей в уголовном, гражданском, административном судопроизводстве или в иных установленных законом случаях"</w:t>
      </w:r>
    </w:p>
    <w:p>
      <w:r>
        <w:rPr>
          <w:b/>
        </w:rPr>
        <w:t xml:space="preserve">3. </w:t>
      </w:r>
      <w:r>
        <w:t>дополнить главой 41 следующего содержания: "Глава 41. Комплексная информационная система адвокатуры России</w:t>
      </w:r>
    </w:p>
    <w:p>
      <w:r>
        <w:rPr>
          <w:b/>
        </w:rPr>
        <w:t xml:space="preserve">3. </w:t>
      </w:r>
      <w:r>
        <w:t>в пункте 3 слова "сведения о которых внесены только в один региональный реестр" заменить словами "являющиеся членами только одной адвокатской палаты"</w:t>
      </w:r>
    </w:p>
    <w:p>
      <w:r>
        <w:rPr>
          <w:b/>
        </w:rPr>
        <w:t xml:space="preserve">3. </w:t>
      </w:r>
      <w:r>
        <w:t>абзацы четвертый и пятый пункта 10 изложить в следующей редакции: "Сведения об адвокатах, осуществляющих адвокатскую деятельность в филиале коллегии адвокатов и являющихся членами соответствующей адвокатской палаты, вносятся в Единый государственный реестр адвокатов. Сведения об адвокатах, осуществляющих адвокатскую деятельность в филиале коллегии адвокатов, созданном на территории иностранного государства, вносятся в Единый государственный реестр адвокатов."</w:t>
      </w:r>
    </w:p>
    <w:p>
      <w:r>
        <w:rPr>
          <w:b/>
        </w:rPr>
        <w:t xml:space="preserve">3. </w:t>
      </w:r>
      <w:r>
        <w:t>подпункт 5 изложить в следующей редакции: "5) организует оказание юридической помощи адвокатами, участвующими в качестве защитников или представителей в уголовном, гражданском, административном судопроизводстве или иных установленных законом случаях по назначению органов дознания, органов предварительного следствия или суда, в соответствии с порядком, определенным советом Федеральной палаты адвокатов, а также доводит этот порядок до сведения данных органов, адвокатов и контролирует его исполнение адвокатами;"</w:t>
      </w:r>
    </w:p>
    <w:p>
      <w:r>
        <w:rPr>
          <w:b/>
        </w:rPr>
        <w:t xml:space="preserve">3. </w:t>
      </w:r>
      <w:r>
        <w:t>дополнить подпунктом 51 следующего содержания: "51) обеспечивает своевременное и полное представление в комплексную информационную систему адвокатуры России сведений, подлежащих включению в указанную информационную систему, в порядке и объеме, которые определяются советом Федеральной палаты адвокатов;"</w:t>
      </w:r>
    </w:p>
    <w:p>
      <w:r>
        <w:rPr>
          <w:b/>
        </w:rPr>
        <w:t xml:space="preserve">3. </w:t>
      </w:r>
      <w:r>
        <w:t>дополнить подпунктом 20 следующего содержания: "20) осуществляет иные функции, предусмотренные настоящим Федеральным законом."</w:t>
      </w:r>
    </w:p>
    <w:p>
      <w:r>
        <w:rPr>
          <w:b/>
        </w:rPr>
        <w:t xml:space="preserve">3. </w:t>
      </w:r>
      <w:r>
        <w:t>в пункте 2: в абзаце первом слова "13 членов" заменить словами "14 членов"; дополнить подпунктом 6 следующего содержания: "6) от научного сообщества - один представитель."</w:t>
      </w:r>
    </w:p>
    <w:p>
      <w:r>
        <w:rPr>
          <w:b/>
        </w:rPr>
        <w:t xml:space="preserve">3. </w:t>
      </w:r>
      <w:r>
        <w:t>абзац первый пункта 5 дополнить предложением следующего содержания: "В случае равенства голосов при принятии решения членами квалификационной комиссии голос председателя является решающим."</w:t>
      </w:r>
    </w:p>
    <w:p>
      <w:r>
        <w:rPr>
          <w:b/>
        </w:rPr>
        <w:t>Статья 391. Комплексная информационная система адвокатуры России</w:t>
      </w:r>
    </w:p>
    <w:p>
      <w:r>
        <w:rPr>
          <w:b/>
        </w:rPr>
        <w:t xml:space="preserve">1. </w:t>
      </w:r>
      <w:r>
        <w:t>Комплексной информационной системой адвокатуры России (далее также - КИС АР) является автоматизированная информационная система, принадлежащая на праве собственности Федеральной палате адвокатов и предназначенная для комплексной автоматизации деятельности Федеральной палаты адвокатов, адвокатских палат, адвокатских образований и адвокатов по реализации установленных настоящим Федеральным законом прав и исполнению обязанностей по обеспечению всех видов информационного взаимодействия (обмена)</w:t>
      </w:r>
    </w:p>
    <w:p>
      <w:r>
        <w:rPr>
          <w:b/>
        </w:rPr>
        <w:t xml:space="preserve">2. </w:t>
      </w:r>
      <w:r>
        <w:t>Оператором КИС АР является Федеральная палата адвокатов</w:t>
      </w:r>
    </w:p>
    <w:p>
      <w:r>
        <w:rPr>
          <w:b/>
        </w:rPr>
        <w:t xml:space="preserve">3. </w:t>
      </w:r>
      <w:r>
        <w:t>Доступ в КИС АР адвокатам, адвокатским образованиям, адвокатским палатам, а также иным лицам, которым такой доступ предоставлен в целях, предусмотренных пунктом 1 настоящей статьи, в том числе лицам, претендующим на присвоение статуса адвоката, членам квалификационных комиссий, не являющимся адвокатами, лицам, осуществляющим в установленных законом случаях назначение защитников или представителей в уголовном, гражданском, административном судопроизводстве или в иных установленных законом случаях, обеспечивается путем использования программного обеспечения КИС АР посредством информационно-телекоммуникационной сети "Интернет" с использованием электронных вычислительных машин или пользовательского оборудования (оконечного оборудования), имеющего в своем составе идентификационный модуль. Способы идентификации и аутентификации субъектов доступа в КИС АР определяются оператором КИС АР. Для идентификации и аутентификации в КИС АР пользователей, указанных в настоящем пункте, может использоваться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 исключением случаев, предусмотренных настоящим пунктом. Идентификация и аутентификация в КИС АР судов (судей) и работников аппаратов судов, следователей, дознавателей, должностных лиц органов дознания, Судебного департамента при Верховном Суде Российской Федерации, управлений Судебного департамента в субъектах Российской Федерации, органов исполнительной власти субъектов Российской Федерации, осуществляющих обеспечение деятельности мировых судей, могут осуществляться в порядке, установленном соглашением (соглашениями) между Федеральной палатой адвокатов и федеральными государственными органами, к полномочиям которых отнесены рассмотрение сообщений о преступлениях, предварительное расследование и (или) производство неотложных следственных действий, а также между Федеральной палатой адвокатов Российской Федерации и Судебным департаментом при Верховном Суде Российской Федерации</w:t>
      </w:r>
    </w:p>
    <w:p>
      <w:r>
        <w:rPr>
          <w:b/>
        </w:rPr>
        <w:t xml:space="preserve">4. </w:t>
      </w:r>
      <w:r>
        <w:t>Положение о КИС АР утверждается советом Федеральной палаты адвокатов и определяет структуру и состав подсистем КИС АР и их функции, порядок направления и обработки информации в КИС АР, порядок взаимодействия КИС АР с другими информационными системами, порядок предоставления доступа к содержащимся в КИС АР сведениям, если иное не предусмотрено федеральным законом. Совет Федеральной палаты адвокатов вправе утвердить порядок и случаи предоставления доступа к содержащимся в КИС АР сведениям с использованием федеральной государственной информационной системы "Единый портал государственных и муниципальных услуг (функций)" при условии их согласования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
        <w:rPr>
          <w:b/>
        </w:rPr>
        <w:t xml:space="preserve">5. </w:t>
      </w:r>
      <w:r>
        <w:t>Идентификация и аутентификация пользователя - физического лица в КИС АР посредством единой системы идентификации и аутентификации могут осуществляться с использованием одного или нескольких из следующих сведений, позволяющих однозначно идентифицировать его личность: фамилия, имя, отчество (при наличии), гражданство, дата рождения, реквизиты документа, удостоверяющего личность гражданина Российской Федерации на территории Российской Федерации, страховой номер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 идентификационный номер налогоплательщика, иная информация, позволяющая подтвердить его личность</w:t>
      </w:r>
    </w:p>
    <w:p>
      <w:r>
        <w:rPr>
          <w:b/>
        </w:rPr>
        <w:t xml:space="preserve">6. </w:t>
      </w:r>
      <w:r>
        <w:t>Идентификация и аутентификация пользователя - юридического лица в КИС АР посредством единой системы идентификации и аутентификации могут осуществляться с использованием одного или нескольких из следующих сведений, позволяющих однозначно идентифицировать юридическое лицо: наименование и организационно-правовая форма, основной государственный регистрационный номер и адрес юридического лица, идентификационный номер налогоплательщика</w:t>
      </w:r>
    </w:p>
    <w:p>
      <w:r>
        <w:rPr>
          <w:b/>
        </w:rPr>
        <w:t>Статья 392. Состав комплексной информационной системы адвокатуры России</w:t>
      </w:r>
    </w:p>
    <w:p>
      <w:r>
        <w:rPr>
          <w:b/>
        </w:rPr>
        <w:t xml:space="preserve">1. </w:t>
      </w:r>
      <w:r>
        <w:t>КИС АР состоит из подсистем, предназначенных для автоматизации основных направлений деятельности адвокатов, адвокатских образований, адвокатских палат и Федеральной палаты адвокатов, включая</w:t>
      </w:r>
    </w:p>
    <w:p>
      <w:r>
        <w:rPr>
          <w:b/>
        </w:rPr>
        <w:t xml:space="preserve">2. </w:t>
      </w:r>
      <w:r>
        <w:t>Сроки и порядок разработки и введения в эксплуатацию подсистем КИС АР или их отдельных частей определяются советом Федеральной палаты адвокатов</w:t>
      </w:r>
    </w:p>
    <w:p>
      <w:r>
        <w:rPr>
          <w:b/>
        </w:rPr>
        <w:t xml:space="preserve">1. </w:t>
      </w:r>
      <w:r>
        <w:t>проведение квалификационного экзамена на присвоение статуса адвоката и автоматизированной анонимной проверки результатов электронного тестирования</w:t>
      </w:r>
    </w:p>
    <w:p>
      <w:r>
        <w:rPr>
          <w:b/>
        </w:rPr>
        <w:t xml:space="preserve">1. </w:t>
      </w:r>
      <w:r>
        <w:t>присвоение, приостановление, возобновление, прекращение, восстановление статуса адвоката, изменение адвокатом членства в адвокатской палате одного субъекта Российской Федерации на членство в адвокатской палате другого субъекта Российской Федерации, в том числе информационное взаимодействие (обмен) федерального органа юстиции с территориальными органами юстиции при ведении ими Единого государственного реестра адвокатов</w:t>
      </w:r>
    </w:p>
    <w:p>
      <w:r>
        <w:rPr>
          <w:b/>
        </w:rPr>
        <w:t xml:space="preserve">1. </w:t>
      </w:r>
      <w:r>
        <w:t>обеспечение ведения реестров адвокатских образований адвокатскими палатами субъектов Российской Федерации</w:t>
      </w:r>
    </w:p>
    <w:p>
      <w:r>
        <w:rPr>
          <w:b/>
        </w:rPr>
        <w:t xml:space="preserve">1. </w:t>
      </w:r>
      <w:r>
        <w:t>оказание юридической помощи адвокатами, участвующими в качестве защитников или представителей в уголовном, гражданском, административном судопроизводстве или в иных установленных законом случаях по назначению органов дознания, органов предварительного следствия или суда, в порядке, предусмотренном подпунктом 31 пункта 3 статьи 37 настоящего Федерального закона, информационное взаимодействие (обмен) с органами дознания, органами предварительного следствия и судами по вопросам оказания такой юридической помощи</w:t>
      </w:r>
    </w:p>
    <w:p>
      <w:r>
        <w:rPr>
          <w:b/>
        </w:rPr>
        <w:t xml:space="preserve">1. </w:t>
      </w:r>
      <w:r>
        <w:t>оказание бесплатной юридической помощи адвокатами в рамках государственной и негосударственной систем бесплатной юридической помощи в соответствии с Федеральным законом "О бесплатной юридической помощи в Российской Федерации", а также ведение учета и отчетности об оказании бесплатной юридической помощи, информационное взаимодействие (обмен) с иными участниками государственной системы бесплатной юридической помощи</w:t>
      </w:r>
    </w:p>
    <w:p>
      <w:r>
        <w:rPr>
          <w:b/>
        </w:rPr>
        <w:t xml:space="preserve">1. </w:t>
      </w:r>
      <w:r>
        <w:t>повышение профессионального уровня адвокатов, помощников адвокатов и стажеров адвокатов, ведение учета и отчетности, связанные с ним</w:t>
      </w:r>
    </w:p>
    <w:p>
      <w:r>
        <w:rPr>
          <w:b/>
        </w:rPr>
        <w:t xml:space="preserve">1. </w:t>
      </w:r>
      <w:r>
        <w:t>организацию информационного обеспечения адвокатов, адвокатских образований и адвокатских палат субъектов Российской Федерации</w:t>
      </w:r>
    </w:p>
    <w:p>
      <w:r>
        <w:rPr>
          <w:b/>
        </w:rPr>
        <w:t xml:space="preserve">1. </w:t>
      </w:r>
      <w:r>
        <w:t>обеспечение в предусмотренных законом случаях информационного взаимодействия (обмена), в том числе посредством информационно-телекоммуникационной сети "Интернет" и единой системы межведомственного электронного взаимодействия, адвокатуры с федеральными органами государственной власти, органами государственной власти субъектов Российской Федерации, судами, иными государственными органами, органами местного самоуправления, иными муниципальными органами, юридическими и физическими лицами в пределах полномочий указанных органов и лиц, предусмотренных соответствующими нормативными правовыми актами</w:t>
      </w:r>
    </w:p>
    <w:p>
      <w:r>
        <w:rPr>
          <w:b/>
        </w:rPr>
        <w:t>Статья 393. Состав и порядок предоставления сведений, содержащихся в комплексной информационной системе адвокатуры России</w:t>
      </w:r>
    </w:p>
    <w:p>
      <w:r>
        <w:rPr>
          <w:b/>
        </w:rPr>
        <w:t xml:space="preserve">1. </w:t>
      </w:r>
      <w:r>
        <w:t>КИС АР содержит сведения</w:t>
      </w:r>
    </w:p>
    <w:p>
      <w:r>
        <w:rPr>
          <w:b/>
        </w:rPr>
        <w:t xml:space="preserve">2. </w:t>
      </w:r>
      <w:r>
        <w:t>Наряду со сведениями, указанными в пункте 1 настоящей статьи, КИС АР содержит иные сведения (в том числе сведения справочно-аналитического характера), которые касаются деятельности адвокатов, адвокатских образований, адвокатских палат субъектов Российской Федерации и Федеральной палаты адвокатов и состав которых определяется советом Федеральной палаты адвокатов</w:t>
      </w:r>
    </w:p>
    <w:p>
      <w:r>
        <w:rPr>
          <w:b/>
        </w:rPr>
        <w:t xml:space="preserve">3. </w:t>
      </w:r>
      <w:r>
        <w:t>Сведения, указанные в пункте 1 настоящей статьи, представляются</w:t>
      </w:r>
    </w:p>
    <w:p>
      <w:r>
        <w:rPr>
          <w:b/>
        </w:rPr>
        <w:t xml:space="preserve">4. </w:t>
      </w:r>
      <w:r>
        <w:t>Сведения, указанные в пункте 1 настоящей статьи, могут представляться судами (судьями), а также Судебным департаментом при Верховном Суде Российской Федерации, управлениями Судебного департамента в субъектах Российской Федерации, органами исполнительной власти субъектов Российской Федерации, осуществляющими обеспечение деятельности мировых судей, органами дознания, органами предварительного следствия Министерства внутренних дел Российской Федерации, Министерства обороны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Следственного комитета Российской Федерации, Федеральной службы безопасности Российской Федерации, Федеральной службы исполнения наказаний, Федеральной службы судебных приставов, Федеральной таможенной службы, органами иных министерств и ведомств Российской Федерации, уполномоченными на осуществление дознания и предварительного следствия в соответствии с уголовно-процессуальным законодательством Российской Федерации, а также их финансовыми службами и Федеральным казначейством. Оператору и пользователям КИС АР запрещается каким-либо образом изменять сведения, представленные в КИС АР дознавателями или следователями органов федеральной службы безопасности при направлении уведомления о назначении защитников в уголовном судопроизводстве, а также размещать в КИС АР иные сведения в отношении уголовных дел, производство по которым осуществляется органами федеральной службы безопасности</w:t>
      </w:r>
    </w:p>
    <w:p>
      <w:r>
        <w:rPr>
          <w:b/>
        </w:rPr>
        <w:t xml:space="preserve">5. </w:t>
      </w:r>
      <w:r>
        <w:t>Сведения, указанные в пункте 1 настоящей статьи, представляются в КИС АР на бумажном носителе или в электронной форме, в том числе в рамках межведомственного информационного взаимодействия информационных систем органов и организаций, предусмотренных настоящей статьей, включая использование единой системы межведомственного электронного взаимодействия</w:t>
      </w:r>
    </w:p>
    <w:p>
      <w:r>
        <w:rPr>
          <w:b/>
        </w:rPr>
        <w:t xml:space="preserve">6. </w:t>
      </w:r>
      <w:r>
        <w:t>Адвокатские палаты субъектов Российской Федерации, адвокатские образования и их обособленные подразделения, адвокаты, лица, претендующие на присвоение статуса адвоката, обязаны обеспечивать технические условия для своевременного внесения в КИС АР в полном объеме сведений, предусмотренных настоящим Федеральным законом, другими федеральными законами и иными нормативными правовыми актами. Перечень необходимых технических условий для доступа указанных в настоящем пункте лиц и организаций в КИС АР, ее эксплуатации и обеспечения защиты указанных сведений определяется Федеральной палатой адвокатов</w:t>
      </w:r>
    </w:p>
    <w:p>
      <w:r>
        <w:rPr>
          <w:b/>
        </w:rPr>
        <w:t xml:space="preserve">7. </w:t>
      </w:r>
      <w:r>
        <w:t>Содержащиеся в КИС АР общедоступные сведения размещаются на официальном сайте Федеральной палаты адвокатов в информационно-телекоммуникационной сети "Интернет" и на официальных сайтах адвокатских палат субъектов Российской Федерации в информационно-телекоммуникационной сети "Интернет", за исключением сведений, отнесенных законодательством Российской Федерации к охраняемой законом тайне, включая адвокатскую тайну, или конфиденциальной информации, отнесенной к информации ограниченного доступа. Состав общедоступных сведений и порядок их размещения определяются советом Федеральной палаты адвокатов</w:t>
      </w:r>
    </w:p>
    <w:p>
      <w:r>
        <w:rPr>
          <w:b/>
        </w:rPr>
        <w:t xml:space="preserve">1. </w:t>
      </w:r>
      <w:r>
        <w:t>о лицах, претендующих на присвоение статуса адвоката</w:t>
      </w:r>
    </w:p>
    <w:p>
      <w:r>
        <w:rPr>
          <w:b/>
        </w:rPr>
        <w:t xml:space="preserve">1. </w:t>
      </w:r>
      <w:r>
        <w:t>об адвокатах и адвокатской деятельности</w:t>
      </w:r>
    </w:p>
    <w:p>
      <w:r>
        <w:rPr>
          <w:b/>
        </w:rPr>
        <w:t xml:space="preserve">1. </w:t>
      </w:r>
      <w:r>
        <w:t>об адвокатских образованиях (в том числе филиалах, иных обособленных подразделениях), адвокатских палатах субъектов Российской Федерации, о Федеральной палате адвокатов и об осуществляемой ими деятельности</w:t>
      </w:r>
    </w:p>
    <w:p>
      <w:r>
        <w:rPr>
          <w:b/>
        </w:rPr>
        <w:t xml:space="preserve">1. </w:t>
      </w:r>
      <w:r>
        <w:t>о назначении и об участии адвокатов в качестве защитников или представителей в уголовном, гражданском, административном судопроизводстве или в иных установленных законом случаях по назначению соответствующих государственных органов, в том числе органов дознания, органов предварительного следствия или суда, о возмещении адвокатам процессуальных издержек</w:t>
      </w:r>
    </w:p>
    <w:p>
      <w:r>
        <w:rPr>
          <w:b/>
        </w:rPr>
        <w:t xml:space="preserve">1. </w:t>
      </w:r>
      <w:r>
        <w:t>об оказании адвокатами бесплатной юридической помощи</w:t>
      </w:r>
    </w:p>
    <w:p>
      <w:r>
        <w:rPr>
          <w:b/>
        </w:rPr>
        <w:t xml:space="preserve">3. </w:t>
      </w:r>
      <w:r>
        <w:t>лицами, претендующими на присвоение статуса адвоката, адвокатами, лицами, статус адвоката которых прекращен, членами квалификационных комиссий, указанными в подпунктах 2 - 6 пункта 2 статьи 33 настоящего Федерального закона</w:t>
      </w:r>
    </w:p>
    <w:p>
      <w:r>
        <w:rPr>
          <w:b/>
        </w:rPr>
        <w:t xml:space="preserve">3. </w:t>
      </w:r>
      <w:r>
        <w:t>Федеральной палатой адвокатов, адвокатскими палатами субъектов Российской Федерации, адвокатскими образованиями, их обособленными подразделениями</w:t>
      </w:r>
    </w:p>
    <w:p>
      <w:r>
        <w:rPr>
          <w:b/>
        </w:rPr>
        <w:t xml:space="preserve">3. </w:t>
      </w:r>
      <w:r>
        <w:t>федеральным органом юстиции, территориальными органами юстиции</w:t>
      </w:r>
    </w:p>
    <w:p>
      <w:r>
        <w:rPr>
          <w:b/>
        </w:rPr>
        <w:t xml:space="preserve">3. </w:t>
      </w:r>
      <w:r>
        <w:t>органами государственной власти субъектов Российской Федерации, подведомственными им учреждениями и организациями, уполномоченными в области обеспечения граждан бесплатной юридической помощью</w:t>
      </w:r>
    </w:p>
    <w:p>
      <w:r>
        <w:rPr>
          <w:b/>
        </w:rPr>
        <w:t xml:space="preserve">3. </w:t>
      </w:r>
      <w:r>
        <w:t>Федеральной налоговой службой и ее территориальными органами</w:t>
      </w:r>
    </w:p>
    <w:p>
      <w:r>
        <w:rPr>
          <w:b/>
        </w:rPr>
        <w:t xml:space="preserve">3. </w:t>
      </w:r>
      <w:r>
        <w:t>иными органами государственной власти Российской Федерации, органами государственной власти субъектов Российской Федерации, подведомственными им учреждениями и организациями, юридическими лицами, в ведении которых находятся сведения по входящим в компетенцию указанных органов и организаций вопросам</w:t>
      </w:r>
    </w:p>
    <w:p>
      <w:r>
        <w:rPr>
          <w:b/>
        </w:rPr>
        <w:t>Статья 394. Информационное взаимодействие комплексной информационной системы адвокатуры России с иными информационными системами</w:t>
      </w:r>
    </w:p>
    <w:p>
      <w:r>
        <w:rPr>
          <w:b/>
        </w:rPr>
        <w:t xml:space="preserve">1. </w:t>
      </w:r>
      <w:r>
        <w:t>В целях обеспечения взаимодействия КИС АР с иными информационными системами, из которых адвокаты, адвокатские образования, адвокатские палаты субъектов Российской Федерации или Федеральная палата адвокатов получают либо в которые направляют сведения, необходимые для реализации установленных настоящим Федеральным законом прав и исполнения обязанностей, технические требования к КИС АР и порядок ее функционирования устанавливаются оператором КИС АР, за исключением случая, если требования к порядку взаимодействия информационных систем установлены законодательством Российской Федерации или соглашениями между операторами соответствующих информационных систем</w:t>
      </w:r>
    </w:p>
    <w:p>
      <w:r>
        <w:rPr>
          <w:b/>
        </w:rPr>
        <w:t xml:space="preserve">2. </w:t>
      </w:r>
      <w:r>
        <w:t>Требования к участию в информационном взаимодействии информационных систем субъектов, указанных в пункте 3 статьи 393 настоящего Федерального закона, в том числе состав подлежащих обмену с КИС АР сведений, устанавливаются операторами соответствующих информационных систем, за исключением случая, если требования к порядку взаимодействия информационных систем установлены законодательством Российской Федерации или соглашениями между операторами соответствующих информационных систем и Федеральной палатой адвокатов</w:t>
      </w:r>
    </w:p>
    <w:p>
      <w:r>
        <w:rPr>
          <w:b/>
        </w:rPr>
        <w:t xml:space="preserve">3. </w:t>
      </w:r>
      <w:r>
        <w:t>Федеральная палата адвокатов обеспечивает информационное взаимодействие КИС АР с иными информационными системами государственных и муниципальных органов и организаций с использованием единой системы межведомственного электронного взаимодействия, а также межведомственной системы электронного документооборота в порядке, установленном законодательством Российской Федерации, за исключением случаев использования других способов информационного взаимодействия в порядке, установленном соответствующими соглашениями между Федеральной палатой адвокатов и операторами соответствующих информационных систем</w:t>
      </w:r>
    </w:p>
    <w:p>
      <w:r>
        <w:rPr>
          <w:b/>
        </w:rPr>
        <w:t xml:space="preserve">4. </w:t>
      </w:r>
      <w:r>
        <w:t>КИС АР предусматривает возможность передачи федеральному органу юстиции в электронной форме сведений о претендентах, принесших присягу адвоката, сведений о претендентах, не сдавших квалификационный экзамен, и сведений, содержащихся в реестрах адвокатских образований, в объеме, согласованном оператором КИС АР с федеральным органом юстиции</w:t>
      </w:r>
    </w:p>
    <w:p>
      <w:r>
        <w:rPr>
          <w:b/>
        </w:rPr>
        <w:t>Статья 395. Конфиденциальность и защита информации</w:t>
      </w:r>
    </w:p>
    <w:p>
      <w:r>
        <w:rPr>
          <w:b/>
        </w:rPr>
        <w:t xml:space="preserve">1. </w:t>
      </w:r>
      <w:r>
        <w:t>Лица, имеющие доступ к содержащимся в КИС АР сведениям, не вправе раскрывать третьим лицам и распространять эти сведения, за исключением случаев, установленных законодательством Российской Федерации. За разглашение или незаконное использование этих сведений указанные лица несут ответственность, предусмотренную законодательством Российской Федерации</w:t>
      </w:r>
    </w:p>
    <w:p>
      <w:r>
        <w:rPr>
          <w:b/>
        </w:rPr>
        <w:t xml:space="preserve">2. </w:t>
      </w:r>
      <w:r>
        <w:t>Защита сведений, содержащихся в КИС АР, осуществляется в соответствии с законодательством Российской Федерации в области персональных данных и законодательством Российской Федерации об информации, информационных технологиях и о защите информации."</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4 статьи 1 настоящего Федерального закона вступает в силу с 1 июля 2024 года</w:t>
      </w:r>
    </w:p>
    <w:p>
      <w:r>
        <w:rPr>
          <w:b/>
        </w:rPr>
        <w:t xml:space="preserve">3. </w:t>
      </w:r>
      <w:r>
        <w:t>Пункты 1, 6, 7, 9, подпункт "б" пункта 10, подпункты "в" и "е" пункта 11, подпункт "б" пункта 13, пункт 15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4. </w:t>
      </w:r>
      <w:r>
        <w:t>Адвокатские палаты субъектов Российской Федерации до истечения ста восьмидесяти дней после дня официального опубликования настоящего Федерального закона обязаны утвердить на собрании (конференции) адвокатов адвокатской палаты соответствующего субъекта Российской Федерации свои уставы или привести их в соответствие с законодательством Российской Федерации</w:t>
      </w:r>
    </w:p>
    <w:p>
      <w:r>
        <w:rPr>
          <w:b/>
        </w:rPr>
        <w:t xml:space="preserve">5. </w:t>
      </w:r>
      <w:r>
        <w:t>Удостоверения адвокатов, которые выданы до дня вступления в силу настоящего Федерального закона и срок действия которых превышает пятнадцать лет со дня их выдачи, подлежат замене в течение трех лет со дня вступления в силу настоящего Федерального закона. Удостоверения адвокатов, которые выданы до дня вступления в силу настоящего Федерального закона и срок действия которых не превышает пятнадцать лет со дня их выдачи, подлежат замене по истечении указанного срока</w:t>
      </w:r>
    </w:p>
    <w:p>
      <w:r>
        <w:rPr>
          <w:b/>
        </w:rPr>
        <w:t xml:space="preserve">6. </w:t>
      </w:r>
      <w:r>
        <w:t>Действие положений абзаца первого пункта 1 статьи 9 Федерального закона от 31 мая 2002 года № 63-ФЗ "Об адвокатской деятельности и адвокатуре в Российской Федерации" (в редакции настоящего Федерального закона) не распространяется на лиц, получивших до 1 июля 2024 года высшее юридическое образование по имеющей государственную аккредитацию образовательной программе либо ученую степень по юридической специальности, а также на стажеров адвокатов, заключивших до указанной даты срочный трудовой договор с адвокатским образованием либо с адвокатом, осуществляющим свою деятельность в адвокатском кабинете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