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противодействии легализации (отмыванию) доходов, полученных преступным путем, и финансированию терроризма" и статью 10 Федерального закона "О национальной платежной системе"</w:t>
      </w:r>
    </w:p>
    <w:p>
      <w:r>
        <w:rPr>
          <w:b/>
        </w:rPr>
        <w:t>Статья 1</w:t>
      </w:r>
    </w:p>
    <w:p>
      <w:r>
        <w:t>Абзац первый пункта 111 статьи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ст. 2614; № 24, ст. 3367; № 27, ст. 3945, 4001; 2016, № 1, ст. 27, 43, 44; № 26, ст. 3860; № 27, ст. 4196; 2017, № 31, ст. 4830; 2018, № 1, ст. 54, 66; № 18, ст. 2560, 2576; № 53, ст. 8491; 2019, № 12, ст. 1222, 1223; № 27, ст. 3534, 3538; № 30, ст. 4152; № 31, ст. 4418, 4430; № 49, ст. 6953; № 51, ст. 7490; № 52, ст. 7798; 2020, № 9, ст. 1138; № 15, ст. 2239; № 29, ст. 4518; № 30, ст. 4738; № 31, ст. 5018; 2021, № 1, ст. 18, 75; № 9, ст. 1469; № 24, ст. 4183; № 27, ст. 5061, 5094, 5171, 5183; № 47, ст. 7739; № 52, ст. 8982; 2022, № 1, ст. 52; № 16, ст. 2613; № 27, ст. 4620; № 29, ст. 5298; 2023, № 1, ст. 16, 54; № 12, ст. 1887, 1889; № 18, ст. 3242; № 25, ст. 4449; № 29, ст. 5316, 5326; № 43, ст. 7602; 2024, № 12, ст. 1569) после слов "в том числе электронных денежных средств," дополнить словами "на сумму, не превышающую 100 000 рублей либо не превышающую сумму в иностранной валюте, эквивалентную 100 000 рублей,".</w:t>
      </w:r>
    </w:p>
    <w:p>
      <w:r>
        <w:rPr>
          <w:b/>
        </w:rPr>
        <w:t>Статья 2</w:t>
      </w:r>
    </w:p>
    <w:p>
      <w:r>
        <w:t>В части 51 статьи 10 Федерального закона от 27 июня 2011 года № 161-ФЗ "О национальной платежной системе" (Собрание законодательства Российской Федерации, 2011, № 27, ст. 3872; 2013, № 52, ст. 6968; 2014, № 19, ст. 2315; 2019, № 12, ст. 1223; 2021, № 24, ст. 4205) слова "60 тысяч" заменить словами "100 тысяч".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года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