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прокуратуре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401-1. Документы и сведения, представляемые при поступлении на службу в органы и организации прокуратуры, особенности их рассмотрения и проверки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