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101 Федерального закона "Об исполнительном производстве"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