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№ 2 к Соглашению между Правительством Российской Федерации и Правительством Турецкой Республики о предоставлении государственного экспортного кредита Правительству Турецкой Республики от 29 декабря 2017 г.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