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14 мая 1993 года № 4979-I "О ветеринарии" (Ведомости Съезда народных депутатов Российской Федерации и Верховного Совета Российской Федерации, 1993, № 24, ст. 857; Собрание законодательства Российской Федерации, 2004, № 35, ст. 3607; 2005, № 19, ст. 1752; 2007, № 30, ст. 3805; 2010, № 50, ст. 6614; 2011, № 1, ст. 6; № 30, ст. 4590; 2015, № 29, ст. 4339, 4369; 2016, № 27, ст. 4160; 2018, № 18, ст. 2571; № 53, ст. 8450; 2019, № 52, ст. 7765; 2020, № 29, ст. 4504; 2021, № 24, ст. 4188, 4197; № 27, ст. 5166; № 50, ст. 8404; 2022, № 27, ст. 4622; 2023, № 18, ст. 3226; № 51, ст. 9155, 9157; 2024, № 1, ст. 61) следующие изменения</w:t>
      </w:r>
    </w:p>
    <w:p>
      <w:r>
        <w:t>в абзаце десятом пункта 3 статьи 41 слова "ветеринарного контроля" заменить словами "федерального государственного ветеринарного контроля (надзора)"</w:t>
      </w:r>
    </w:p>
    <w:p>
      <w:r>
        <w:t>в статье 5: а) пункт 2 дополнить абзацем следующего содержания: "таможенные органы, осуществляющие федеральный государственный ветеринарный контроль (надзор) в пунктах пропуска через Государственную границу Российской Федерации, расположенных на территории свободного порта Владивосток и в Арктической зоне Российской Федерации, и в иных пунктах пропуска через Государственную границу Российской Федерации, определенных Правительством Российской Федерации."; б) пункт 21 признать утратившим силу</w:t>
      </w:r>
    </w:p>
    <w:p>
      <w:r>
        <w:t>часть пятую статьи 9 изложить в следующей редакции: "Права должностных лиц таможенных органов, осуществляющих федеральный государственный ветеринарный контроль (надзор) в пунктах пропуска через Государственную границу Российской Федерации, расположенных на территории свободного порта Владивосток и в Арктической зоне Российской Федерации, и в иных пунктах пропуска через Государственную границу Российской Федерации, определенных Правительством Российской Федерации, устанавливаются Правительством Российской Федерации."</w:t>
      </w:r>
    </w:p>
    <w:p>
      <w:r>
        <w:t>в статье 14: а) часть седьмую изложить в следующей редакции: "В пунктах пропуска через Государственную границу Российской Федерации, расположенных на территории свободного порта Владивосток и в Арктической зоне Российской Федерации, и в иных пунктах пропуска через Государственную границу Российской Федерации, определенных Правительством Российской Федерации, должностные лица таможенных органов осуществляют федеральный государственный ветеринарный контроль (надзор)."; б) в части восьмой: абзац первый после слов "Арктической зоне Российской Федерации," дополнить словами "и в иных пунктах пропуска через Государственную границу Российской Федерации, определенных Правительством Российской Федерации,"; абзац четвертый изложить в следующей редакции: "о направлении товаров высокого уровня риска в специально оборудованные и оснащенные места (пограничные ветеринарные контрольные пункты) в пунктах пропуска через Государственную границу Российской Федерации, расположенных на территории свободного порта Владивосток и в Арктической зоне Российской Федерации, и в иных пунктах пропуска через Государственную границу Российской Федерации, определенных Правительством Российской Федерации, для проведения досмотра товаров должностными лицами федерального органа исполнительной власти в области ветеринарного надзора;"</w:t>
      </w:r>
    </w:p>
    <w:p>
      <w:r>
        <w:rPr>
          <w:b/>
        </w:rPr>
        <w:t>Статья 2</w:t>
      </w:r>
    </w:p>
    <w:p>
      <w:r>
        <w:t>Внести в Федеральный закон от 30 марта 1999 года № 52-ФЗ "О санитарно-эпидемиологическом благополучии населения" (Собрание законодательства Российской Федерации, 1999, № 14, ст. 1650; 2004, № 35, ст. 3607; 2007, № 1, ст. 29; 2011, № 1, ст. 6; № 30, ст. 4590; 2012, № 26, ст. 3446; 2013, № 30, ст. 4079; 2015, № 29, ст. 4339, 4359; 2016, № 27, ст. 4160, 4238; 2018, № 18, ст. 2571; 2020, № 29, ст. 4504) следующие изменения</w:t>
      </w:r>
    </w:p>
    <w:p>
      <w:r>
        <w:t>в статье 30: а) абзац первый пункта 4 дополнить словами ", за исключением случаев, предусмотренных пунктом 41 настоящей статьи"; б) в пункте 41: абзацы первый и второй изложить в следующей редакции: "41. Санитарно-карантинный контроль в пунктах пропуска через Государственную границу Российской Федерации, расположенных на территории свободного порта Владивосток и в Арктической зоне Российской Федерации, и в иных пунктах пропуска через Государственную границу Российской Федерации, определенных Правительством Российской Федерации, осуществляется таможенными органами. Права должностных лиц таможенных органов, осуществляющих санитарно-карантинный контроль в пунктах пропуска через Государственную границу Российской Федерации, расположенных на территории свободного порта Владивосток и в Арктической зоне Российской Федерации, и в иных пунктах пропуска через Государственную границу Российской Федерации, определенных Правительством Российской Федерации, устанавливаются Правительством Российской Федерации."; абзац третий после слов "Арктической зоне Российской Федерации," дополнить словами "и в иных пунктах пропуска через Государственную границу Российской Федерации, определенных Правительством Российской Федерации,"; абзац шестой изложить в следующей редакции: "о направлении товаров и грузов в специально оборудованные и оснащенные места в пунктах пропуска через Государственную границу Российской Федерации, расположенных на территории свободного порта Владивосток и в Арктической зоне Российской Федерации, и в иных пунктах пропуска через Государственную границу Российской Федерации, определенных Правительством Российской Федерации, для проведения досмотра товаров и грузов должностными лицами федерального органа исполнительной власти, осуществляющего федеральный государственный санитарно-эпидемиологический надзор."</w:t>
      </w:r>
    </w:p>
    <w:p>
      <w:r>
        <w:t>абзац седьмой пункта 2 статьи 46 изложить в следующей редакции: "таможенные органы, осуществляющие санитарно-карантинный контроль за ввозом на территорию Российской Федерации опасных грузов и товаров в пунктах пропуска через Государственную границу Российской Федерации, расположенных на территории свободного порта Владивосток и в Арктической зоне Российской Федерации, и в иных пунктах пропуска через Государственную границу Российской Федерации, определенных Правительством Российской Федерации;"</w:t>
      </w:r>
    </w:p>
    <w:p>
      <w:r>
        <w:rPr>
          <w:b/>
        </w:rPr>
        <w:t>Статья 3</w:t>
      </w:r>
    </w:p>
    <w:p>
      <w:r>
        <w:t>Внести в Федеральный закон от 2 января 2000 года № 29-ФЗ "О качестве и безопасности пищевых продуктов" (Собрание законодательства Российской Федерации, 2000, № 2, ст. 150; 2003, № 27, ст. 2700; 2004, № 35, ст. 3607; 2006, № 14, ст. 1458; 2007, № 1, ст. 29; 2011, № 1, ст. 6; № 30, ст. 4590, 4596; 2015, № 1, ст. 85; № 29, ст. 4339; 2018, № 18, ст. 2571; 2019, № 52, ст. 7765; 2020, № 9, ст. 1139; № 29, ст. 4504) следующие изменения</w:t>
      </w:r>
    </w:p>
    <w:p>
      <w:r>
        <w:t>в пункте 4 статьи 13: а) абзац первый изложить в следующей редакции: "4. Таможенный орган участвует в осуществлении государственного надзора в области обеспечения качества и безопасности пищевых продуктов, материалов и изделий в пунктах пропуска через Государственную границу Российской Федерации, расположенных на территории свободного порта Владивосток и в Арктической зоне Российской Федерации, и в иных пунктах пропуска через Государственную границу Российской Федерации, определенных Правительством Российской Федерации."; б) абзац второй после слов "Арктической зоне Российской Федерации," дополнить словами "и в иных пунктах пропуска через Государственную границу Российской Федерации, определенных Правительством Российской Федерации,"; в) абзац третий после слов "Арктической зоне Российской Федерации," дополнить словами "и в иных пунктах пропуска через Государственную границу Российской Федерации, определенных Правительством Российской Федерации,"</w:t>
      </w:r>
    </w:p>
    <w:p>
      <w:r>
        <w:t>в пункте 4 статьи 21: а) в абзаце первом слова "контроль, карантинный фитосанитарный контроль и ветеринарный контроль," заменить словами ", федеральный государственный ветеринарный, федеральный государственный карантинный фитосанитарный контроль (надзор),"; б) в абзаце втором слова "контроль, карантинный фитосанитарный контроль и ветеринарный контроль," заменить словами ", федеральный государственный ветеринарный, федеральный государственный карантинный фитосанитарный контроль (надзор),"; в) в абзаце третьем слова "контроль, карантинный фитосанитарный контроль и ветеринарный контроль," заменить словами ", федеральный государственный ветеринарный, федеральный государственный карантинный фитосанитарный контроль (надзор),"</w:t>
      </w:r>
    </w:p>
    <w:p>
      <w:r>
        <w:rPr>
          <w:b/>
        </w:rPr>
        <w:t>Статья 4</w:t>
      </w:r>
    </w:p>
    <w:p>
      <w:r>
        <w:t>Внести в статью 28 Федерального закона от 21 июля 2014 года № 206-ФЗ "О карантине растений" (Собрание законодательства Российской Федерации, 2014, № 30, ст. 4207; 2015, № 29, ст. 4339; 2018, № 18, ст. 2571; 2020, № 29, ст. 4504; 2021, № 24, ст. 4188; 2024, № 1, ст. 31) следующие изменения</w:t>
      </w:r>
    </w:p>
    <w:p>
      <w:r>
        <w:t>часть 21 изложить в следующей редакции: "21. Права должностных лиц таможенных органов, осуществляющих федеральный государственный карантинный фитосанитарный контроль (надзор) в пунктах пропуска через Государственную границу Российской Федерации, расположенных на территории свободного порта Владивосток и в Арктической зоне Российской Федерации, и в иных пунктах пропуска через Государственную границу Российской Федерации, определенных Правительством Российской Федерации, устанавливаются Правительством Российской Федерации."</w:t>
      </w:r>
    </w:p>
    <w:p>
      <w:r>
        <w:t>пункт 3 части 31 изложить в следующей редакции: "3) о направлении подкарантинной продукции в специально оборудованные и оснащенные места (фитосанитарные контрольные посты) в пунктах пропуска через Государственную границу Российской Федерации, расположенных на территории свободного порта Владивосток и в Арктической зоне Российской Федерации, и в иных пунктах пропуска через Государственную границу Российской Федерации, определенных Правительством Российской Федерации, для проведения досмотра подкарантинной продукции должностными лицами уполномоченного органа, осуществляющего федеральный государственный карантинный фитосанитарный контроль (надзор);"</w:t>
      </w:r>
    </w:p>
    <w:p>
      <w:r>
        <w:rPr>
          <w:b/>
        </w:rPr>
        <w:t>Статья 5</w:t>
      </w:r>
    </w:p>
    <w:p>
      <w:r>
        <w:t>Внести в статью 22 Федерального закона от 13 июля 2015 года № 212-ФЗ "О свободном порте Владивосток" (Собрание законодательства Российской Федерации, 2015, № 29, ст. 4338; 2016, № 27, ст. 4185; 2022, № 1, ст. 46; 2023, № 12, ст. 1897) следующие изменения</w:t>
      </w:r>
    </w:p>
    <w:p>
      <w:r>
        <w:t>в части 2 слова "ветеринарный, карантинный" заменить словами "федеральный государственный ветеринарный, федеральный государственный карантинный"</w:t>
      </w:r>
    </w:p>
    <w:p>
      <w:r>
        <w:t>в части 4 слова "ветеринарного, карантинного" заменить словами "федерального государственного ветеринарного, федерального государственного карантинного"</w:t>
      </w:r>
    </w:p>
    <w:p>
      <w:r>
        <w:t>в части 5 слова "ветеринарного, карантинного" заменить словами "федерального государственного ветеринарного, федерального государственного карантинного"</w:t>
      </w:r>
    </w:p>
    <w:p>
      <w:r>
        <w:rPr>
          <w:b/>
        </w:rPr>
        <w:t>Статья 6</w:t>
      </w:r>
    </w:p>
    <w:p>
      <w:r>
        <w:t>Внести в статью 18 Федерального закона от 13 июля 2020 года № 193-ФЗ "О государственной поддержке предпринимательской деятельности в Арктической зоне Российской Федерации" (Собрание законодательства Российской Федерации, 2020, № 29, ст. 4503) следующие изменения</w:t>
      </w:r>
    </w:p>
    <w:p>
      <w:r>
        <w:t>в части 2 слова "ветеринарный, карантинный" заменить словами "федеральный государственный ветеринарный, федеральный государственный карантинный"</w:t>
      </w:r>
    </w:p>
    <w:p>
      <w:r>
        <w:t>в части 4 слова "ветеринарного, карантинного" заменить словами "федерального государственного ветеринарного, федерального государственного карантинного"</w:t>
      </w:r>
    </w:p>
    <w:p>
      <w:r>
        <w:t>в части 5 слова "ветеринарного, карантинного" заменить словами "федерального государственного ветеринарного, федерального государственного карантинного"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Таможенные органы осуществляют санитарно-карантинный, федеральный государственный ветеринарный, федеральный государственный карантинный фитосанитарный контроль (надзор) товаров и транспортных средств, а также участвуют в осуществлении государственного надзора в области обеспечения качества и безопасности пищевых продуктов, материалов и изделий в пунктах пропуска через Государственную границу Российской Федерации, которые указаны в пункте 2 статьи 5, части пятой статьи 9, части седьмой, абзацах первом и четвертом части восьмой статьи 14 Закона Российской Федерации от 14 мая 1993 года № 4979-I "О ветеринарии" (в редакции настоящего Федерального закона), в абзацах первом, втором, третьем и шестом пункта 41 статьи 30, абзаце седьмом пункта 2 статьи 46 Федерального закона от 30 марта 1999 года № 52-ФЗ "О санитарно-эпидемиологическом благополучии населения" (в редакции настоящего Федерального закона), в абзацах первом, втором и третьем пункта 4 статьи 13 Федерального закона от 2 января 2000 года № 29-ФЗ "О качестве и безопасности пищевых продуктов" (в редакции настоящего Федерального закона), в части 21, пункте 3 части 31 статьи 28 Федерального закона от 21 июля 2014 года № 206-ФЗ "О карантине растений" (в редакции настоящего Федерального закона), в соответствии с порядками, утвержденными Правительством Российской Федерации, в соответствии с законодательством Российской Федерации о ветеринарии, законодательством Российской Федерации о карантине растений, законодательством Российской Федерации о санитарно-эпидемиологическом благополучии населения, законодательством Российской Федерации о качестве и безопасности пищевых продуктов, законодательством Российской Федерации об охране окружающей среды и законодательством Российской Федерации о животном мире</w:t>
      </w:r>
    </w:p>
    <w:p>
      <w:r>
        <w:rPr>
          <w:b/>
        </w:rPr>
        <w:t xml:space="preserve">2. </w:t>
      </w:r>
      <w:r>
        <w:t>Особенности осуществления таможенными органами санитарно-карантинного, федерального государственного ветеринарного, федерального государственного карантинного фитосанитарного контроля (надзора) товаров и транспортных средств в пунктах пропуска свободного порта Владивосток и в пунктах пропуска, расположенных в Арктической зоне Российской Федерации, распространяют свое действие на осуществление соответствующего контроля в пунктах пропуска через Государственную границу Российской Федерации, которые указаны в пункте 2 статьи 5, части пятой статьи 9, части седьмой, абзацах первом и четвертом части восьмой статьи 14 Закона Российской Федерации от 14 мая 1993 года № 4979-I "О ветеринарии" (в редакции настоящего Федерального закона), в абзацах первом, втором, третьем и шестом пункта 41 статьи 30, абзаце седьмом пункта 2 статьи 46 Федерального закона от 30 марта 1999 года № 52-ФЗ "О санитарно-эпидемиологическом благополучии населения" (в редакции настоящего Федерального закона), в абзацах первом, втором и третьем пункта 4 статьи 13 Федерального закона от 2 января 2000 года № 29-ФЗ "О качестве и безопасности пищевых продуктов" (в редакции настоящего Федерального закона), в части 21, пункте 3 части 31 статьи 28 Федерального закона от 21 июля 2014 года № 206-ФЗ "О карантине растений" (в редакции настоящего Федерального закона)</w:t>
      </w:r>
    </w:p>
    <w:p>
      <w:r>
        <w:rPr>
          <w:b/>
        </w:rPr>
        <w:t>Статья 8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