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2023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2023 год со следующими основными показателями</w:t>
      </w:r>
    </w:p>
    <w:p>
      <w:r>
        <w:t>общий объем доходов бюджета Фонда в сумме 3 290 685 607,1 тыс. рублей, в том числе за счет межбюджетных трансфертов, полученных из федерального бюджета в сумме 428 928 192,2 тыс. рублей</w:t>
      </w:r>
    </w:p>
    <w:p>
      <w:r>
        <w:t>общий объем расходов бюджета Фонда в сумме 3 185 912 911,5 тыс. рублей, в том числе межбюджетные трансферты, переданные бюджету Фонда пенсионного и социального страхования Российской Федерации в сумме 87 651 337,1 тыс. рублей</w:t>
      </w:r>
    </w:p>
    <w:p>
      <w:r>
        <w:t>объем профицита бюджета Фонда в сумме 104 772 695,6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2023 год</w:t>
      </w:r>
    </w:p>
    <w:p>
      <w:r>
        <w:t>доходы бюджета Фонда по кодам классификации доходов бюджетов за 2023 год согласно приложению 1 к настоящему Федеральному закону</w:t>
      </w:r>
    </w:p>
    <w:p>
      <w:r>
        <w:t>структура расходов бюджета Фонда за 2023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2023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2023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